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CB47" w14:textId="3A64FD6A" w:rsidR="009837D8" w:rsidRDefault="00CA5103" w:rsidP="003649C9">
      <w:pPr>
        <w:pStyle w:val="Nadpis1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210C3AE2" wp14:editId="1300C1BA">
            <wp:simplePos x="0" y="0"/>
            <wp:positionH relativeFrom="page">
              <wp:posOffset>-50165</wp:posOffset>
            </wp:positionH>
            <wp:positionV relativeFrom="paragraph">
              <wp:posOffset>-1301331</wp:posOffset>
            </wp:positionV>
            <wp:extent cx="7827666" cy="1171002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666" cy="11710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484DA2">
        <w:t>Jídelníček</w:t>
      </w:r>
      <w:proofErr w:type="spellEnd"/>
      <w:r w:rsidR="00484DA2">
        <w:t xml:space="preserve"> </w:t>
      </w:r>
      <w:r w:rsidR="0051346D">
        <w:t xml:space="preserve"> </w:t>
      </w:r>
      <w:r>
        <w:t>8</w:t>
      </w:r>
      <w:proofErr w:type="gramEnd"/>
      <w:r w:rsidR="00484DA2">
        <w:t xml:space="preserve">. </w:t>
      </w:r>
      <w:r>
        <w:t>6</w:t>
      </w:r>
      <w:r w:rsidR="00484DA2">
        <w:t xml:space="preserve">. – </w:t>
      </w:r>
      <w:r>
        <w:t>12</w:t>
      </w:r>
      <w:r w:rsidR="00484DA2">
        <w:t xml:space="preserve">. </w:t>
      </w:r>
      <w:r>
        <w:t>6</w:t>
      </w:r>
      <w:r w:rsidR="00484DA2">
        <w:t>. 2026</w:t>
      </w:r>
    </w:p>
    <w:p w14:paraId="7F3E3F67" w14:textId="1D816A4D" w:rsidR="009837D8" w:rsidRDefault="00484DA2">
      <w:proofErr w:type="spellStart"/>
      <w:r>
        <w:rPr>
          <w:b/>
        </w:rPr>
        <w:t>Pondělí</w:t>
      </w:r>
      <w:proofErr w:type="spellEnd"/>
    </w:p>
    <w:p w14:paraId="12133FBE" w14:textId="534287EA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577161" w:rsidRPr="00577161">
        <w:rPr>
          <w:rStyle w:val="Siln"/>
          <w:b w:val="0"/>
          <w:bCs w:val="0"/>
          <w:color w:val="000000"/>
        </w:rPr>
        <w:t>Mrkv</w:t>
      </w:r>
      <w:r w:rsidR="00CA5103">
        <w:rPr>
          <w:rStyle w:val="Siln"/>
          <w:b w:val="0"/>
          <w:bCs w:val="0"/>
          <w:color w:val="000000"/>
        </w:rPr>
        <w:t>ová</w:t>
      </w:r>
      <w:proofErr w:type="spellEnd"/>
      <w:r w:rsidR="00577161" w:rsidRPr="00577161">
        <w:rPr>
          <w:rStyle w:val="Siln"/>
          <w:b w:val="0"/>
          <w:bCs w:val="0"/>
          <w:color w:val="000000"/>
        </w:rPr>
        <w:t xml:space="preserve"> </w:t>
      </w:r>
      <w:proofErr w:type="spellStart"/>
      <w:r w:rsidR="00CA5103">
        <w:rPr>
          <w:rStyle w:val="Siln"/>
          <w:b w:val="0"/>
          <w:bCs w:val="0"/>
          <w:color w:val="000000"/>
        </w:rPr>
        <w:t>pomazánka</w:t>
      </w:r>
      <w:proofErr w:type="spellEnd"/>
      <w:r w:rsidR="00577161" w:rsidRPr="00577161">
        <w:rPr>
          <w:rStyle w:val="Siln"/>
          <w:b w:val="0"/>
          <w:bCs w:val="0"/>
          <w:color w:val="000000"/>
        </w:rPr>
        <w:t xml:space="preserve"> s </w:t>
      </w:r>
      <w:proofErr w:type="spellStart"/>
      <w:r w:rsidR="00517DCF">
        <w:rPr>
          <w:rStyle w:val="Siln"/>
          <w:b w:val="0"/>
          <w:bCs w:val="0"/>
          <w:color w:val="000000"/>
        </w:rPr>
        <w:t>vekou</w:t>
      </w:r>
      <w:proofErr w:type="spellEnd"/>
      <w:r w:rsidR="00517DCF">
        <w:t>,</w:t>
      </w:r>
      <w:r w:rsidR="00CA5103">
        <w:t xml:space="preserve"> </w:t>
      </w:r>
      <w:proofErr w:type="spellStart"/>
      <w:r w:rsidR="00517DCF">
        <w:t>čerstvá</w:t>
      </w:r>
      <w:proofErr w:type="spellEnd"/>
      <w:r w:rsidR="00517DCF">
        <w:t xml:space="preserve"> </w:t>
      </w:r>
      <w:proofErr w:type="spellStart"/>
      <w:r w:rsidR="00517DCF">
        <w:t>zelenina</w:t>
      </w:r>
      <w:proofErr w:type="spellEnd"/>
      <w:r w:rsidR="00577161" w:rsidRPr="00577161"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0781101A" w14:textId="1EFBD133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51346D">
        <w:t>K</w:t>
      </w:r>
      <w:r w:rsidR="00577161">
        <w:t>větáková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</w:t>
      </w:r>
      <w:r w:rsidR="00577161">
        <w:rPr>
          <w:i/>
        </w:rPr>
        <w:t>7</w:t>
      </w:r>
      <w:r>
        <w:rPr>
          <w:i/>
        </w:rPr>
        <w:t>)</w:t>
      </w:r>
    </w:p>
    <w:p w14:paraId="7D537222" w14:textId="66DB0FE6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CA5103">
        <w:t>Těstoviny</w:t>
      </w:r>
      <w:proofErr w:type="spellEnd"/>
      <w:r w:rsidR="00CA5103">
        <w:t xml:space="preserve"> se </w:t>
      </w:r>
      <w:proofErr w:type="spellStart"/>
      <w:r w:rsidR="00CA5103">
        <w:t>sýrovou</w:t>
      </w:r>
      <w:proofErr w:type="spellEnd"/>
      <w:r w:rsidR="00CA5103">
        <w:t xml:space="preserve"> </w:t>
      </w:r>
      <w:proofErr w:type="spellStart"/>
      <w:r w:rsidR="00CA5103">
        <w:t>omáčkou</w:t>
      </w:r>
      <w:proofErr w:type="spellEnd"/>
      <w:r w:rsidR="00CA5103">
        <w:t xml:space="preserve">, </w:t>
      </w:r>
      <w:proofErr w:type="spellStart"/>
      <w:r w:rsidR="00CA5103">
        <w:t>zeleninový</w:t>
      </w:r>
      <w:proofErr w:type="spellEnd"/>
      <w:r w:rsidR="00CA5103">
        <w:t xml:space="preserve"> mix</w:t>
      </w:r>
      <w:r w:rsidR="00B561A8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1,</w:t>
      </w:r>
      <w:r w:rsidR="00CA5103">
        <w:rPr>
          <w:i/>
        </w:rPr>
        <w:t>7</w:t>
      </w:r>
      <w:r>
        <w:rPr>
          <w:i/>
        </w:rPr>
        <w:t>)</w:t>
      </w:r>
    </w:p>
    <w:p w14:paraId="054E8781" w14:textId="45F3350E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CA5103">
        <w:t>Jogurtová</w:t>
      </w:r>
      <w:proofErr w:type="spellEnd"/>
      <w:r w:rsidR="00CA5103">
        <w:t xml:space="preserve"> </w:t>
      </w:r>
      <w:proofErr w:type="spellStart"/>
      <w:r w:rsidR="00CA5103">
        <w:t>miska</w:t>
      </w:r>
      <w:proofErr w:type="spellEnd"/>
      <w:r w:rsidR="00CA5103">
        <w:t xml:space="preserve"> s </w:t>
      </w:r>
      <w:proofErr w:type="spellStart"/>
      <w:proofErr w:type="gramStart"/>
      <w:r w:rsidR="00CA5103">
        <w:t>ovocem</w:t>
      </w:r>
      <w:proofErr w:type="spellEnd"/>
      <w:r w:rsidR="00CA5103">
        <w:t xml:space="preserve"> </w:t>
      </w:r>
      <w:r w:rsidR="005E0707">
        <w:t>,</w:t>
      </w:r>
      <w:proofErr w:type="spellStart"/>
      <w:r>
        <w:t>čaj</w:t>
      </w:r>
      <w:proofErr w:type="spellEnd"/>
      <w:proofErr w:type="gramEnd"/>
      <w:r w:rsidR="00BE77F5">
        <w:t>,</w:t>
      </w:r>
      <w:r w:rsidR="00CA5103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</w:t>
      </w:r>
      <w:r w:rsidR="00EC5C63">
        <w:rPr>
          <w:i/>
        </w:rPr>
        <w:t xml:space="preserve"> </w:t>
      </w:r>
      <w:r>
        <w:rPr>
          <w:i/>
        </w:rPr>
        <w:t>7)</w:t>
      </w:r>
    </w:p>
    <w:p w14:paraId="30B10ACC" w14:textId="1DFEFCA2" w:rsidR="009837D8" w:rsidRDefault="00484DA2">
      <w:proofErr w:type="spellStart"/>
      <w:r>
        <w:rPr>
          <w:b/>
        </w:rPr>
        <w:t>Úterý</w:t>
      </w:r>
      <w:proofErr w:type="spellEnd"/>
    </w:p>
    <w:p w14:paraId="12F81106" w14:textId="0EBD5F95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EC5C63">
        <w:t>Fazolov</w:t>
      </w:r>
      <w:r w:rsidR="00CA5103">
        <w:t>á</w:t>
      </w:r>
      <w:proofErr w:type="spellEnd"/>
      <w:r w:rsidR="00CA5103">
        <w:t xml:space="preserve"> </w:t>
      </w:r>
      <w:proofErr w:type="spellStart"/>
      <w:r w:rsidR="00CA5103">
        <w:t>pomazánka</w:t>
      </w:r>
      <w:proofErr w:type="spellEnd"/>
      <w:r w:rsidR="00CA5103">
        <w:t xml:space="preserve"> s </w:t>
      </w:r>
      <w:proofErr w:type="spellStart"/>
      <w:r w:rsidR="00CA5103">
        <w:t>chlebem</w:t>
      </w:r>
      <w:proofErr w:type="spellEnd"/>
      <w:r w:rsidR="00CA5103">
        <w:t xml:space="preserve"> </w:t>
      </w:r>
      <w:r w:rsidR="00D24CBE">
        <w:t xml:space="preserve">a </w:t>
      </w:r>
      <w:proofErr w:type="spellStart"/>
      <w:r w:rsidR="00D24CBE">
        <w:t>če</w:t>
      </w:r>
      <w:r w:rsidR="00CA5103">
        <w:t>rstvou</w:t>
      </w:r>
      <w:proofErr w:type="spellEnd"/>
      <w:r w:rsidR="00D24CBE">
        <w:t xml:space="preserve"> </w:t>
      </w:r>
      <w:proofErr w:type="spellStart"/>
      <w:r w:rsidR="00D24CBE">
        <w:t>zeleninou</w:t>
      </w:r>
      <w:proofErr w:type="spellEnd"/>
      <w:r w:rsidR="00CA5103">
        <w:t xml:space="preserve">, </w:t>
      </w:r>
      <w:proofErr w:type="spellStart"/>
      <w:proofErr w:type="gramStart"/>
      <w:r w:rsidR="005545E4">
        <w:t>čaj,mléko</w:t>
      </w:r>
      <w:proofErr w:type="spellEnd"/>
      <w:proofErr w:type="gramEnd"/>
      <w:r w:rsidR="005545E4">
        <w:t>,</w:t>
      </w:r>
      <w:r w:rsidR="00CA5103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51B1CFA5" w14:textId="4A57E34F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EC5C63">
        <w:t>Rýžová</w:t>
      </w:r>
      <w:proofErr w:type="spellEnd"/>
      <w:r w:rsidR="00EC5C63">
        <w:t xml:space="preserve"> se </w:t>
      </w:r>
      <w:proofErr w:type="spellStart"/>
      <w:r w:rsidR="00EC5C63">
        <w:t>zeleninou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907295">
        <w:rPr>
          <w:i/>
        </w:rPr>
        <w:t>9</w:t>
      </w:r>
      <w:r>
        <w:rPr>
          <w:i/>
        </w:rPr>
        <w:t>)</w:t>
      </w:r>
    </w:p>
    <w:p w14:paraId="2D77DD2F" w14:textId="27C0ED8E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5545E4">
        <w:rPr>
          <w:b/>
        </w:rPr>
        <w:t xml:space="preserve"> </w:t>
      </w:r>
      <w:proofErr w:type="spellStart"/>
      <w:r w:rsidR="002A3FAF">
        <w:t>Jemný</w:t>
      </w:r>
      <w:proofErr w:type="spellEnd"/>
      <w:r w:rsidR="002A3FAF">
        <w:t xml:space="preserve"> </w:t>
      </w:r>
      <w:proofErr w:type="spellStart"/>
      <w:r w:rsidR="002A3FAF">
        <w:t>bramborový</w:t>
      </w:r>
      <w:proofErr w:type="spellEnd"/>
      <w:r w:rsidR="002A3FAF">
        <w:t xml:space="preserve"> </w:t>
      </w:r>
      <w:proofErr w:type="spellStart"/>
      <w:r w:rsidR="002A3FAF">
        <w:t>guláš</w:t>
      </w:r>
      <w:proofErr w:type="spellEnd"/>
      <w:r w:rsidR="002A3FAF">
        <w:t xml:space="preserve">, </w:t>
      </w:r>
      <w:proofErr w:type="spellStart"/>
      <w:r w:rsidR="002A3FAF">
        <w:t>čerstvý</w:t>
      </w:r>
      <w:proofErr w:type="spellEnd"/>
      <w:r w:rsidR="002A3FAF">
        <w:t xml:space="preserve"> </w:t>
      </w:r>
      <w:proofErr w:type="spellStart"/>
      <w:r w:rsidR="002A3FAF">
        <w:t>rohlík</w:t>
      </w:r>
      <w:proofErr w:type="spellEnd"/>
      <w:r w:rsidR="002A3FAF">
        <w:t xml:space="preserve"> (</w:t>
      </w:r>
      <w:proofErr w:type="spellStart"/>
      <w:r w:rsidR="002A3FAF">
        <w:t>Alergeny</w:t>
      </w:r>
      <w:proofErr w:type="spellEnd"/>
      <w:r w:rsidR="002A3FAF">
        <w:t xml:space="preserve"> 1,7)</w:t>
      </w:r>
    </w:p>
    <w:p w14:paraId="6A6D31A8" w14:textId="7137C4BE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CA5103">
        <w:t xml:space="preserve">Chia </w:t>
      </w:r>
      <w:proofErr w:type="spellStart"/>
      <w:r w:rsidR="00CA5103">
        <w:t>chléb</w:t>
      </w:r>
      <w:proofErr w:type="spellEnd"/>
      <w:r w:rsidR="00CA5103">
        <w:t xml:space="preserve"> s </w:t>
      </w:r>
      <w:proofErr w:type="spellStart"/>
      <w:r w:rsidR="00CA5103">
        <w:t>pomazánkovým</w:t>
      </w:r>
      <w:proofErr w:type="spellEnd"/>
      <w:r w:rsidR="00CA5103">
        <w:t xml:space="preserve"> </w:t>
      </w:r>
      <w:proofErr w:type="spellStart"/>
      <w:r w:rsidR="00CA5103">
        <w:t>máslem</w:t>
      </w:r>
      <w:proofErr w:type="spellEnd"/>
      <w:r w:rsidR="00CA5103">
        <w:t xml:space="preserve"> a </w:t>
      </w:r>
      <w:proofErr w:type="spellStart"/>
      <w:r w:rsidR="00CA5103">
        <w:t>rajčetem</w:t>
      </w:r>
      <w:proofErr w:type="spellEnd"/>
      <w:r w:rsidR="00CA5103">
        <w:t>,</w:t>
      </w:r>
      <w:r w:rsidR="003B4ACB"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</w:t>
      </w:r>
      <w:r w:rsidR="003B4ACB">
        <w:rPr>
          <w:i/>
        </w:rPr>
        <w:t>1</w:t>
      </w:r>
      <w:r>
        <w:rPr>
          <w:i/>
        </w:rPr>
        <w:t xml:space="preserve"> ,7)</w:t>
      </w:r>
    </w:p>
    <w:p w14:paraId="7A16F536" w14:textId="77777777" w:rsidR="009837D8" w:rsidRDefault="00484DA2">
      <w:proofErr w:type="spellStart"/>
      <w:r>
        <w:rPr>
          <w:b/>
        </w:rPr>
        <w:t>Středa</w:t>
      </w:r>
      <w:proofErr w:type="spellEnd"/>
    </w:p>
    <w:p w14:paraId="5DCA0A22" w14:textId="2831805C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CA5103">
        <w:t>Rohlík</w:t>
      </w:r>
      <w:proofErr w:type="spellEnd"/>
      <w:r w:rsidR="00CA5103">
        <w:t xml:space="preserve"> s </w:t>
      </w:r>
      <w:proofErr w:type="spellStart"/>
      <w:r w:rsidR="00CA5103">
        <w:t>vajíčkovou</w:t>
      </w:r>
      <w:proofErr w:type="spellEnd"/>
      <w:r w:rsidR="00CA5103">
        <w:t xml:space="preserve"> </w:t>
      </w:r>
      <w:proofErr w:type="spellStart"/>
      <w:r w:rsidR="00CA5103">
        <w:t>pomazánkou</w:t>
      </w:r>
      <w:proofErr w:type="spellEnd"/>
      <w:r>
        <w:t>,</w:t>
      </w:r>
      <w:r w:rsidR="00CA5103">
        <w:t xml:space="preserve"> </w:t>
      </w:r>
      <w:proofErr w:type="spellStart"/>
      <w:r w:rsidR="00CA5103">
        <w:t>zelenina</w:t>
      </w:r>
      <w:proofErr w:type="spellEnd"/>
      <w:r w:rsidR="00CA5103">
        <w:t>,</w:t>
      </w:r>
      <w:r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</w:t>
      </w:r>
      <w:r w:rsidR="00CA5103">
        <w:rPr>
          <w:i/>
        </w:rPr>
        <w:t>3,</w:t>
      </w:r>
      <w:r>
        <w:rPr>
          <w:i/>
        </w:rPr>
        <w:t>7)</w:t>
      </w:r>
    </w:p>
    <w:p w14:paraId="2AF39B63" w14:textId="5D3DA739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3B4ACB" w:rsidRPr="003B4ACB">
        <w:rPr>
          <w:rFonts w:ascii="-webkit-standard" w:hAnsi="-webkit-standard"/>
          <w:color w:val="000000"/>
        </w:rPr>
        <w:t>Pórková</w:t>
      </w:r>
      <w:proofErr w:type="spellEnd"/>
      <w:r w:rsidR="00D24CBE">
        <w:rPr>
          <w:rFonts w:ascii="-webkit-standard" w:hAnsi="-webkit-standard"/>
          <w:color w:val="000000"/>
        </w:rPr>
        <w:t xml:space="preserve"> s </w:t>
      </w:r>
      <w:proofErr w:type="spellStart"/>
      <w:r w:rsidR="00CA5103">
        <w:rPr>
          <w:rFonts w:ascii="-webkit-standard" w:hAnsi="-webkit-standard"/>
          <w:color w:val="000000"/>
        </w:rPr>
        <w:t>kvasnicovým</w:t>
      </w:r>
      <w:proofErr w:type="spellEnd"/>
      <w:r w:rsidR="00CA5103">
        <w:rPr>
          <w:rFonts w:ascii="-webkit-standard" w:hAnsi="-webkit-standard"/>
          <w:color w:val="000000"/>
        </w:rPr>
        <w:t xml:space="preserve"> </w:t>
      </w:r>
      <w:proofErr w:type="spellStart"/>
      <w:r w:rsidR="00D24CBE">
        <w:rPr>
          <w:rFonts w:ascii="-webkit-standard" w:hAnsi="-webkit-standard"/>
          <w:color w:val="000000"/>
        </w:rPr>
        <w:t>kapáním</w:t>
      </w:r>
      <w:proofErr w:type="spellEnd"/>
      <w:r w:rsidRPr="003B4ACB">
        <w:rPr>
          <w:sz w:val="24"/>
          <w:szCs w:val="24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1,3,</w:t>
      </w:r>
      <w:r w:rsidR="00BB526D">
        <w:rPr>
          <w:i/>
        </w:rPr>
        <w:t>7</w:t>
      </w:r>
      <w:r>
        <w:rPr>
          <w:i/>
        </w:rPr>
        <w:t>)</w:t>
      </w:r>
    </w:p>
    <w:p w14:paraId="5E9CE10E" w14:textId="2E23E455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CA5103">
        <w:t>Dušený</w:t>
      </w:r>
      <w:proofErr w:type="spellEnd"/>
      <w:r w:rsidR="00CA5103">
        <w:t xml:space="preserve"> </w:t>
      </w:r>
      <w:proofErr w:type="spellStart"/>
      <w:proofErr w:type="gramStart"/>
      <w:r w:rsidR="00CA5103">
        <w:t>špenát,vepřové</w:t>
      </w:r>
      <w:proofErr w:type="spellEnd"/>
      <w:proofErr w:type="gramEnd"/>
      <w:r w:rsidR="00CA5103">
        <w:t xml:space="preserve"> </w:t>
      </w:r>
      <w:proofErr w:type="spellStart"/>
      <w:r w:rsidR="00CA5103">
        <w:t>výpečky</w:t>
      </w:r>
      <w:proofErr w:type="spellEnd"/>
      <w:r w:rsidR="00CA5103">
        <w:t xml:space="preserve">, </w:t>
      </w:r>
      <w:proofErr w:type="spellStart"/>
      <w:r w:rsidR="00CA5103">
        <w:t>bram</w:t>
      </w:r>
      <w:proofErr w:type="spellEnd"/>
      <w:r w:rsidR="00CA5103">
        <w:t xml:space="preserve">. </w:t>
      </w:r>
      <w:proofErr w:type="spellStart"/>
      <w:r w:rsidR="00CA5103">
        <w:t>knedlík</w:t>
      </w:r>
      <w:proofErr w:type="spellEnd"/>
      <w:r w:rsidR="00BB526D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A5103">
        <w:rPr>
          <w:i/>
        </w:rPr>
        <w:t>1,3,</w:t>
      </w:r>
      <w:r>
        <w:rPr>
          <w:i/>
        </w:rPr>
        <w:t>7)</w:t>
      </w:r>
    </w:p>
    <w:p w14:paraId="4372C9DA" w14:textId="1E71F59D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CA5103">
        <w:rPr>
          <w:rStyle w:val="Siln"/>
          <w:b w:val="0"/>
          <w:bCs w:val="0"/>
          <w:color w:val="000000"/>
        </w:rPr>
        <w:t>Podmáslový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</w:t>
      </w:r>
      <w:proofErr w:type="spellStart"/>
      <w:r w:rsidR="00CA5103">
        <w:rPr>
          <w:rStyle w:val="Siln"/>
          <w:b w:val="0"/>
          <w:bCs w:val="0"/>
          <w:color w:val="000000"/>
        </w:rPr>
        <w:t>chléb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s </w:t>
      </w:r>
      <w:proofErr w:type="spellStart"/>
      <w:r w:rsidR="00CA5103">
        <w:rPr>
          <w:rStyle w:val="Siln"/>
          <w:b w:val="0"/>
          <w:bCs w:val="0"/>
          <w:color w:val="000000"/>
        </w:rPr>
        <w:t>ředkvičkovou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pom., </w:t>
      </w:r>
      <w:proofErr w:type="spellStart"/>
      <w:r w:rsidR="00CA5103">
        <w:rPr>
          <w:rStyle w:val="Siln"/>
          <w:b w:val="0"/>
          <w:bCs w:val="0"/>
          <w:color w:val="000000"/>
        </w:rPr>
        <w:t>ovoce</w:t>
      </w:r>
      <w:proofErr w:type="spellEnd"/>
      <w:r w:rsidR="00CA5103">
        <w:rPr>
          <w:rStyle w:val="Siln"/>
          <w:b w:val="0"/>
          <w:bCs w:val="0"/>
          <w:color w:val="000000"/>
        </w:rPr>
        <w:t>,</w:t>
      </w:r>
      <w:r>
        <w:t xml:space="preserve"> </w:t>
      </w:r>
      <w:proofErr w:type="spellStart"/>
      <w:r>
        <w:t>čaj</w:t>
      </w:r>
      <w:proofErr w:type="spellEnd"/>
      <w:r w:rsidR="00BE77F5">
        <w:t>,</w:t>
      </w:r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25B67C06" w14:textId="77777777" w:rsidR="009837D8" w:rsidRDefault="00484DA2">
      <w:proofErr w:type="spellStart"/>
      <w:r>
        <w:rPr>
          <w:b/>
        </w:rPr>
        <w:t>Čtvrtek</w:t>
      </w:r>
      <w:proofErr w:type="spellEnd"/>
    </w:p>
    <w:p w14:paraId="64C0C520" w14:textId="15358036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517DCF" w:rsidRPr="00517DCF">
        <w:rPr>
          <w:bCs/>
        </w:rPr>
        <w:t>Kedlub</w:t>
      </w:r>
      <w:r w:rsidR="00CA5103">
        <w:rPr>
          <w:bCs/>
        </w:rPr>
        <w:t>nová</w:t>
      </w:r>
      <w:proofErr w:type="spellEnd"/>
      <w:r w:rsidR="00517DCF" w:rsidRPr="00517DCF">
        <w:rPr>
          <w:bCs/>
        </w:rPr>
        <w:t xml:space="preserve"> </w:t>
      </w:r>
      <w:proofErr w:type="spellStart"/>
      <w:r w:rsidR="00517DCF" w:rsidRPr="00517DCF">
        <w:rPr>
          <w:bCs/>
        </w:rPr>
        <w:t>pomazánka</w:t>
      </w:r>
      <w:proofErr w:type="spellEnd"/>
      <w:r w:rsidR="00CA5103">
        <w:rPr>
          <w:bCs/>
        </w:rPr>
        <w:t xml:space="preserve">, </w:t>
      </w:r>
      <w:proofErr w:type="spellStart"/>
      <w:r w:rsidR="00BB526D">
        <w:rPr>
          <w:rStyle w:val="Siln"/>
          <w:b w:val="0"/>
          <w:bCs w:val="0"/>
          <w:color w:val="000000"/>
        </w:rPr>
        <w:t>chl</w:t>
      </w:r>
      <w:r w:rsidR="00CA5103">
        <w:rPr>
          <w:rStyle w:val="Siln"/>
          <w:b w:val="0"/>
          <w:bCs w:val="0"/>
          <w:color w:val="000000"/>
        </w:rPr>
        <w:t>éb</w:t>
      </w:r>
      <w:proofErr w:type="spellEnd"/>
      <w:r w:rsidR="000657D0">
        <w:rPr>
          <w:rStyle w:val="Siln"/>
          <w:b w:val="0"/>
          <w:bCs w:val="0"/>
          <w:color w:val="000000"/>
        </w:rPr>
        <w:t xml:space="preserve">, </w:t>
      </w:r>
      <w:proofErr w:type="spellStart"/>
      <w:r w:rsidR="00D24CBE">
        <w:rPr>
          <w:rStyle w:val="Siln"/>
          <w:b w:val="0"/>
          <w:bCs w:val="0"/>
          <w:color w:val="000000"/>
        </w:rPr>
        <w:t>čerstvá</w:t>
      </w:r>
      <w:proofErr w:type="spellEnd"/>
      <w:r w:rsidR="00D24CBE">
        <w:rPr>
          <w:rStyle w:val="Siln"/>
          <w:b w:val="0"/>
          <w:bCs w:val="0"/>
          <w:color w:val="000000"/>
        </w:rPr>
        <w:t xml:space="preserve"> </w:t>
      </w:r>
      <w:proofErr w:type="spellStart"/>
      <w:r w:rsidR="00D24CBE">
        <w:rPr>
          <w:rStyle w:val="Siln"/>
          <w:b w:val="0"/>
          <w:bCs w:val="0"/>
          <w:color w:val="000000"/>
        </w:rPr>
        <w:t>zelenina</w:t>
      </w:r>
      <w:proofErr w:type="spellEnd"/>
      <w:r w:rsidR="00D24CBE">
        <w:rPr>
          <w:rStyle w:val="Siln"/>
          <w:b w:val="0"/>
          <w:bCs w:val="0"/>
          <w:color w:val="000000"/>
        </w:rPr>
        <w:t>,</w:t>
      </w:r>
      <w:r w:rsidR="00BB526D"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52573963" w14:textId="04B98817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BB526D">
        <w:t>Česnekový</w:t>
      </w:r>
      <w:proofErr w:type="spellEnd"/>
      <w:r w:rsidR="00BB526D">
        <w:t xml:space="preserve"> </w:t>
      </w:r>
      <w:proofErr w:type="spellStart"/>
      <w:r w:rsidR="00BB526D">
        <w:t>krém</w:t>
      </w:r>
      <w:proofErr w:type="spellEnd"/>
      <w:r w:rsidR="00BB526D">
        <w:t xml:space="preserve"> s </w:t>
      </w:r>
      <w:proofErr w:type="spellStart"/>
      <w:r w:rsidR="00BB526D">
        <w:t>krutonky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</w:t>
      </w:r>
      <w:r w:rsidR="005A7839">
        <w:rPr>
          <w:i/>
        </w:rPr>
        <w:t>,3</w:t>
      </w:r>
      <w:r w:rsidR="001E2F46">
        <w:rPr>
          <w:i/>
        </w:rPr>
        <w:t>,7</w:t>
      </w:r>
      <w:r>
        <w:rPr>
          <w:i/>
        </w:rPr>
        <w:t>)</w:t>
      </w:r>
    </w:p>
    <w:p w14:paraId="77415FDB" w14:textId="0923A240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2A3FAF">
        <w:t>Rybí</w:t>
      </w:r>
      <w:proofErr w:type="spellEnd"/>
      <w:r w:rsidR="002A3FAF">
        <w:t xml:space="preserve"> </w:t>
      </w:r>
      <w:proofErr w:type="spellStart"/>
      <w:r w:rsidR="002A3FAF">
        <w:t>filé</w:t>
      </w:r>
      <w:proofErr w:type="spellEnd"/>
      <w:r w:rsidR="002A3FAF">
        <w:t xml:space="preserve"> v </w:t>
      </w:r>
      <w:proofErr w:type="spellStart"/>
      <w:r w:rsidR="002A3FAF">
        <w:t>troj</w:t>
      </w:r>
      <w:proofErr w:type="spellEnd"/>
      <w:r w:rsidR="002A3FAF">
        <w:t xml:space="preserve">- </w:t>
      </w:r>
      <w:proofErr w:type="spellStart"/>
      <w:r w:rsidR="002A3FAF">
        <w:t>obalu</w:t>
      </w:r>
      <w:proofErr w:type="spellEnd"/>
      <w:r w:rsidR="002A3FAF">
        <w:t xml:space="preserve">, </w:t>
      </w:r>
      <w:proofErr w:type="spellStart"/>
      <w:r w:rsidR="002A3FAF">
        <w:t>bramborová</w:t>
      </w:r>
      <w:proofErr w:type="spellEnd"/>
      <w:r w:rsidR="002A3FAF">
        <w:t xml:space="preserve"> </w:t>
      </w:r>
      <w:proofErr w:type="spellStart"/>
      <w:r w:rsidR="002A3FAF">
        <w:t>kaše</w:t>
      </w:r>
      <w:proofErr w:type="spellEnd"/>
      <w:r w:rsidR="002A3FAF">
        <w:t xml:space="preserve">, </w:t>
      </w:r>
      <w:proofErr w:type="spellStart"/>
      <w:r w:rsidR="002A3FAF">
        <w:t>zeleninový</w:t>
      </w:r>
      <w:proofErr w:type="spellEnd"/>
      <w:r w:rsidR="002A3FAF">
        <w:t xml:space="preserve"> </w:t>
      </w:r>
      <w:proofErr w:type="spellStart"/>
      <w:r w:rsidR="002A3FAF">
        <w:t>salát</w:t>
      </w:r>
      <w:proofErr w:type="spellEnd"/>
      <w:r w:rsidR="002A3FAF">
        <w:t xml:space="preserve">, </w:t>
      </w:r>
      <w:r w:rsidR="002A3FAF">
        <w:rPr>
          <w:i/>
        </w:rPr>
        <w:t>(</w:t>
      </w:r>
      <w:proofErr w:type="spellStart"/>
      <w:r w:rsidR="002A3FAF">
        <w:rPr>
          <w:i/>
        </w:rPr>
        <w:t>Alergeny</w:t>
      </w:r>
      <w:proofErr w:type="spellEnd"/>
      <w:r w:rsidR="002A3FAF">
        <w:rPr>
          <w:i/>
        </w:rPr>
        <w:t>: 1,4,7)</w:t>
      </w:r>
    </w:p>
    <w:p w14:paraId="22074D0C" w14:textId="2CD50AF7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CA5103">
        <w:rPr>
          <w:bCs/>
        </w:rPr>
        <w:t>Grahamový</w:t>
      </w:r>
      <w:proofErr w:type="spellEnd"/>
      <w:r w:rsidR="00CA5103">
        <w:rPr>
          <w:b/>
        </w:rPr>
        <w:t xml:space="preserve"> </w:t>
      </w:r>
      <w:proofErr w:type="spellStart"/>
      <w:r w:rsidR="00CA5103">
        <w:t>r</w:t>
      </w:r>
      <w:r w:rsidR="00C97ECC">
        <w:t>ohlík</w:t>
      </w:r>
      <w:proofErr w:type="spellEnd"/>
      <w:r w:rsidR="00C97ECC">
        <w:t xml:space="preserve"> </w:t>
      </w:r>
      <w:r w:rsidR="00D24CBE">
        <w:t xml:space="preserve">se </w:t>
      </w:r>
      <w:proofErr w:type="spellStart"/>
      <w:r w:rsidR="00D24CBE">
        <w:t>sýrovou</w:t>
      </w:r>
      <w:proofErr w:type="spellEnd"/>
      <w:r w:rsidR="00D24CBE">
        <w:t xml:space="preserve"> </w:t>
      </w:r>
      <w:proofErr w:type="spellStart"/>
      <w:r w:rsidR="00D24CBE">
        <w:t>pomazánkou</w:t>
      </w:r>
      <w:proofErr w:type="spellEnd"/>
      <w:r w:rsidR="00D24CBE">
        <w:t>,</w:t>
      </w:r>
      <w:r w:rsidR="000657D0">
        <w:t xml:space="preserve"> </w:t>
      </w:r>
      <w:proofErr w:type="spellStart"/>
      <w:r w:rsidR="00D24CBE">
        <w:t>čerstvá</w:t>
      </w:r>
      <w:proofErr w:type="spellEnd"/>
      <w:r w:rsidR="00D24CBE">
        <w:t xml:space="preserve"> </w:t>
      </w:r>
      <w:proofErr w:type="spellStart"/>
      <w:r w:rsidR="00D24CBE">
        <w:t>zelenina</w:t>
      </w:r>
      <w:proofErr w:type="spellEnd"/>
      <w:r w:rsidR="00BE77F5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7)</w:t>
      </w:r>
    </w:p>
    <w:p w14:paraId="0D237BD6" w14:textId="77777777" w:rsidR="009837D8" w:rsidRDefault="00484DA2">
      <w:proofErr w:type="spellStart"/>
      <w:r>
        <w:rPr>
          <w:b/>
        </w:rPr>
        <w:t>Pátek</w:t>
      </w:r>
      <w:proofErr w:type="spellEnd"/>
    </w:p>
    <w:p w14:paraId="2552763E" w14:textId="62A1FEA9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CA5103">
        <w:t>Slunečnicová</w:t>
      </w:r>
      <w:proofErr w:type="spellEnd"/>
      <w:r w:rsidR="00CA5103">
        <w:t xml:space="preserve"> </w:t>
      </w:r>
      <w:proofErr w:type="spellStart"/>
      <w:r w:rsidR="00CA5103">
        <w:t>Kostka</w:t>
      </w:r>
      <w:proofErr w:type="spellEnd"/>
      <w:r w:rsidR="00CA5103">
        <w:t xml:space="preserve"> s </w:t>
      </w:r>
      <w:proofErr w:type="spellStart"/>
      <w:r w:rsidR="00CA5103">
        <w:t>rybí</w:t>
      </w:r>
      <w:proofErr w:type="spellEnd"/>
      <w:r w:rsidR="00CA5103">
        <w:t xml:space="preserve"> </w:t>
      </w:r>
      <w:proofErr w:type="spellStart"/>
      <w:r w:rsidR="00CA5103">
        <w:t>pomazánkou</w:t>
      </w:r>
      <w:proofErr w:type="spellEnd"/>
      <w:r w:rsidR="00CA5103">
        <w:t xml:space="preserve">, </w:t>
      </w:r>
      <w:proofErr w:type="spellStart"/>
      <w:r>
        <w:t>jablko</w:t>
      </w:r>
      <w:proofErr w:type="spellEnd"/>
      <w:r>
        <w:t xml:space="preserve">,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</w:t>
      </w:r>
      <w:r w:rsidR="00CA5103">
        <w:rPr>
          <w:i/>
        </w:rPr>
        <w:t>4</w:t>
      </w:r>
      <w:r w:rsidR="00C879D3">
        <w:rPr>
          <w:i/>
        </w:rPr>
        <w:t>,</w:t>
      </w:r>
      <w:r w:rsidR="005A7839">
        <w:rPr>
          <w:i/>
        </w:rPr>
        <w:t>7</w:t>
      </w:r>
      <w:r>
        <w:rPr>
          <w:i/>
        </w:rPr>
        <w:t>)</w:t>
      </w:r>
    </w:p>
    <w:p w14:paraId="678EF686" w14:textId="0C49D3FF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CA5103">
        <w:t>Dýňová</w:t>
      </w:r>
      <w:proofErr w:type="spellEnd"/>
      <w:r w:rsidR="00CA5103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A5103">
        <w:rPr>
          <w:i/>
        </w:rPr>
        <w:t>1,7</w:t>
      </w:r>
      <w:r w:rsidR="005A7839">
        <w:rPr>
          <w:i/>
        </w:rPr>
        <w:t>,9</w:t>
      </w:r>
      <w:r>
        <w:rPr>
          <w:i/>
        </w:rPr>
        <w:t>)</w:t>
      </w:r>
    </w:p>
    <w:p w14:paraId="72944FE3" w14:textId="35A162A4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6F5D62">
        <w:rPr>
          <w:b/>
        </w:rPr>
        <w:t xml:space="preserve"> </w:t>
      </w:r>
      <w:proofErr w:type="spellStart"/>
      <w:r w:rsidR="00CA5103">
        <w:rPr>
          <w:rStyle w:val="Siln"/>
          <w:b w:val="0"/>
          <w:bCs w:val="0"/>
          <w:color w:val="000000"/>
        </w:rPr>
        <w:t>Kuřecí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</w:t>
      </w:r>
      <w:proofErr w:type="spellStart"/>
      <w:r w:rsidR="00CA5103">
        <w:rPr>
          <w:rStyle w:val="Siln"/>
          <w:b w:val="0"/>
          <w:bCs w:val="0"/>
          <w:color w:val="000000"/>
        </w:rPr>
        <w:t>rizoto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se </w:t>
      </w:r>
      <w:proofErr w:type="spellStart"/>
      <w:r w:rsidR="00CA5103">
        <w:rPr>
          <w:rStyle w:val="Siln"/>
          <w:b w:val="0"/>
          <w:bCs w:val="0"/>
          <w:color w:val="000000"/>
        </w:rPr>
        <w:t>zeleninou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 a </w:t>
      </w:r>
      <w:proofErr w:type="spellStart"/>
      <w:proofErr w:type="gramStart"/>
      <w:r w:rsidR="00CA5103">
        <w:rPr>
          <w:rStyle w:val="Siln"/>
          <w:b w:val="0"/>
          <w:bCs w:val="0"/>
          <w:color w:val="000000"/>
        </w:rPr>
        <w:t>sýrem</w:t>
      </w:r>
      <w:proofErr w:type="spellEnd"/>
      <w:r w:rsidR="00CA5103">
        <w:rPr>
          <w:rStyle w:val="Siln"/>
          <w:b w:val="0"/>
          <w:bCs w:val="0"/>
          <w:color w:val="000000"/>
        </w:rPr>
        <w:t xml:space="preserve">, </w:t>
      </w:r>
      <w:r w:rsidR="006775D4">
        <w:rPr>
          <w:i/>
        </w:rPr>
        <w:t xml:space="preserve"> </w:t>
      </w:r>
      <w:r>
        <w:rPr>
          <w:i/>
        </w:rPr>
        <w:t>(</w:t>
      </w:r>
      <w:proofErr w:type="spellStart"/>
      <w:proofErr w:type="gramEnd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C879D3">
        <w:rPr>
          <w:i/>
        </w:rPr>
        <w:t>1,7</w:t>
      </w:r>
      <w:r>
        <w:rPr>
          <w:i/>
        </w:rPr>
        <w:t>)</w:t>
      </w:r>
    </w:p>
    <w:p w14:paraId="3EC9B62B" w14:textId="590A95B2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CA5103">
        <w:t>Veka</w:t>
      </w:r>
      <w:proofErr w:type="spellEnd"/>
      <w:r w:rsidR="00CA5103">
        <w:t xml:space="preserve"> s </w:t>
      </w:r>
      <w:proofErr w:type="spellStart"/>
      <w:r w:rsidR="00CA5103">
        <w:t>máslem</w:t>
      </w:r>
      <w:proofErr w:type="spellEnd"/>
      <w:r w:rsidR="00CA5103">
        <w:t xml:space="preserve"> a </w:t>
      </w:r>
      <w:proofErr w:type="spellStart"/>
      <w:r w:rsidR="00CA5103">
        <w:t>cheddarem</w:t>
      </w:r>
      <w:proofErr w:type="spellEnd"/>
      <w:r w:rsidR="00BE77F5">
        <w:t>,</w:t>
      </w:r>
      <w:r w:rsidR="000657D0">
        <w:t xml:space="preserve"> </w:t>
      </w:r>
      <w:proofErr w:type="spellStart"/>
      <w:r w:rsidR="000657D0">
        <w:t>ovoce</w:t>
      </w:r>
      <w:proofErr w:type="spellEnd"/>
      <w:r w:rsidR="000657D0">
        <w:t xml:space="preserve">, </w:t>
      </w:r>
      <w:proofErr w:type="spellStart"/>
      <w:r w:rsidR="00D24CBE">
        <w:t>kakaová</w:t>
      </w:r>
      <w:proofErr w:type="spellEnd"/>
      <w:r w:rsidR="00D24CBE">
        <w:t xml:space="preserve"> </w:t>
      </w:r>
      <w:proofErr w:type="spellStart"/>
      <w:r w:rsidR="00D24CBE">
        <w:t>srdíčka</w:t>
      </w:r>
      <w:proofErr w:type="spellEnd"/>
      <w:r w:rsidR="00D24CBE">
        <w:t>,</w:t>
      </w:r>
      <w:r w:rsidR="00BE77F5">
        <w:t xml:space="preserve"> </w:t>
      </w:r>
      <w:proofErr w:type="spellStart"/>
      <w:r>
        <w:t>čaj</w:t>
      </w:r>
      <w:proofErr w:type="spellEnd"/>
      <w: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1,7</w:t>
      </w:r>
      <w:r>
        <w:rPr>
          <w:i/>
        </w:rPr>
        <w:t>)</w:t>
      </w:r>
    </w:p>
    <w:p w14:paraId="179640F5" w14:textId="77777777" w:rsidR="003649C9" w:rsidRDefault="003649C9">
      <w:pPr>
        <w:jc w:val="center"/>
        <w:rPr>
          <w:i/>
          <w:sz w:val="20"/>
          <w:szCs w:val="20"/>
        </w:rPr>
      </w:pPr>
    </w:p>
    <w:p w14:paraId="5B5E6F74" w14:textId="69D3F7ED" w:rsidR="009837D8" w:rsidRPr="000657D0" w:rsidRDefault="00484DA2" w:rsidP="000657D0">
      <w:pPr>
        <w:jc w:val="center"/>
        <w:rPr>
          <w:i/>
          <w:sz w:val="20"/>
          <w:szCs w:val="20"/>
        </w:rPr>
      </w:pPr>
      <w:proofErr w:type="spellStart"/>
      <w:r w:rsidRPr="00C879D3">
        <w:rPr>
          <w:i/>
          <w:sz w:val="20"/>
          <w:szCs w:val="20"/>
        </w:rPr>
        <w:t>Poznámka</w:t>
      </w:r>
      <w:proofErr w:type="spellEnd"/>
      <w:r w:rsidRPr="00C879D3">
        <w:rPr>
          <w:i/>
          <w:sz w:val="20"/>
          <w:szCs w:val="20"/>
        </w:rPr>
        <w:t xml:space="preserve">: Po </w:t>
      </w:r>
      <w:proofErr w:type="spellStart"/>
      <w:r w:rsidRPr="00C879D3">
        <w:rPr>
          <w:i/>
          <w:sz w:val="20"/>
          <w:szCs w:val="20"/>
        </w:rPr>
        <w:t>celý</w:t>
      </w:r>
      <w:proofErr w:type="spellEnd"/>
      <w:r w:rsidRPr="00C879D3">
        <w:rPr>
          <w:i/>
          <w:sz w:val="20"/>
          <w:szCs w:val="20"/>
        </w:rPr>
        <w:t xml:space="preserve"> den je </w:t>
      </w:r>
      <w:proofErr w:type="spellStart"/>
      <w:r w:rsidRPr="00C879D3">
        <w:rPr>
          <w:i/>
          <w:sz w:val="20"/>
          <w:szCs w:val="20"/>
        </w:rPr>
        <w:t>dětem</w:t>
      </w:r>
      <w:proofErr w:type="spellEnd"/>
      <w:r w:rsidRPr="00C879D3">
        <w:rPr>
          <w:i/>
          <w:sz w:val="20"/>
          <w:szCs w:val="20"/>
        </w:rPr>
        <w:t xml:space="preserve"> </w:t>
      </w:r>
      <w:proofErr w:type="spellStart"/>
      <w:r w:rsidRPr="00C879D3">
        <w:rPr>
          <w:i/>
          <w:sz w:val="20"/>
          <w:szCs w:val="20"/>
        </w:rPr>
        <w:t>zajištěn</w:t>
      </w:r>
      <w:proofErr w:type="spellEnd"/>
      <w:r w:rsidRPr="00C879D3">
        <w:rPr>
          <w:i/>
          <w:sz w:val="20"/>
          <w:szCs w:val="20"/>
        </w:rPr>
        <w:t xml:space="preserve"> </w:t>
      </w:r>
      <w:proofErr w:type="spellStart"/>
      <w:r w:rsidRPr="00C879D3">
        <w:rPr>
          <w:i/>
          <w:sz w:val="20"/>
          <w:szCs w:val="20"/>
        </w:rPr>
        <w:t>pitný</w:t>
      </w:r>
      <w:proofErr w:type="spellEnd"/>
      <w:r w:rsidRPr="00C879D3">
        <w:rPr>
          <w:i/>
          <w:sz w:val="20"/>
          <w:szCs w:val="20"/>
        </w:rPr>
        <w:t xml:space="preserve"> </w:t>
      </w:r>
      <w:proofErr w:type="spellStart"/>
      <w:r w:rsidRPr="00C879D3">
        <w:rPr>
          <w:i/>
          <w:sz w:val="20"/>
          <w:szCs w:val="20"/>
        </w:rPr>
        <w:t>režim</w:t>
      </w:r>
      <w:proofErr w:type="spellEnd"/>
      <w:r w:rsidRPr="00C879D3">
        <w:rPr>
          <w:i/>
          <w:sz w:val="20"/>
          <w:szCs w:val="20"/>
        </w:rPr>
        <w:t xml:space="preserve"> – </w:t>
      </w:r>
      <w:proofErr w:type="spellStart"/>
      <w:r w:rsidRPr="00C879D3">
        <w:rPr>
          <w:i/>
          <w:sz w:val="20"/>
          <w:szCs w:val="20"/>
        </w:rPr>
        <w:t>voda</w:t>
      </w:r>
      <w:proofErr w:type="spellEnd"/>
      <w:r w:rsidRPr="00C879D3">
        <w:rPr>
          <w:i/>
          <w:sz w:val="20"/>
          <w:szCs w:val="20"/>
        </w:rPr>
        <w:t xml:space="preserve">, </w:t>
      </w:r>
      <w:proofErr w:type="spellStart"/>
      <w:r w:rsidRPr="00C879D3">
        <w:rPr>
          <w:i/>
          <w:sz w:val="20"/>
          <w:szCs w:val="20"/>
        </w:rPr>
        <w:t>čaj</w:t>
      </w:r>
      <w:proofErr w:type="spellEnd"/>
      <w:r w:rsidR="00BE77F5" w:rsidRPr="00C879D3">
        <w:rPr>
          <w:i/>
          <w:sz w:val="20"/>
          <w:szCs w:val="20"/>
        </w:rPr>
        <w:t xml:space="preserve"> </w:t>
      </w:r>
      <w:r w:rsidRPr="00C879D3">
        <w:rPr>
          <w:i/>
          <w:sz w:val="20"/>
          <w:szCs w:val="20"/>
        </w:rPr>
        <w:t xml:space="preserve">a </w:t>
      </w:r>
      <w:proofErr w:type="spellStart"/>
      <w:r w:rsidRPr="00C879D3">
        <w:rPr>
          <w:i/>
          <w:sz w:val="20"/>
          <w:szCs w:val="20"/>
        </w:rPr>
        <w:t>mléko</w:t>
      </w:r>
      <w:proofErr w:type="spellEnd"/>
      <w:r w:rsidR="000657D0">
        <w:rPr>
          <w:i/>
          <w:sz w:val="20"/>
          <w:szCs w:val="20"/>
        </w:rPr>
        <w:t xml:space="preserve"> a </w:t>
      </w:r>
      <w:proofErr w:type="spellStart"/>
      <w:r w:rsidR="000657D0">
        <w:rPr>
          <w:i/>
          <w:sz w:val="20"/>
          <w:szCs w:val="20"/>
        </w:rPr>
        <w:t>čerstvé</w:t>
      </w:r>
      <w:proofErr w:type="spellEnd"/>
      <w:r w:rsidR="000657D0">
        <w:rPr>
          <w:i/>
          <w:sz w:val="20"/>
          <w:szCs w:val="20"/>
        </w:rPr>
        <w:t xml:space="preserve"> </w:t>
      </w:r>
      <w:proofErr w:type="spellStart"/>
      <w:r w:rsidR="000657D0">
        <w:rPr>
          <w:i/>
          <w:sz w:val="20"/>
          <w:szCs w:val="20"/>
        </w:rPr>
        <w:t>ovoce</w:t>
      </w:r>
      <w:proofErr w:type="spellEnd"/>
      <w:r w:rsidR="000657D0">
        <w:rPr>
          <w:i/>
          <w:sz w:val="20"/>
          <w:szCs w:val="20"/>
        </w:rPr>
        <w:t>.</w:t>
      </w:r>
      <w:r w:rsidR="00BE77F5" w:rsidRPr="00C879D3">
        <w:rPr>
          <w:i/>
          <w:sz w:val="20"/>
          <w:szCs w:val="20"/>
        </w:rPr>
        <w:t xml:space="preserve"> </w:t>
      </w:r>
      <w:proofErr w:type="spellStart"/>
      <w:r w:rsidR="00BE77F5" w:rsidRPr="00C879D3">
        <w:rPr>
          <w:i/>
          <w:sz w:val="20"/>
          <w:szCs w:val="20"/>
        </w:rPr>
        <w:t>Změna</w:t>
      </w:r>
      <w:proofErr w:type="spellEnd"/>
      <w:r w:rsidR="00BE77F5" w:rsidRPr="00C879D3">
        <w:rPr>
          <w:i/>
          <w:sz w:val="20"/>
          <w:szCs w:val="20"/>
        </w:rPr>
        <w:t xml:space="preserve"> </w:t>
      </w:r>
      <w:proofErr w:type="spellStart"/>
      <w:r w:rsidR="00BE77F5" w:rsidRPr="00C879D3">
        <w:rPr>
          <w:i/>
          <w:sz w:val="20"/>
          <w:szCs w:val="20"/>
        </w:rPr>
        <w:t>jídelníčku</w:t>
      </w:r>
      <w:proofErr w:type="spellEnd"/>
      <w:r w:rsidR="00BE77F5" w:rsidRPr="00C879D3">
        <w:rPr>
          <w:i/>
          <w:sz w:val="20"/>
          <w:szCs w:val="20"/>
        </w:rPr>
        <w:t xml:space="preserve"> </w:t>
      </w:r>
      <w:proofErr w:type="spellStart"/>
      <w:r w:rsidR="00BE77F5" w:rsidRPr="00C879D3">
        <w:rPr>
          <w:i/>
          <w:sz w:val="20"/>
          <w:szCs w:val="20"/>
        </w:rPr>
        <w:t>vyhrazena</w:t>
      </w:r>
      <w:proofErr w:type="spellEnd"/>
      <w:r w:rsidR="00BE77F5" w:rsidRPr="00C879D3">
        <w:rPr>
          <w:i/>
          <w:sz w:val="20"/>
          <w:szCs w:val="20"/>
        </w:rPr>
        <w:t xml:space="preserve">. </w:t>
      </w:r>
      <w:proofErr w:type="spellStart"/>
      <w:r w:rsidR="00BE77F5" w:rsidRPr="00C879D3">
        <w:rPr>
          <w:i/>
          <w:sz w:val="20"/>
          <w:szCs w:val="20"/>
        </w:rPr>
        <w:t>Jídlo</w:t>
      </w:r>
      <w:proofErr w:type="spellEnd"/>
      <w:r w:rsidR="00BE77F5" w:rsidRPr="00C879D3">
        <w:rPr>
          <w:i/>
          <w:sz w:val="20"/>
          <w:szCs w:val="20"/>
        </w:rPr>
        <w:t xml:space="preserve"> je </w:t>
      </w:r>
      <w:proofErr w:type="spellStart"/>
      <w:r w:rsidR="00BE77F5" w:rsidRPr="00C879D3">
        <w:rPr>
          <w:i/>
          <w:sz w:val="20"/>
          <w:szCs w:val="20"/>
        </w:rPr>
        <w:t>určeno</w:t>
      </w:r>
      <w:proofErr w:type="spellEnd"/>
      <w:r w:rsidR="00BE77F5" w:rsidRPr="00C879D3">
        <w:rPr>
          <w:i/>
          <w:sz w:val="20"/>
          <w:szCs w:val="20"/>
        </w:rPr>
        <w:t xml:space="preserve"> k </w:t>
      </w:r>
      <w:proofErr w:type="spellStart"/>
      <w:r w:rsidR="00BE77F5" w:rsidRPr="00C879D3">
        <w:rPr>
          <w:i/>
          <w:sz w:val="20"/>
          <w:szCs w:val="20"/>
        </w:rPr>
        <w:t>okamžité</w:t>
      </w:r>
      <w:proofErr w:type="spellEnd"/>
      <w:r w:rsidR="00BE77F5" w:rsidRPr="00C879D3">
        <w:rPr>
          <w:i/>
          <w:sz w:val="20"/>
          <w:szCs w:val="20"/>
        </w:rPr>
        <w:t xml:space="preserve"> </w:t>
      </w:r>
      <w:proofErr w:type="spellStart"/>
      <w:r w:rsidR="00BE77F5" w:rsidRPr="00C879D3">
        <w:rPr>
          <w:i/>
          <w:sz w:val="20"/>
          <w:szCs w:val="20"/>
        </w:rPr>
        <w:t>spotřebě</w:t>
      </w:r>
      <w:proofErr w:type="spellEnd"/>
      <w:r w:rsidR="00BE77F5" w:rsidRPr="00C879D3">
        <w:rPr>
          <w:i/>
          <w:sz w:val="20"/>
          <w:szCs w:val="20"/>
        </w:rPr>
        <w:t>.</w:t>
      </w:r>
    </w:p>
    <w:sectPr w:rsidR="009837D8" w:rsidRPr="000657D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E486" w14:textId="77777777" w:rsidR="00B43DB0" w:rsidRDefault="00B43DB0" w:rsidP="009B5EC0">
      <w:pPr>
        <w:spacing w:after="0" w:line="240" w:lineRule="auto"/>
      </w:pPr>
      <w:r>
        <w:separator/>
      </w:r>
    </w:p>
  </w:endnote>
  <w:endnote w:type="continuationSeparator" w:id="0">
    <w:p w14:paraId="345489D5" w14:textId="77777777" w:rsidR="00B43DB0" w:rsidRDefault="00B43DB0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2D12A" w14:textId="77777777" w:rsidR="00B43DB0" w:rsidRDefault="00B43DB0" w:rsidP="009B5EC0">
      <w:pPr>
        <w:spacing w:after="0" w:line="240" w:lineRule="auto"/>
      </w:pPr>
      <w:r>
        <w:separator/>
      </w:r>
    </w:p>
  </w:footnote>
  <w:footnote w:type="continuationSeparator" w:id="0">
    <w:p w14:paraId="3488D544" w14:textId="77777777" w:rsidR="00B43DB0" w:rsidRDefault="00B43DB0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337"/>
    <w:rsid w:val="000657D0"/>
    <w:rsid w:val="0015074B"/>
    <w:rsid w:val="001B437E"/>
    <w:rsid w:val="001E2F46"/>
    <w:rsid w:val="00231481"/>
    <w:rsid w:val="00253249"/>
    <w:rsid w:val="0029639D"/>
    <w:rsid w:val="002A3FAF"/>
    <w:rsid w:val="00326F90"/>
    <w:rsid w:val="003649C9"/>
    <w:rsid w:val="003A1F50"/>
    <w:rsid w:val="003B4ACB"/>
    <w:rsid w:val="00416842"/>
    <w:rsid w:val="00465AD3"/>
    <w:rsid w:val="00484DA2"/>
    <w:rsid w:val="0051346D"/>
    <w:rsid w:val="00517DCF"/>
    <w:rsid w:val="005545E4"/>
    <w:rsid w:val="00577161"/>
    <w:rsid w:val="005A1237"/>
    <w:rsid w:val="005A7839"/>
    <w:rsid w:val="005C68E8"/>
    <w:rsid w:val="005E0707"/>
    <w:rsid w:val="00625A8F"/>
    <w:rsid w:val="006302E2"/>
    <w:rsid w:val="006775D4"/>
    <w:rsid w:val="006F5D62"/>
    <w:rsid w:val="007A2305"/>
    <w:rsid w:val="007A462C"/>
    <w:rsid w:val="0086234C"/>
    <w:rsid w:val="008648D3"/>
    <w:rsid w:val="00874EF7"/>
    <w:rsid w:val="008F6BF5"/>
    <w:rsid w:val="00903770"/>
    <w:rsid w:val="00907295"/>
    <w:rsid w:val="00915F96"/>
    <w:rsid w:val="009837D8"/>
    <w:rsid w:val="009A387C"/>
    <w:rsid w:val="009B5EC0"/>
    <w:rsid w:val="009D1880"/>
    <w:rsid w:val="009D197A"/>
    <w:rsid w:val="009D419E"/>
    <w:rsid w:val="00A52408"/>
    <w:rsid w:val="00A9357F"/>
    <w:rsid w:val="00AA1D8D"/>
    <w:rsid w:val="00B43DB0"/>
    <w:rsid w:val="00B47730"/>
    <w:rsid w:val="00B561A8"/>
    <w:rsid w:val="00B96A48"/>
    <w:rsid w:val="00BB526D"/>
    <w:rsid w:val="00BD6915"/>
    <w:rsid w:val="00BE77F5"/>
    <w:rsid w:val="00C776F2"/>
    <w:rsid w:val="00C879D3"/>
    <w:rsid w:val="00C97ECC"/>
    <w:rsid w:val="00CA5103"/>
    <w:rsid w:val="00CB0664"/>
    <w:rsid w:val="00D24CBE"/>
    <w:rsid w:val="00D61358"/>
    <w:rsid w:val="00D908C9"/>
    <w:rsid w:val="00DA53CF"/>
    <w:rsid w:val="00DD1915"/>
    <w:rsid w:val="00E932B0"/>
    <w:rsid w:val="00EC5C63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2</cp:revision>
  <cp:lastPrinted>2026-06-05T12:07:00Z</cp:lastPrinted>
  <dcterms:created xsi:type="dcterms:W3CDTF">2026-06-05T12:09:00Z</dcterms:created>
  <dcterms:modified xsi:type="dcterms:W3CDTF">2026-06-05T12:09:00Z</dcterms:modified>
  <cp:category/>
</cp:coreProperties>
</file>