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19AAA" w14:textId="77777777" w:rsidR="00364158" w:rsidRDefault="00364158" w:rsidP="0008603B">
      <w:pPr>
        <w:jc w:val="center"/>
        <w:rPr>
          <w:i/>
          <w:iCs/>
          <w:color w:val="4F81BD" w:themeColor="accent1"/>
          <w:sz w:val="28"/>
          <w:szCs w:val="28"/>
        </w:rPr>
      </w:pPr>
    </w:p>
    <w:p w14:paraId="387BE704" w14:textId="77777777" w:rsidR="00364158" w:rsidRDefault="00364158" w:rsidP="0008603B">
      <w:pPr>
        <w:jc w:val="center"/>
        <w:rPr>
          <w:i/>
          <w:iCs/>
          <w:color w:val="4F81BD" w:themeColor="accent1"/>
          <w:sz w:val="28"/>
          <w:szCs w:val="28"/>
        </w:rPr>
      </w:pPr>
    </w:p>
    <w:p w14:paraId="7DFBEEFE" w14:textId="1AFE0901" w:rsidR="004E3AA1" w:rsidRPr="0008603B" w:rsidRDefault="00862330" w:rsidP="0008603B">
      <w:pPr>
        <w:jc w:val="center"/>
        <w:rPr>
          <w:i/>
          <w:iCs/>
          <w:sz w:val="28"/>
          <w:szCs w:val="28"/>
        </w:rPr>
      </w:pPr>
      <w:r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1172E50" wp14:editId="57BD5D9B">
            <wp:simplePos x="0" y="0"/>
            <wp:positionH relativeFrom="page">
              <wp:posOffset>-586105</wp:posOffset>
            </wp:positionH>
            <wp:positionV relativeFrom="paragraph">
              <wp:posOffset>-1679500</wp:posOffset>
            </wp:positionV>
            <wp:extent cx="8601075" cy="12867033"/>
            <wp:effectExtent l="0" t="0" r="0" b="0"/>
            <wp:wrapNone/>
            <wp:docPr id="1984672170" name="Obrázek 1984672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49C9" w:rsidRPr="0008603B">
        <w:rPr>
          <w:i/>
          <w:noProof/>
          <w:color w:val="4F81BD" w:themeColor="accen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10C3AE2" wp14:editId="53E18138">
            <wp:simplePos x="0" y="0"/>
            <wp:positionH relativeFrom="page">
              <wp:posOffset>31712</wp:posOffset>
            </wp:positionH>
            <wp:positionV relativeFrom="paragraph">
              <wp:posOffset>-1384412</wp:posOffset>
            </wp:positionV>
            <wp:extent cx="8601075" cy="1286703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1075" cy="1286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AA1" w:rsidRPr="0008603B">
        <w:rPr>
          <w:i/>
          <w:iCs/>
          <w:color w:val="4F81BD" w:themeColor="accent1"/>
          <w:sz w:val="28"/>
          <w:szCs w:val="28"/>
        </w:rPr>
        <w:t xml:space="preserve"> </w:t>
      </w:r>
      <w:proofErr w:type="spellStart"/>
      <w:r w:rsidR="004E3AA1" w:rsidRPr="0008603B">
        <w:rPr>
          <w:color w:val="4F81BD" w:themeColor="accent1"/>
          <w:sz w:val="28"/>
          <w:szCs w:val="28"/>
        </w:rPr>
        <w:t>Jídelníček</w:t>
      </w:r>
      <w:proofErr w:type="spellEnd"/>
      <w:r w:rsidR="004E3AA1" w:rsidRPr="0008603B">
        <w:rPr>
          <w:color w:val="4F81BD" w:themeColor="accent1"/>
          <w:sz w:val="28"/>
          <w:szCs w:val="28"/>
        </w:rPr>
        <w:t xml:space="preserve"> </w:t>
      </w:r>
      <w:r w:rsidR="00523320">
        <w:rPr>
          <w:color w:val="4F81BD" w:themeColor="accent1"/>
          <w:sz w:val="28"/>
          <w:szCs w:val="28"/>
        </w:rPr>
        <w:t>30</w:t>
      </w:r>
      <w:r w:rsidR="004E3AA1" w:rsidRPr="0008603B">
        <w:rPr>
          <w:color w:val="4F81BD" w:themeColor="accent1"/>
          <w:sz w:val="28"/>
          <w:szCs w:val="28"/>
        </w:rPr>
        <w:t xml:space="preserve">. 3. - </w:t>
      </w:r>
      <w:r w:rsidR="00A95FAD" w:rsidRPr="0008603B">
        <w:rPr>
          <w:color w:val="4F81BD" w:themeColor="accent1"/>
          <w:sz w:val="28"/>
          <w:szCs w:val="28"/>
        </w:rPr>
        <w:t>3</w:t>
      </w:r>
      <w:r w:rsidR="004E3AA1" w:rsidRPr="0008603B">
        <w:rPr>
          <w:color w:val="4F81BD" w:themeColor="accent1"/>
          <w:sz w:val="28"/>
          <w:szCs w:val="28"/>
        </w:rPr>
        <w:t xml:space="preserve"> .</w:t>
      </w:r>
      <w:r w:rsidR="00523320">
        <w:rPr>
          <w:color w:val="4F81BD" w:themeColor="accent1"/>
          <w:sz w:val="28"/>
          <w:szCs w:val="28"/>
        </w:rPr>
        <w:t>4</w:t>
      </w:r>
      <w:r w:rsidR="004E3AA1" w:rsidRPr="0008603B">
        <w:rPr>
          <w:color w:val="4F81BD" w:themeColor="accent1"/>
          <w:sz w:val="28"/>
          <w:szCs w:val="28"/>
        </w:rPr>
        <w:t>. 2026</w:t>
      </w:r>
    </w:p>
    <w:p w14:paraId="5E56C5B3" w14:textId="77777777" w:rsidR="00364158" w:rsidRDefault="00364158" w:rsidP="004E3AA1">
      <w:pPr>
        <w:rPr>
          <w:b/>
        </w:rPr>
      </w:pPr>
    </w:p>
    <w:p w14:paraId="795517F2" w14:textId="77777777" w:rsidR="00364158" w:rsidRDefault="00364158" w:rsidP="004E3AA1">
      <w:pPr>
        <w:rPr>
          <w:b/>
        </w:rPr>
      </w:pPr>
    </w:p>
    <w:p w14:paraId="0C08AE13" w14:textId="41EB4223" w:rsidR="004E3AA1" w:rsidRDefault="004E3AA1" w:rsidP="004E3AA1">
      <w:proofErr w:type="spellStart"/>
      <w:r>
        <w:rPr>
          <w:b/>
        </w:rPr>
        <w:t>Pondělí</w:t>
      </w:r>
      <w:proofErr w:type="spellEnd"/>
    </w:p>
    <w:p w14:paraId="440AC3CD" w14:textId="17A20431" w:rsidR="004E3AA1" w:rsidRPr="00110DF9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B552CC">
        <w:rPr>
          <w:bCs/>
        </w:rPr>
        <w:t>Rohlík</w:t>
      </w:r>
      <w:proofErr w:type="spellEnd"/>
      <w:r w:rsidR="00B552CC">
        <w:rPr>
          <w:bCs/>
        </w:rPr>
        <w:t xml:space="preserve"> se </w:t>
      </w:r>
      <w:proofErr w:type="spellStart"/>
      <w:r w:rsidR="00B552CC">
        <w:rPr>
          <w:bCs/>
        </w:rPr>
        <w:t>sýrovou</w:t>
      </w:r>
      <w:proofErr w:type="spellEnd"/>
      <w:r w:rsidR="00B552CC">
        <w:rPr>
          <w:bCs/>
        </w:rPr>
        <w:t xml:space="preserve"> </w:t>
      </w:r>
      <w:proofErr w:type="spellStart"/>
      <w:proofErr w:type="gramStart"/>
      <w:r w:rsidR="00B552CC">
        <w:rPr>
          <w:bCs/>
        </w:rPr>
        <w:t>pomazankou</w:t>
      </w:r>
      <w:r>
        <w:rPr>
          <w:bCs/>
        </w:rPr>
        <w:t>,</w:t>
      </w:r>
      <w:r w:rsidR="00B552CC">
        <w:rPr>
          <w:bCs/>
        </w:rPr>
        <w:t>zelenina</w:t>
      </w:r>
      <w:proofErr w:type="gramEnd"/>
      <w:r w:rsidR="00B552CC">
        <w:rPr>
          <w:bCs/>
        </w:rPr>
        <w:t>,ovoce</w:t>
      </w:r>
      <w:proofErr w:type="spellEnd"/>
      <w:r w:rsidR="00B552CC">
        <w:rPr>
          <w:bCs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čaj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mléko</w:t>
      </w:r>
      <w:r w:rsidR="0008603B">
        <w:rPr>
          <w:bCs/>
        </w:rPr>
        <w:t>,</w:t>
      </w:r>
      <w:r w:rsidR="00523320">
        <w:rPr>
          <w:bCs/>
        </w:rPr>
        <w:t>jablko</w:t>
      </w:r>
      <w:proofErr w:type="spellEnd"/>
      <w:r w:rsidR="00523320">
        <w:rPr>
          <w:bCs/>
        </w:rPr>
        <w:t>,</w:t>
      </w:r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(1,7)</w:t>
      </w:r>
    </w:p>
    <w:p w14:paraId="6C067273" w14:textId="14917817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>:</w:t>
      </w:r>
      <w:r w:rsidRPr="00110DF9">
        <w:rPr>
          <w:bCs/>
        </w:rPr>
        <w:t xml:space="preserve"> </w:t>
      </w:r>
      <w:proofErr w:type="spellStart"/>
      <w:r w:rsidR="00523320">
        <w:rPr>
          <w:bCs/>
        </w:rPr>
        <w:t>Mrkvičková</w:t>
      </w:r>
      <w:proofErr w:type="spellEnd"/>
      <w:r w:rsidR="0008603B">
        <w:rPr>
          <w:bCs/>
        </w:rPr>
        <w:t xml:space="preserve">,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 xml:space="preserve"> (1,9)</w:t>
      </w:r>
    </w:p>
    <w:p w14:paraId="4E61A3F5" w14:textId="713C694D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>:</w:t>
      </w:r>
      <w:r w:rsidR="00A95FAD">
        <w:rPr>
          <w:b/>
        </w:rPr>
        <w:t xml:space="preserve"> </w:t>
      </w:r>
      <w:proofErr w:type="spellStart"/>
      <w:r w:rsidR="00B552CC">
        <w:rPr>
          <w:bCs/>
        </w:rPr>
        <w:t>Květák</w:t>
      </w:r>
      <w:proofErr w:type="spellEnd"/>
      <w:r w:rsidR="00B552CC">
        <w:rPr>
          <w:bCs/>
        </w:rPr>
        <w:t xml:space="preserve"> </w:t>
      </w:r>
      <w:proofErr w:type="spellStart"/>
      <w:r w:rsidR="00B552CC">
        <w:rPr>
          <w:bCs/>
        </w:rPr>
        <w:t>na</w:t>
      </w:r>
      <w:proofErr w:type="spellEnd"/>
      <w:r w:rsidR="00B552CC">
        <w:rPr>
          <w:bCs/>
        </w:rPr>
        <w:t xml:space="preserve"> </w:t>
      </w:r>
      <w:proofErr w:type="spellStart"/>
      <w:proofErr w:type="gramStart"/>
      <w:r w:rsidR="00B552CC">
        <w:rPr>
          <w:bCs/>
        </w:rPr>
        <w:t>mozeček,vař</w:t>
      </w:r>
      <w:proofErr w:type="gramEnd"/>
      <w:r w:rsidR="00B552CC">
        <w:rPr>
          <w:bCs/>
        </w:rPr>
        <w:t>.brambory</w:t>
      </w:r>
      <w:r w:rsidR="00523320">
        <w:rPr>
          <w:bCs/>
        </w:rPr>
        <w:t>,</w:t>
      </w:r>
      <w:r w:rsidR="00B552CC">
        <w:rPr>
          <w:bCs/>
        </w:rPr>
        <w:t>okurkový</w:t>
      </w:r>
      <w:proofErr w:type="spellEnd"/>
      <w:r w:rsidR="00B552CC">
        <w:rPr>
          <w:bCs/>
        </w:rPr>
        <w:t xml:space="preserve"> </w:t>
      </w:r>
      <w:proofErr w:type="spellStart"/>
      <w:r w:rsidR="00B552CC">
        <w:rPr>
          <w:bCs/>
        </w:rPr>
        <w:t>salát</w:t>
      </w:r>
      <w:proofErr w:type="spellEnd"/>
      <w:r w:rsidR="00B552CC">
        <w:rPr>
          <w:bCs/>
        </w:rPr>
        <w:t>,</w:t>
      </w:r>
      <w:r w:rsidR="00523320">
        <w:rPr>
          <w:bCs/>
        </w:rPr>
        <w:t xml:space="preserve"> </w:t>
      </w:r>
      <w:proofErr w:type="spellStart"/>
      <w:r w:rsidR="0008603B">
        <w:t>Alergeny</w:t>
      </w:r>
      <w:proofErr w:type="spellEnd"/>
      <w:r w:rsidR="0008603B">
        <w:t>(</w:t>
      </w:r>
      <w:r w:rsidR="005B63B5">
        <w:t>1</w:t>
      </w:r>
      <w:r w:rsidR="0008603B">
        <w:t>,7)</w:t>
      </w:r>
    </w:p>
    <w:p w14:paraId="12DBC35A" w14:textId="6087CB48" w:rsidR="004E3AA1" w:rsidRPr="00110DF9" w:rsidRDefault="004E3AA1" w:rsidP="004E3AA1">
      <w:pPr>
        <w:spacing w:after="40"/>
        <w:rPr>
          <w:bCs/>
        </w:rPr>
      </w:pPr>
      <w:r>
        <w:t xml:space="preserve">    </w:t>
      </w:r>
      <w:proofErr w:type="spellStart"/>
      <w:r>
        <w:rPr>
          <w:b/>
        </w:rPr>
        <w:t>Svačina</w:t>
      </w:r>
      <w:proofErr w:type="spellEnd"/>
      <w:r w:rsidR="00A95FAD">
        <w:rPr>
          <w:b/>
        </w:rPr>
        <w:t xml:space="preserve">: </w:t>
      </w:r>
      <w:proofErr w:type="spellStart"/>
      <w:r w:rsidR="00B552CC">
        <w:rPr>
          <w:bCs/>
        </w:rPr>
        <w:t>Grahamový</w:t>
      </w:r>
      <w:proofErr w:type="spellEnd"/>
      <w:r w:rsidR="00B552CC">
        <w:rPr>
          <w:bCs/>
        </w:rPr>
        <w:t xml:space="preserve"> </w:t>
      </w:r>
      <w:proofErr w:type="spellStart"/>
      <w:r w:rsidR="00B552CC">
        <w:rPr>
          <w:bCs/>
        </w:rPr>
        <w:t>rohlík</w:t>
      </w:r>
      <w:proofErr w:type="spellEnd"/>
      <w:r w:rsidR="00523320">
        <w:rPr>
          <w:bCs/>
        </w:rPr>
        <w:t xml:space="preserve"> se </w:t>
      </w:r>
      <w:proofErr w:type="spellStart"/>
      <w:r w:rsidR="00523320">
        <w:rPr>
          <w:bCs/>
        </w:rPr>
        <w:t>šunkou</w:t>
      </w:r>
      <w:proofErr w:type="spellEnd"/>
      <w:r w:rsidR="00A95FAD">
        <w:rPr>
          <w:bCs/>
        </w:rPr>
        <w:t xml:space="preserve">, </w:t>
      </w:r>
      <w:proofErr w:type="spellStart"/>
      <w:proofErr w:type="gramStart"/>
      <w:r w:rsidR="00523320">
        <w:rPr>
          <w:bCs/>
        </w:rPr>
        <w:t>mandarinka</w:t>
      </w:r>
      <w:r w:rsidR="0008603B">
        <w:rPr>
          <w:bCs/>
        </w:rPr>
        <w:t>,</w:t>
      </w:r>
      <w:r w:rsidR="00523320">
        <w:rPr>
          <w:bCs/>
        </w:rPr>
        <w:t>čaj</w:t>
      </w:r>
      <w:proofErr w:type="gramEnd"/>
      <w:r w:rsidR="00523320">
        <w:rPr>
          <w:bCs/>
        </w:rPr>
        <w:t>,mléko</w:t>
      </w:r>
      <w:proofErr w:type="spellEnd"/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>(1,7)</w:t>
      </w:r>
    </w:p>
    <w:p w14:paraId="13E202E7" w14:textId="77777777" w:rsidR="004E3AA1" w:rsidRDefault="004E3AA1" w:rsidP="004E3AA1">
      <w:proofErr w:type="spellStart"/>
      <w:r>
        <w:rPr>
          <w:b/>
        </w:rPr>
        <w:t>Úterý</w:t>
      </w:r>
      <w:proofErr w:type="spellEnd"/>
    </w:p>
    <w:p w14:paraId="60961C07" w14:textId="696A2845" w:rsidR="004E3AA1" w:rsidRDefault="004E3AA1" w:rsidP="004E3AA1">
      <w:pPr>
        <w:spacing w:after="40"/>
        <w:ind w:left="240"/>
      </w:pPr>
      <w:proofErr w:type="spellStart"/>
      <w:r>
        <w:rPr>
          <w:b/>
        </w:rPr>
        <w:t>Přesnídávka</w:t>
      </w:r>
      <w:proofErr w:type="spellEnd"/>
      <w:r>
        <w:rPr>
          <w:b/>
        </w:rPr>
        <w:t xml:space="preserve">: </w:t>
      </w:r>
      <w:proofErr w:type="spellStart"/>
      <w:r w:rsidR="00523320">
        <w:t>Veka</w:t>
      </w:r>
      <w:proofErr w:type="spellEnd"/>
      <w:r w:rsidR="00523320">
        <w:t xml:space="preserve"> s </w:t>
      </w:r>
      <w:proofErr w:type="spellStart"/>
      <w:r w:rsidR="00523320">
        <w:t>tvorohovo-pažitkovou</w:t>
      </w:r>
      <w:proofErr w:type="spellEnd"/>
      <w:r w:rsidR="00523320">
        <w:t xml:space="preserve"> </w:t>
      </w:r>
      <w:proofErr w:type="spellStart"/>
      <w:r w:rsidR="00523320">
        <w:t>pomazánkou</w:t>
      </w:r>
      <w:proofErr w:type="spellEnd"/>
      <w:r>
        <w:t xml:space="preserve">, </w:t>
      </w:r>
      <w:proofErr w:type="spellStart"/>
      <w:r>
        <w:t>čaj</w:t>
      </w:r>
      <w:proofErr w:type="spellEnd"/>
      <w:r>
        <w:t xml:space="preserve">, </w:t>
      </w:r>
      <w:proofErr w:type="spellStart"/>
      <w:r>
        <w:t>mléko</w:t>
      </w:r>
      <w:proofErr w:type="spellEnd"/>
      <w:r>
        <w:t xml:space="preserve">, </w:t>
      </w:r>
      <w:proofErr w:type="spellStart"/>
      <w:r w:rsidR="00A95FAD">
        <w:t>ředkvičky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79BE16A6" w14:textId="1D261BCC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proofErr w:type="gramStart"/>
      <w:r w:rsidR="00A95FAD">
        <w:rPr>
          <w:bCs/>
        </w:rPr>
        <w:t>Zeleninová</w:t>
      </w:r>
      <w:proofErr w:type="spellEnd"/>
      <w:r w:rsidR="00A95FAD">
        <w:rPr>
          <w:bCs/>
        </w:rPr>
        <w:t xml:space="preserve"> </w:t>
      </w:r>
      <w:r w:rsidR="0008603B">
        <w:rPr>
          <w:bCs/>
        </w:rPr>
        <w:t>,</w:t>
      </w:r>
      <w:proofErr w:type="gramEnd"/>
      <w:r w:rsidR="0008603B">
        <w:rPr>
          <w:bCs/>
        </w:rPr>
        <w:t xml:space="preserve"> </w:t>
      </w:r>
      <w:proofErr w:type="spellStart"/>
      <w:r w:rsidR="0008603B">
        <w:rPr>
          <w:bCs/>
        </w:rPr>
        <w:t>Alergeny</w:t>
      </w:r>
      <w:proofErr w:type="spellEnd"/>
      <w:r w:rsidR="0008603B">
        <w:rPr>
          <w:bCs/>
        </w:rPr>
        <w:t>(9)</w:t>
      </w:r>
    </w:p>
    <w:p w14:paraId="0C77E3E8" w14:textId="35D7C867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B552CC">
        <w:t>Vepřová</w:t>
      </w:r>
      <w:proofErr w:type="spellEnd"/>
      <w:r w:rsidR="00523320">
        <w:t xml:space="preserve"> </w:t>
      </w:r>
      <w:proofErr w:type="spellStart"/>
      <w:r w:rsidR="00523320">
        <w:t>pečeně</w:t>
      </w:r>
      <w:proofErr w:type="spellEnd"/>
      <w:r w:rsidR="00B552CC">
        <w:t xml:space="preserve"> </w:t>
      </w:r>
      <w:proofErr w:type="spellStart"/>
      <w:r w:rsidR="00B552CC">
        <w:t>na</w:t>
      </w:r>
      <w:proofErr w:type="spellEnd"/>
      <w:r w:rsidR="00B552CC">
        <w:t xml:space="preserve"> </w:t>
      </w:r>
      <w:proofErr w:type="spellStart"/>
      <w:r w:rsidR="00B552CC">
        <w:t>kmíně</w:t>
      </w:r>
      <w:proofErr w:type="spellEnd"/>
      <w:r w:rsidR="00B552CC">
        <w:t xml:space="preserve">, </w:t>
      </w:r>
      <w:proofErr w:type="spellStart"/>
      <w:r w:rsidR="00B552CC">
        <w:t>rýže</w:t>
      </w:r>
      <w:proofErr w:type="spellEnd"/>
      <w:r w:rsidR="00523320">
        <w:t>,</w:t>
      </w:r>
      <w:r w:rsidR="0008603B">
        <w:t xml:space="preserve">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6E6EE9A9" w14:textId="0BA782E2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B552CC">
        <w:t>Chléb</w:t>
      </w:r>
      <w:proofErr w:type="spellEnd"/>
      <w:r>
        <w:t xml:space="preserve"> s</w:t>
      </w:r>
      <w:r w:rsidR="00523320">
        <w:t xml:space="preserve"> </w:t>
      </w:r>
      <w:proofErr w:type="spellStart"/>
      <w:r w:rsidR="00523320">
        <w:t>vajíčkovou</w:t>
      </w:r>
      <w:proofErr w:type="spellEnd"/>
      <w:r w:rsidR="00523320">
        <w:t xml:space="preserve"> </w:t>
      </w:r>
      <w:proofErr w:type="spellStart"/>
      <w:r w:rsidR="00523320">
        <w:t>pomazánkou</w:t>
      </w:r>
      <w:proofErr w:type="spellEnd"/>
      <w:r>
        <w:t xml:space="preserve">, </w:t>
      </w:r>
      <w:proofErr w:type="spellStart"/>
      <w:r w:rsidR="00B43687">
        <w:t>jablko</w:t>
      </w:r>
      <w:proofErr w:type="spellEnd"/>
      <w:r w:rsidR="00B43687">
        <w:t xml:space="preserve">, </w:t>
      </w:r>
      <w:proofErr w:type="spellStart"/>
      <w:r w:rsidR="00B43687">
        <w:t>čaj</w:t>
      </w:r>
      <w:proofErr w:type="spellEnd"/>
      <w:r w:rsidR="00B43687">
        <w:t xml:space="preserve">, </w:t>
      </w:r>
      <w:proofErr w:type="spellStart"/>
      <w:r w:rsidR="00B43687">
        <w:t>mléko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</w:t>
      </w:r>
      <w:r w:rsidR="00523320">
        <w:t>3</w:t>
      </w:r>
      <w:r w:rsidR="0008603B">
        <w:t>,7)</w:t>
      </w:r>
    </w:p>
    <w:p w14:paraId="3006E2F2" w14:textId="77777777" w:rsidR="004E3AA1" w:rsidRDefault="004E3AA1" w:rsidP="004E3AA1">
      <w:proofErr w:type="spellStart"/>
      <w:r>
        <w:rPr>
          <w:b/>
        </w:rPr>
        <w:t>Středa</w:t>
      </w:r>
      <w:proofErr w:type="spellEnd"/>
    </w:p>
    <w:p w14:paraId="133D1CA2" w14:textId="5EACD749" w:rsidR="004E3AA1" w:rsidRPr="00B43687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 w:rsidR="00B43687">
        <w:rPr>
          <w:b/>
        </w:rPr>
        <w:t>:</w:t>
      </w:r>
      <w:r w:rsidR="000343BE">
        <w:rPr>
          <w:b/>
        </w:rPr>
        <w:t xml:space="preserve"> </w:t>
      </w:r>
      <w:proofErr w:type="spellStart"/>
      <w:r w:rsidR="000343BE" w:rsidRPr="000343BE">
        <w:rPr>
          <w:bCs/>
        </w:rPr>
        <w:t>M</w:t>
      </w:r>
      <w:r w:rsidR="000343BE">
        <w:rPr>
          <w:bCs/>
        </w:rPr>
        <w:t>azanec</w:t>
      </w:r>
      <w:proofErr w:type="spellEnd"/>
      <w:r w:rsidR="000343BE">
        <w:rPr>
          <w:bCs/>
        </w:rPr>
        <w:t xml:space="preserve"> s </w:t>
      </w:r>
      <w:proofErr w:type="spellStart"/>
      <w:r w:rsidR="000343BE">
        <w:rPr>
          <w:bCs/>
        </w:rPr>
        <w:t>medovým</w:t>
      </w:r>
      <w:proofErr w:type="spellEnd"/>
      <w:r w:rsidR="000343BE">
        <w:rPr>
          <w:bCs/>
        </w:rPr>
        <w:t xml:space="preserve"> </w:t>
      </w:r>
      <w:proofErr w:type="spellStart"/>
      <w:r w:rsidR="000343BE">
        <w:rPr>
          <w:bCs/>
        </w:rPr>
        <w:t>máslem</w:t>
      </w:r>
      <w:proofErr w:type="spellEnd"/>
      <w:r w:rsidR="00B43687" w:rsidRPr="000343BE">
        <w:rPr>
          <w:bCs/>
        </w:rPr>
        <w:t>,</w:t>
      </w:r>
      <w:r w:rsidR="00B43687">
        <w:rPr>
          <w:bCs/>
        </w:rPr>
        <w:t xml:space="preserve"> </w:t>
      </w:r>
      <w:proofErr w:type="spellStart"/>
      <w:r w:rsidR="00B43687">
        <w:rPr>
          <w:bCs/>
        </w:rPr>
        <w:t>čaj</w:t>
      </w:r>
      <w:proofErr w:type="spellEnd"/>
      <w:r w:rsidR="00B43687">
        <w:rPr>
          <w:bCs/>
        </w:rPr>
        <w:t xml:space="preserve">, </w:t>
      </w:r>
      <w:proofErr w:type="spellStart"/>
      <w:r w:rsidR="000343BE">
        <w:rPr>
          <w:bCs/>
        </w:rPr>
        <w:t>kakao</w:t>
      </w:r>
      <w:proofErr w:type="spellEnd"/>
      <w:r w:rsidR="0008603B">
        <w:rPr>
          <w:bCs/>
        </w:rPr>
        <w:t xml:space="preserve">, </w:t>
      </w:r>
      <w:proofErr w:type="spellStart"/>
      <w:proofErr w:type="gram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proofErr w:type="gramEnd"/>
      <w:r w:rsidR="0008603B">
        <w:rPr>
          <w:bCs/>
        </w:rPr>
        <w:t>1,</w:t>
      </w:r>
      <w:r w:rsidR="00D6398D">
        <w:rPr>
          <w:bCs/>
        </w:rPr>
        <w:t>4,</w:t>
      </w:r>
      <w:r w:rsidR="0008603B">
        <w:rPr>
          <w:bCs/>
        </w:rPr>
        <w:t>7)</w:t>
      </w:r>
    </w:p>
    <w:p w14:paraId="2A80279A" w14:textId="222256A6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D6398D">
        <w:t>Cibulová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7</w:t>
      </w:r>
      <w:r w:rsidR="00D6398D">
        <w:t>,9</w:t>
      </w:r>
      <w:r w:rsidR="0008603B">
        <w:t>)</w:t>
      </w:r>
    </w:p>
    <w:p w14:paraId="117C13FE" w14:textId="16D6C537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D6398D">
        <w:t>Zapečené</w:t>
      </w:r>
      <w:proofErr w:type="spellEnd"/>
      <w:r w:rsidR="00D6398D">
        <w:t xml:space="preserve"> </w:t>
      </w:r>
      <w:proofErr w:type="spellStart"/>
      <w:r w:rsidR="000343BE">
        <w:t>těstoviny</w:t>
      </w:r>
      <w:proofErr w:type="spellEnd"/>
      <w:r w:rsidR="00D6398D">
        <w:t xml:space="preserve"> s </w:t>
      </w:r>
      <w:proofErr w:type="spellStart"/>
      <w:r w:rsidR="00D6398D">
        <w:t>kuřecím</w:t>
      </w:r>
      <w:proofErr w:type="spellEnd"/>
      <w:r w:rsidR="00D6398D">
        <w:t xml:space="preserve"> </w:t>
      </w:r>
      <w:proofErr w:type="spellStart"/>
      <w:proofErr w:type="gramStart"/>
      <w:r w:rsidR="00D6398D">
        <w:t>masem</w:t>
      </w:r>
      <w:r w:rsidR="0008603B">
        <w:t>,</w:t>
      </w:r>
      <w:r w:rsidR="00D6398D">
        <w:t>smetanou</w:t>
      </w:r>
      <w:proofErr w:type="spellEnd"/>
      <w:proofErr w:type="gramEnd"/>
      <w:r w:rsidR="00D6398D">
        <w:t xml:space="preserve"> a </w:t>
      </w:r>
      <w:proofErr w:type="spellStart"/>
      <w:r w:rsidR="00D6398D">
        <w:t>brokolicí</w:t>
      </w:r>
      <w:proofErr w:type="spellEnd"/>
      <w:r w:rsidR="00D6398D">
        <w:t>,</w:t>
      </w:r>
      <w:r w:rsidR="0008603B">
        <w:t xml:space="preserve"> </w:t>
      </w:r>
      <w:proofErr w:type="spellStart"/>
      <w:r w:rsidR="0008603B">
        <w:t>Alergeny</w:t>
      </w:r>
      <w:proofErr w:type="spellEnd"/>
      <w:r w:rsidR="0008603B">
        <w:t>(</w:t>
      </w:r>
      <w:r w:rsidR="005B63B5">
        <w:t>1,3,</w:t>
      </w:r>
      <w:r w:rsidR="0008603B">
        <w:t>7)</w:t>
      </w:r>
    </w:p>
    <w:p w14:paraId="6017B0F7" w14:textId="3FB7C438" w:rsidR="004E3AA1" w:rsidRDefault="004E3AA1" w:rsidP="004E3AA1">
      <w:pPr>
        <w:spacing w:after="40"/>
        <w:ind w:left="240"/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0343BE">
        <w:t>D</w:t>
      </w:r>
      <w:r w:rsidR="00D6398D">
        <w:t>ýňová</w:t>
      </w:r>
      <w:proofErr w:type="spellEnd"/>
      <w:r w:rsidR="00D6398D">
        <w:t xml:space="preserve"> </w:t>
      </w:r>
      <w:proofErr w:type="spellStart"/>
      <w:r w:rsidR="000343BE">
        <w:t>k</w:t>
      </w:r>
      <w:r w:rsidR="00D6398D">
        <w:t>ostka</w:t>
      </w:r>
      <w:proofErr w:type="spellEnd"/>
      <w:r w:rsidR="00D6398D">
        <w:t xml:space="preserve"> s </w:t>
      </w:r>
      <w:proofErr w:type="spellStart"/>
      <w:r w:rsidR="00D6398D">
        <w:t>Ajvarovou</w:t>
      </w:r>
      <w:proofErr w:type="spellEnd"/>
      <w:r w:rsidR="00D6398D">
        <w:t xml:space="preserve"> </w:t>
      </w:r>
      <w:proofErr w:type="spellStart"/>
      <w:r w:rsidR="00044DE2">
        <w:t>pomazánkou</w:t>
      </w:r>
      <w:proofErr w:type="spellEnd"/>
      <w:r>
        <w:t xml:space="preserve">, paprika </w:t>
      </w:r>
      <w:proofErr w:type="spellStart"/>
      <w:r>
        <w:t>čaj</w:t>
      </w:r>
      <w:proofErr w:type="spellEnd"/>
      <w:r>
        <w:t xml:space="preserve">, </w:t>
      </w:r>
      <w:proofErr w:type="spellStart"/>
      <w:r>
        <w:t>mléko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08603B">
        <w:t>1,7)</w:t>
      </w:r>
    </w:p>
    <w:p w14:paraId="07ECEEB1" w14:textId="77777777" w:rsidR="004E3AA1" w:rsidRDefault="004E3AA1" w:rsidP="004E3AA1">
      <w:proofErr w:type="spellStart"/>
      <w:r>
        <w:rPr>
          <w:b/>
        </w:rPr>
        <w:t>Čtvrtek</w:t>
      </w:r>
      <w:proofErr w:type="spellEnd"/>
    </w:p>
    <w:p w14:paraId="278DB28D" w14:textId="2F90C9BA" w:rsidR="004E3AA1" w:rsidRPr="006E7032" w:rsidRDefault="004E3AA1" w:rsidP="004E3AA1">
      <w:pPr>
        <w:spacing w:after="40"/>
        <w:ind w:left="240"/>
        <w:rPr>
          <w:bCs/>
        </w:rPr>
      </w:pPr>
      <w:proofErr w:type="spellStart"/>
      <w:r>
        <w:rPr>
          <w:b/>
        </w:rPr>
        <w:t>Přesnídávka</w:t>
      </w:r>
      <w:proofErr w:type="spellEnd"/>
      <w:r>
        <w:rPr>
          <w:b/>
        </w:rPr>
        <w:t>:</w:t>
      </w:r>
      <w:r w:rsidR="000343BE" w:rsidRPr="000343BE">
        <w:rPr>
          <w:bCs/>
        </w:rPr>
        <w:t xml:space="preserve"> </w:t>
      </w:r>
      <w:proofErr w:type="spellStart"/>
      <w:r w:rsidR="000343BE">
        <w:rPr>
          <w:bCs/>
        </w:rPr>
        <w:t>Podmáslový</w:t>
      </w:r>
      <w:proofErr w:type="spellEnd"/>
      <w:r w:rsidR="000343BE">
        <w:rPr>
          <w:bCs/>
        </w:rPr>
        <w:t xml:space="preserve"> </w:t>
      </w:r>
      <w:proofErr w:type="spellStart"/>
      <w:r w:rsidR="000343BE">
        <w:rPr>
          <w:bCs/>
        </w:rPr>
        <w:t>chléb</w:t>
      </w:r>
      <w:proofErr w:type="spellEnd"/>
      <w:r w:rsidR="000343BE">
        <w:rPr>
          <w:bCs/>
        </w:rPr>
        <w:t xml:space="preserve"> s </w:t>
      </w:r>
      <w:proofErr w:type="spellStart"/>
      <w:r w:rsidR="000343BE">
        <w:rPr>
          <w:bCs/>
        </w:rPr>
        <w:t>rybičkovou</w:t>
      </w:r>
      <w:proofErr w:type="spellEnd"/>
      <w:r w:rsidR="000343BE">
        <w:rPr>
          <w:bCs/>
        </w:rPr>
        <w:t xml:space="preserve"> </w:t>
      </w:r>
      <w:proofErr w:type="spellStart"/>
      <w:r w:rsidR="000343BE">
        <w:rPr>
          <w:bCs/>
        </w:rPr>
        <w:t>pomazánkou</w:t>
      </w:r>
      <w:proofErr w:type="spellEnd"/>
      <w:r w:rsidR="00B43687">
        <w:rPr>
          <w:bCs/>
        </w:rPr>
        <w:t>,</w:t>
      </w:r>
      <w:r>
        <w:rPr>
          <w:bCs/>
        </w:rPr>
        <w:t xml:space="preserve"> </w:t>
      </w:r>
      <w:proofErr w:type="spellStart"/>
      <w:r>
        <w:rPr>
          <w:bCs/>
        </w:rPr>
        <w:t>ovoce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mléko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čaj</w:t>
      </w:r>
      <w:proofErr w:type="spellEnd"/>
      <w:r w:rsidR="0008603B">
        <w:rPr>
          <w:bCs/>
        </w:rPr>
        <w:t xml:space="preserve">, </w:t>
      </w:r>
      <w:proofErr w:type="spellStart"/>
      <w:proofErr w:type="gram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proofErr w:type="gramEnd"/>
      <w:r w:rsidR="0008603B">
        <w:rPr>
          <w:bCs/>
        </w:rPr>
        <w:t>1,7)</w:t>
      </w:r>
    </w:p>
    <w:p w14:paraId="0207922F" w14:textId="78CB47FE" w:rsidR="004E3AA1" w:rsidRDefault="004E3AA1" w:rsidP="004E3AA1">
      <w:pPr>
        <w:spacing w:after="40"/>
        <w:ind w:left="240"/>
      </w:pPr>
      <w:proofErr w:type="spellStart"/>
      <w:r>
        <w:rPr>
          <w:b/>
        </w:rPr>
        <w:t>Polévka</w:t>
      </w:r>
      <w:proofErr w:type="spellEnd"/>
      <w:r>
        <w:rPr>
          <w:b/>
        </w:rPr>
        <w:t xml:space="preserve">: </w:t>
      </w:r>
      <w:proofErr w:type="spellStart"/>
      <w:r w:rsidR="00D32F32">
        <w:t>Česneko</w:t>
      </w:r>
      <w:r w:rsidR="00D6398D">
        <w:t>v</w:t>
      </w:r>
      <w:r w:rsidR="000523E5">
        <w:t>á</w:t>
      </w:r>
      <w:proofErr w:type="spellEnd"/>
      <w:r w:rsidR="000523E5">
        <w:t xml:space="preserve"> </w:t>
      </w:r>
      <w:r w:rsidR="00D6398D">
        <w:t xml:space="preserve">s </w:t>
      </w:r>
      <w:proofErr w:type="spellStart"/>
      <w:r w:rsidR="00D6398D">
        <w:t>krutony</w:t>
      </w:r>
      <w:proofErr w:type="spellEnd"/>
      <w:r w:rsidR="0008603B">
        <w:t xml:space="preserve">, </w:t>
      </w:r>
      <w:proofErr w:type="spellStart"/>
      <w:proofErr w:type="gramStart"/>
      <w:r w:rsidR="0008603B">
        <w:t>Alergeny</w:t>
      </w:r>
      <w:proofErr w:type="spellEnd"/>
      <w:r w:rsidR="0008603B">
        <w:t>(</w:t>
      </w:r>
      <w:proofErr w:type="gramEnd"/>
      <w:r w:rsidR="005B63B5">
        <w:t>1,</w:t>
      </w:r>
      <w:r w:rsidR="00D6398D">
        <w:t>7,</w:t>
      </w:r>
      <w:r w:rsidR="0008603B">
        <w:t>9)</w:t>
      </w:r>
    </w:p>
    <w:p w14:paraId="777FC912" w14:textId="13290FAF" w:rsidR="004E3AA1" w:rsidRDefault="004E3AA1" w:rsidP="004E3AA1">
      <w:pPr>
        <w:spacing w:after="40"/>
        <w:ind w:left="240"/>
      </w:pPr>
      <w:proofErr w:type="spellStart"/>
      <w:r>
        <w:rPr>
          <w:b/>
        </w:rPr>
        <w:t>Hlavní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chod</w:t>
      </w:r>
      <w:proofErr w:type="spellEnd"/>
      <w:r>
        <w:rPr>
          <w:b/>
        </w:rPr>
        <w:t xml:space="preserve">: </w:t>
      </w:r>
      <w:proofErr w:type="spellStart"/>
      <w:r w:rsidR="00D6398D">
        <w:t>Špenát</w:t>
      </w:r>
      <w:proofErr w:type="spellEnd"/>
      <w:r w:rsidR="00D6398D">
        <w:t xml:space="preserve"> s </w:t>
      </w:r>
      <w:proofErr w:type="spellStart"/>
      <w:proofErr w:type="gramStart"/>
      <w:r w:rsidR="000343BE">
        <w:t>vejci</w:t>
      </w:r>
      <w:r w:rsidR="00044DE2">
        <w:t>,</w:t>
      </w:r>
      <w:r w:rsidR="000343BE">
        <w:t>vařené</w:t>
      </w:r>
      <w:proofErr w:type="spellEnd"/>
      <w:proofErr w:type="gramEnd"/>
      <w:r w:rsidR="000343BE">
        <w:t xml:space="preserve"> </w:t>
      </w:r>
      <w:proofErr w:type="spellStart"/>
      <w:r w:rsidR="000343BE">
        <w:t>brambory</w:t>
      </w:r>
      <w:proofErr w:type="spellEnd"/>
      <w:r w:rsidR="0008603B">
        <w:t xml:space="preserve"> </w:t>
      </w:r>
      <w:proofErr w:type="spellStart"/>
      <w:r w:rsidR="0008603B">
        <w:t>Alergeny</w:t>
      </w:r>
      <w:proofErr w:type="spellEnd"/>
      <w:r w:rsidR="0008603B">
        <w:t>(1,3,7)</w:t>
      </w:r>
    </w:p>
    <w:p w14:paraId="50E0903A" w14:textId="508499F2" w:rsidR="00044DE2" w:rsidRDefault="004E3AA1" w:rsidP="00D6398D">
      <w:pPr>
        <w:spacing w:after="40"/>
        <w:ind w:left="240"/>
        <w:rPr>
          <w:bCs/>
        </w:rPr>
      </w:pPr>
      <w:proofErr w:type="spellStart"/>
      <w:r>
        <w:rPr>
          <w:b/>
        </w:rPr>
        <w:t>Svačina</w:t>
      </w:r>
      <w:proofErr w:type="spellEnd"/>
      <w:r>
        <w:rPr>
          <w:b/>
        </w:rPr>
        <w:t xml:space="preserve">: </w:t>
      </w:r>
      <w:proofErr w:type="spellStart"/>
      <w:r w:rsidR="00D6398D">
        <w:rPr>
          <w:bCs/>
        </w:rPr>
        <w:t>Veka</w:t>
      </w:r>
      <w:proofErr w:type="spellEnd"/>
      <w:r w:rsidR="00D6398D">
        <w:rPr>
          <w:bCs/>
        </w:rPr>
        <w:t xml:space="preserve"> </w:t>
      </w:r>
      <w:proofErr w:type="spellStart"/>
      <w:r w:rsidR="00D6398D">
        <w:rPr>
          <w:bCs/>
        </w:rPr>
        <w:t>ve</w:t>
      </w:r>
      <w:proofErr w:type="spellEnd"/>
      <w:r w:rsidR="00D6398D">
        <w:rPr>
          <w:bCs/>
        </w:rPr>
        <w:t xml:space="preserve"> </w:t>
      </w:r>
      <w:proofErr w:type="spellStart"/>
      <w:r w:rsidR="00D6398D">
        <w:rPr>
          <w:bCs/>
        </w:rPr>
        <w:t>vajíčku</w:t>
      </w:r>
      <w:proofErr w:type="spellEnd"/>
      <w:r w:rsidR="00044DE2">
        <w:rPr>
          <w:bCs/>
        </w:rPr>
        <w:t xml:space="preserve">, </w:t>
      </w:r>
      <w:proofErr w:type="spellStart"/>
      <w:r w:rsidR="00044DE2">
        <w:rPr>
          <w:bCs/>
        </w:rPr>
        <w:t>zeleninová</w:t>
      </w:r>
      <w:proofErr w:type="spellEnd"/>
      <w:r w:rsidR="00044DE2">
        <w:rPr>
          <w:bCs/>
        </w:rPr>
        <w:t xml:space="preserve"> </w:t>
      </w:r>
      <w:proofErr w:type="spellStart"/>
      <w:r w:rsidR="00044DE2">
        <w:rPr>
          <w:bCs/>
        </w:rPr>
        <w:t>miska</w:t>
      </w:r>
      <w:proofErr w:type="spellEnd"/>
      <w:r w:rsidR="0008603B">
        <w:rPr>
          <w:bCs/>
        </w:rPr>
        <w:t xml:space="preserve">, </w:t>
      </w:r>
      <w:proofErr w:type="spellStart"/>
      <w:proofErr w:type="gramStart"/>
      <w:r w:rsidR="0008603B">
        <w:rPr>
          <w:bCs/>
        </w:rPr>
        <w:t>Alergeny</w:t>
      </w:r>
      <w:proofErr w:type="spellEnd"/>
      <w:r w:rsidR="0008603B">
        <w:rPr>
          <w:bCs/>
        </w:rPr>
        <w:t>(</w:t>
      </w:r>
      <w:proofErr w:type="gramEnd"/>
      <w:r w:rsidR="0008603B">
        <w:rPr>
          <w:bCs/>
        </w:rPr>
        <w:t>1,</w:t>
      </w:r>
      <w:r w:rsidR="00D6398D">
        <w:rPr>
          <w:bCs/>
        </w:rPr>
        <w:t>3,</w:t>
      </w:r>
      <w:r w:rsidR="0008603B">
        <w:rPr>
          <w:bCs/>
        </w:rPr>
        <w:t>7)</w:t>
      </w:r>
    </w:p>
    <w:p w14:paraId="0A12BCA6" w14:textId="0BDBD6B8" w:rsidR="00364158" w:rsidRDefault="00364158" w:rsidP="00D6398D">
      <w:pPr>
        <w:spacing w:after="40"/>
        <w:ind w:left="240"/>
        <w:rPr>
          <w:bCs/>
        </w:rPr>
      </w:pPr>
    </w:p>
    <w:p w14:paraId="1B12F1F9" w14:textId="2887B3DB" w:rsidR="00364158" w:rsidRPr="00364158" w:rsidRDefault="00364158" w:rsidP="00D6398D">
      <w:pPr>
        <w:spacing w:after="40"/>
        <w:ind w:left="240"/>
        <w:rPr>
          <w:b/>
          <w:color w:val="FF0000"/>
        </w:rPr>
      </w:pPr>
      <w:proofErr w:type="spellStart"/>
      <w:r w:rsidRPr="00364158">
        <w:rPr>
          <w:b/>
          <w:color w:val="FF0000"/>
        </w:rPr>
        <w:t>Hezké</w:t>
      </w:r>
      <w:proofErr w:type="spellEnd"/>
      <w:r w:rsidRPr="00364158">
        <w:rPr>
          <w:b/>
          <w:color w:val="FF0000"/>
        </w:rPr>
        <w:t xml:space="preserve"> </w:t>
      </w:r>
      <w:proofErr w:type="spellStart"/>
      <w:r w:rsidRPr="00364158">
        <w:rPr>
          <w:b/>
          <w:color w:val="FF0000"/>
        </w:rPr>
        <w:t>Velikonoce</w:t>
      </w:r>
      <w:proofErr w:type="spellEnd"/>
      <w:r w:rsidRPr="00364158">
        <w:rPr>
          <w:b/>
          <w:color w:val="FF0000"/>
        </w:rPr>
        <w:t>!</w:t>
      </w:r>
    </w:p>
    <w:p w14:paraId="5EA733BF" w14:textId="77777777" w:rsidR="00044DE2" w:rsidRDefault="00044DE2" w:rsidP="00044DE2">
      <w:pPr>
        <w:spacing w:after="40"/>
        <w:ind w:left="240"/>
      </w:pPr>
    </w:p>
    <w:p w14:paraId="72EA61A2" w14:textId="77777777" w:rsidR="00044DE2" w:rsidRDefault="00044DE2" w:rsidP="00044DE2">
      <w:pPr>
        <w:spacing w:after="40"/>
        <w:ind w:left="240"/>
      </w:pPr>
    </w:p>
    <w:p w14:paraId="2AF7CB47" w14:textId="46A79327" w:rsidR="009837D8" w:rsidRPr="004E3AA1" w:rsidRDefault="004E3AA1" w:rsidP="00044DE2">
      <w:pPr>
        <w:spacing w:after="40"/>
        <w:ind w:left="240"/>
        <w:rPr>
          <w:i/>
        </w:rPr>
      </w:pPr>
      <w:proofErr w:type="spellStart"/>
      <w:r>
        <w:rPr>
          <w:i/>
        </w:rPr>
        <w:t>Poznámka</w:t>
      </w:r>
      <w:proofErr w:type="spellEnd"/>
      <w:r>
        <w:rPr>
          <w:i/>
        </w:rPr>
        <w:t xml:space="preserve">: Po </w:t>
      </w:r>
      <w:proofErr w:type="spellStart"/>
      <w:r>
        <w:rPr>
          <w:i/>
        </w:rPr>
        <w:t>celý</w:t>
      </w:r>
      <w:proofErr w:type="spellEnd"/>
      <w:r>
        <w:rPr>
          <w:i/>
        </w:rPr>
        <w:t xml:space="preserve"> den je </w:t>
      </w:r>
      <w:proofErr w:type="spellStart"/>
      <w:r>
        <w:rPr>
          <w:i/>
        </w:rPr>
        <w:t>dětem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zajištěn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pitný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režim</w:t>
      </w:r>
      <w:proofErr w:type="spellEnd"/>
      <w:r>
        <w:rPr>
          <w:i/>
        </w:rPr>
        <w:t xml:space="preserve"> – </w:t>
      </w:r>
      <w:proofErr w:type="spellStart"/>
      <w:r>
        <w:rPr>
          <w:i/>
        </w:rPr>
        <w:t>voda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čaj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mléko</w:t>
      </w:r>
      <w:proofErr w:type="spellEnd"/>
      <w:r>
        <w:rPr>
          <w:i/>
        </w:rPr>
        <w:t xml:space="preserve"> a </w:t>
      </w:r>
      <w:proofErr w:type="spellStart"/>
      <w:r>
        <w:rPr>
          <w:i/>
        </w:rPr>
        <w:t>také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čerstvé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ovoce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Změna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jídelníčku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vyhrazena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Jídlo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určeno</w:t>
      </w:r>
      <w:proofErr w:type="spellEnd"/>
      <w:r>
        <w:rPr>
          <w:i/>
        </w:rPr>
        <w:t xml:space="preserve"> k </w:t>
      </w:r>
      <w:proofErr w:type="spellStart"/>
      <w:r>
        <w:rPr>
          <w:i/>
        </w:rPr>
        <w:t>okamžité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spotřebě</w:t>
      </w:r>
      <w:proofErr w:type="spellEnd"/>
      <w:r>
        <w:rPr>
          <w:i/>
        </w:rPr>
        <w:t>.</w:t>
      </w:r>
    </w:p>
    <w:p w14:paraId="5B5E6F74" w14:textId="0A159F9C" w:rsidR="009837D8" w:rsidRPr="00C879D3" w:rsidRDefault="009837D8">
      <w:pPr>
        <w:jc w:val="center"/>
        <w:rPr>
          <w:sz w:val="20"/>
          <w:szCs w:val="20"/>
        </w:rPr>
      </w:pPr>
    </w:p>
    <w:sectPr w:rsidR="009837D8" w:rsidRPr="00C879D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9EEAE" w14:textId="77777777" w:rsidR="00862682" w:rsidRDefault="00862682" w:rsidP="009B5EC0">
      <w:pPr>
        <w:spacing w:after="0" w:line="240" w:lineRule="auto"/>
      </w:pPr>
      <w:r>
        <w:separator/>
      </w:r>
    </w:p>
  </w:endnote>
  <w:endnote w:type="continuationSeparator" w:id="0">
    <w:p w14:paraId="0A1FFACF" w14:textId="77777777" w:rsidR="00862682" w:rsidRDefault="00862682" w:rsidP="009B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C52DC" w14:textId="77777777" w:rsidR="00862682" w:rsidRDefault="00862682" w:rsidP="009B5EC0">
      <w:pPr>
        <w:spacing w:after="0" w:line="240" w:lineRule="auto"/>
      </w:pPr>
      <w:r>
        <w:separator/>
      </w:r>
    </w:p>
  </w:footnote>
  <w:footnote w:type="continuationSeparator" w:id="0">
    <w:p w14:paraId="5197150F" w14:textId="77777777" w:rsidR="00862682" w:rsidRDefault="00862682" w:rsidP="009B5E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3BE"/>
    <w:rsid w:val="00034616"/>
    <w:rsid w:val="00044DE2"/>
    <w:rsid w:val="000523E5"/>
    <w:rsid w:val="0006063C"/>
    <w:rsid w:val="00061337"/>
    <w:rsid w:val="00071DC6"/>
    <w:rsid w:val="0008603B"/>
    <w:rsid w:val="0015074B"/>
    <w:rsid w:val="001A03D0"/>
    <w:rsid w:val="001B437E"/>
    <w:rsid w:val="001E2F46"/>
    <w:rsid w:val="00231481"/>
    <w:rsid w:val="00253249"/>
    <w:rsid w:val="0029639D"/>
    <w:rsid w:val="002E7D7C"/>
    <w:rsid w:val="00323C07"/>
    <w:rsid w:val="00326F90"/>
    <w:rsid w:val="00364158"/>
    <w:rsid w:val="003649C9"/>
    <w:rsid w:val="003A1F50"/>
    <w:rsid w:val="003B4ACB"/>
    <w:rsid w:val="00416842"/>
    <w:rsid w:val="00465AD3"/>
    <w:rsid w:val="00484DA2"/>
    <w:rsid w:val="004E3AA1"/>
    <w:rsid w:val="004F4120"/>
    <w:rsid w:val="0051346D"/>
    <w:rsid w:val="00517DCF"/>
    <w:rsid w:val="00523320"/>
    <w:rsid w:val="005545E4"/>
    <w:rsid w:val="00577161"/>
    <w:rsid w:val="005A1237"/>
    <w:rsid w:val="005A7839"/>
    <w:rsid w:val="005B63B5"/>
    <w:rsid w:val="005C68E8"/>
    <w:rsid w:val="005E0707"/>
    <w:rsid w:val="00625A8F"/>
    <w:rsid w:val="00637F74"/>
    <w:rsid w:val="006775D4"/>
    <w:rsid w:val="006C5FA5"/>
    <w:rsid w:val="006F5D62"/>
    <w:rsid w:val="007A2305"/>
    <w:rsid w:val="007A462C"/>
    <w:rsid w:val="008132B3"/>
    <w:rsid w:val="00862330"/>
    <w:rsid w:val="0086234C"/>
    <w:rsid w:val="00862682"/>
    <w:rsid w:val="008648D3"/>
    <w:rsid w:val="00874EF7"/>
    <w:rsid w:val="008F6BF5"/>
    <w:rsid w:val="00903770"/>
    <w:rsid w:val="00907295"/>
    <w:rsid w:val="00915F96"/>
    <w:rsid w:val="009837D8"/>
    <w:rsid w:val="009A387C"/>
    <w:rsid w:val="009B5EC0"/>
    <w:rsid w:val="009D1880"/>
    <w:rsid w:val="009D197A"/>
    <w:rsid w:val="009D419E"/>
    <w:rsid w:val="00A52408"/>
    <w:rsid w:val="00A9357F"/>
    <w:rsid w:val="00A95FAD"/>
    <w:rsid w:val="00AA1D8D"/>
    <w:rsid w:val="00AF285E"/>
    <w:rsid w:val="00B43687"/>
    <w:rsid w:val="00B47730"/>
    <w:rsid w:val="00B552CC"/>
    <w:rsid w:val="00B561A8"/>
    <w:rsid w:val="00B632DC"/>
    <w:rsid w:val="00BB526D"/>
    <w:rsid w:val="00BC4AB2"/>
    <w:rsid w:val="00BD6915"/>
    <w:rsid w:val="00BE77F5"/>
    <w:rsid w:val="00C326CF"/>
    <w:rsid w:val="00C776F2"/>
    <w:rsid w:val="00C879D3"/>
    <w:rsid w:val="00C97ECC"/>
    <w:rsid w:val="00CB0664"/>
    <w:rsid w:val="00D249FA"/>
    <w:rsid w:val="00D24CBE"/>
    <w:rsid w:val="00D32F32"/>
    <w:rsid w:val="00D61358"/>
    <w:rsid w:val="00D6398D"/>
    <w:rsid w:val="00D908C9"/>
    <w:rsid w:val="00DA53CF"/>
    <w:rsid w:val="00DD1915"/>
    <w:rsid w:val="00E932B0"/>
    <w:rsid w:val="00EC5C63"/>
    <w:rsid w:val="00FB7B49"/>
    <w:rsid w:val="00FC693F"/>
    <w:rsid w:val="00F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047F0"/>
  <w14:defaultImageDpi w14:val="300"/>
  <w15:docId w15:val="{D46C5B5E-3EEB-5648-B119-60C21992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1F597CF-7E4F-42F0-B36F-771BED3A5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189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Vlaďka Marková</cp:lastModifiedBy>
  <cp:revision>10</cp:revision>
  <cp:lastPrinted>2026-03-25T08:52:00Z</cp:lastPrinted>
  <dcterms:created xsi:type="dcterms:W3CDTF">2026-03-03T16:02:00Z</dcterms:created>
  <dcterms:modified xsi:type="dcterms:W3CDTF">2026-03-27T10:05:00Z</dcterms:modified>
  <cp:category/>
</cp:coreProperties>
</file>