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CB47" w14:textId="4B794D12" w:rsidR="009837D8" w:rsidRDefault="008F7027" w:rsidP="003649C9">
      <w:pPr>
        <w:pStyle w:val="Nadpis1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210C3AE2" wp14:editId="6E7DE1F7">
            <wp:simplePos x="0" y="0"/>
            <wp:positionH relativeFrom="page">
              <wp:posOffset>-791191</wp:posOffset>
            </wp:positionH>
            <wp:positionV relativeFrom="paragraph">
              <wp:posOffset>-1550747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484DA2">
        <w:t>Jídelníček</w:t>
      </w:r>
      <w:proofErr w:type="spellEnd"/>
      <w:r w:rsidR="00484DA2">
        <w:t xml:space="preserve"> </w:t>
      </w:r>
      <w:r w:rsidR="0051346D">
        <w:t xml:space="preserve"> </w:t>
      </w:r>
      <w:r w:rsidR="006B0B6A">
        <w:t>11.5.</w:t>
      </w:r>
      <w:r w:rsidR="005648D8">
        <w:t>2026</w:t>
      </w:r>
      <w:proofErr w:type="gramEnd"/>
      <w:r w:rsidR="00484DA2">
        <w:t xml:space="preserve"> –  </w:t>
      </w:r>
      <w:r w:rsidR="006B0B6A">
        <w:t>15.5.</w:t>
      </w:r>
      <w:r w:rsidR="00484DA2">
        <w:t>2026</w:t>
      </w:r>
    </w:p>
    <w:p w14:paraId="7F3E3F67" w14:textId="77777777" w:rsidR="009837D8" w:rsidRDefault="00484DA2">
      <w:proofErr w:type="spellStart"/>
      <w:r>
        <w:rPr>
          <w:b/>
        </w:rPr>
        <w:t>Pondělí</w:t>
      </w:r>
      <w:proofErr w:type="spellEnd"/>
    </w:p>
    <w:p w14:paraId="12133FBE" w14:textId="5C13A810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6B0B6A">
        <w:t>Rohlík</w:t>
      </w:r>
      <w:proofErr w:type="spellEnd"/>
      <w:r w:rsidR="006B0B6A">
        <w:t xml:space="preserve"> s </w:t>
      </w:r>
      <w:proofErr w:type="spellStart"/>
      <w:r w:rsidR="006B0B6A">
        <w:t>pórkovou</w:t>
      </w:r>
      <w:proofErr w:type="spellEnd"/>
      <w:r w:rsidR="006B0B6A">
        <w:t xml:space="preserve"> </w:t>
      </w:r>
      <w:proofErr w:type="spellStart"/>
      <w:r w:rsidR="006B0B6A">
        <w:t>pomazánkou</w:t>
      </w:r>
      <w:proofErr w:type="spellEnd"/>
      <w:r w:rsidR="006B0B6A">
        <w:t xml:space="preserve">, </w:t>
      </w:r>
      <w:proofErr w:type="spellStart"/>
      <w:r w:rsidR="005648D8">
        <w:t>jablko</w:t>
      </w:r>
      <w:proofErr w:type="spellEnd"/>
      <w:r w:rsidR="00577161" w:rsidRPr="00577161"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(Alergeny:1,7)</w:t>
      </w:r>
    </w:p>
    <w:p w14:paraId="25A8D756" w14:textId="6A0136A0" w:rsidR="00970E3E" w:rsidRDefault="00484DA2" w:rsidP="00970E3E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970E3E">
        <w:rPr>
          <w:rFonts w:ascii="-webkit-standard" w:hAnsi="-webkit-standard"/>
          <w:color w:val="000000"/>
        </w:rPr>
        <w:t>Mrkvový</w:t>
      </w:r>
      <w:proofErr w:type="spellEnd"/>
      <w:r w:rsidR="00970E3E">
        <w:rPr>
          <w:rFonts w:ascii="-webkit-standard" w:hAnsi="-webkit-standard"/>
          <w:color w:val="000000"/>
        </w:rPr>
        <w:t xml:space="preserve"> </w:t>
      </w:r>
      <w:proofErr w:type="spellStart"/>
      <w:r w:rsidR="00970E3E">
        <w:rPr>
          <w:rFonts w:ascii="-webkit-standard" w:hAnsi="-webkit-standard"/>
          <w:color w:val="000000"/>
        </w:rPr>
        <w:t>krém</w:t>
      </w:r>
      <w:proofErr w:type="spellEnd"/>
      <w:r w:rsidR="00970E3E">
        <w:rPr>
          <w:rFonts w:ascii="-webkit-standard" w:hAnsi="-webkit-standard"/>
          <w:color w:val="000000"/>
        </w:rPr>
        <w:t xml:space="preserve"> s </w:t>
      </w:r>
      <w:proofErr w:type="spellStart"/>
      <w:r w:rsidR="00970E3E">
        <w:rPr>
          <w:rFonts w:ascii="-webkit-standard" w:hAnsi="-webkit-standard"/>
          <w:color w:val="000000"/>
        </w:rPr>
        <w:t>krutony</w:t>
      </w:r>
      <w:proofErr w:type="spellEnd"/>
      <w:r w:rsidR="00970E3E">
        <w:rPr>
          <w:rFonts w:ascii="-webkit-standard" w:hAnsi="-webkit-standard"/>
          <w:color w:val="000000"/>
        </w:rPr>
        <w:t xml:space="preserve"> </w:t>
      </w:r>
      <w:r w:rsidR="00970E3E">
        <w:rPr>
          <w:i/>
        </w:rPr>
        <w:t>(</w:t>
      </w:r>
      <w:proofErr w:type="spellStart"/>
      <w:r w:rsidR="00970E3E">
        <w:rPr>
          <w:i/>
        </w:rPr>
        <w:t>Alergeny</w:t>
      </w:r>
      <w:proofErr w:type="spellEnd"/>
      <w:r w:rsidR="00970E3E">
        <w:rPr>
          <w:i/>
        </w:rPr>
        <w:t>: 1,7,9)</w:t>
      </w:r>
    </w:p>
    <w:p w14:paraId="7D537222" w14:textId="02B98EB9" w:rsidR="009837D8" w:rsidRDefault="00970E3E" w:rsidP="00970E3E">
      <w:pPr>
        <w:spacing w:after="40"/>
      </w:pPr>
      <w:r>
        <w:t xml:space="preserve">     </w:t>
      </w:r>
      <w:proofErr w:type="spellStart"/>
      <w:r w:rsidR="00484DA2">
        <w:rPr>
          <w:b/>
        </w:rPr>
        <w:t>Hlavní</w:t>
      </w:r>
      <w:proofErr w:type="spellEnd"/>
      <w:r w:rsidR="00484DA2">
        <w:rPr>
          <w:b/>
        </w:rPr>
        <w:t xml:space="preserve"> </w:t>
      </w:r>
      <w:proofErr w:type="spellStart"/>
      <w:r w:rsidR="00484DA2">
        <w:rPr>
          <w:b/>
        </w:rPr>
        <w:t>chod</w:t>
      </w:r>
      <w:proofErr w:type="spellEnd"/>
      <w:r w:rsidR="00484DA2">
        <w:rPr>
          <w:b/>
        </w:rPr>
        <w:t xml:space="preserve">: </w:t>
      </w:r>
      <w:r w:rsidR="00B561A8">
        <w:t xml:space="preserve"> </w:t>
      </w:r>
      <w:proofErr w:type="spellStart"/>
      <w:r w:rsidR="006B0B6A">
        <w:t>Těstoviny</w:t>
      </w:r>
      <w:proofErr w:type="spellEnd"/>
      <w:r w:rsidR="006B0B6A">
        <w:t xml:space="preserve"> se </w:t>
      </w:r>
      <w:proofErr w:type="spellStart"/>
      <w:r w:rsidR="006B0B6A">
        <w:t>smetanovo</w:t>
      </w:r>
      <w:proofErr w:type="spellEnd"/>
      <w:r w:rsidR="006B0B6A">
        <w:t xml:space="preserve"> </w:t>
      </w:r>
      <w:proofErr w:type="spellStart"/>
      <w:r w:rsidR="006B0B6A">
        <w:t>žampionovou</w:t>
      </w:r>
      <w:proofErr w:type="spellEnd"/>
      <w:r w:rsidR="006B0B6A">
        <w:t xml:space="preserve"> </w:t>
      </w:r>
      <w:proofErr w:type="spellStart"/>
      <w:r w:rsidR="006B0B6A">
        <w:t>omáčkou</w:t>
      </w:r>
      <w:proofErr w:type="spellEnd"/>
      <w:r w:rsidR="006B0B6A">
        <w:t xml:space="preserve">, </w:t>
      </w:r>
      <w:proofErr w:type="spellStart"/>
      <w:r w:rsidR="006B0B6A">
        <w:t>salátek</w:t>
      </w:r>
      <w:proofErr w:type="spellEnd"/>
      <w:r w:rsidR="006B0B6A">
        <w:t xml:space="preserve">, </w:t>
      </w:r>
      <w:r w:rsidR="00484DA2">
        <w:rPr>
          <w:i/>
        </w:rPr>
        <w:t>(Alergeny:</w:t>
      </w:r>
      <w:r w:rsidR="001E2F46">
        <w:rPr>
          <w:i/>
        </w:rPr>
        <w:t>1</w:t>
      </w:r>
      <w:r w:rsidR="003071C8">
        <w:rPr>
          <w:i/>
        </w:rPr>
        <w:t>,7</w:t>
      </w:r>
      <w:r w:rsidR="00484DA2">
        <w:rPr>
          <w:i/>
        </w:rPr>
        <w:t>)</w:t>
      </w:r>
    </w:p>
    <w:p w14:paraId="054E8781" w14:textId="0F2A89FD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6B0B6A">
        <w:rPr>
          <w:bCs/>
        </w:rPr>
        <w:t>Chléb</w:t>
      </w:r>
      <w:proofErr w:type="spellEnd"/>
      <w:r w:rsidR="006B0B6A">
        <w:rPr>
          <w:bCs/>
        </w:rPr>
        <w:t xml:space="preserve"> s </w:t>
      </w:r>
      <w:proofErr w:type="spellStart"/>
      <w:r w:rsidR="006B0B6A">
        <w:rPr>
          <w:bCs/>
        </w:rPr>
        <w:t>rybičkovou</w:t>
      </w:r>
      <w:proofErr w:type="spellEnd"/>
      <w:r w:rsidR="006B0B6A">
        <w:rPr>
          <w:bCs/>
        </w:rPr>
        <w:t xml:space="preserve"> </w:t>
      </w:r>
      <w:proofErr w:type="spellStart"/>
      <w:r w:rsidR="006B0B6A">
        <w:rPr>
          <w:bCs/>
        </w:rPr>
        <w:t>pomazánkou</w:t>
      </w:r>
      <w:proofErr w:type="spellEnd"/>
      <w:r w:rsidR="006B0B6A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EC5C63">
        <w:rPr>
          <w:i/>
        </w:rPr>
        <w:t xml:space="preserve"> </w:t>
      </w:r>
      <w:r w:rsidR="006B0B6A">
        <w:rPr>
          <w:i/>
        </w:rPr>
        <w:t>1,4,</w:t>
      </w:r>
      <w:r>
        <w:rPr>
          <w:i/>
        </w:rPr>
        <w:t>7)</w:t>
      </w:r>
    </w:p>
    <w:p w14:paraId="30B10ACC" w14:textId="77777777" w:rsidR="009837D8" w:rsidRDefault="00484DA2">
      <w:proofErr w:type="spellStart"/>
      <w:r>
        <w:rPr>
          <w:b/>
        </w:rPr>
        <w:t>Úterý</w:t>
      </w:r>
      <w:proofErr w:type="spellEnd"/>
    </w:p>
    <w:p w14:paraId="12F81106" w14:textId="2FB847EA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6B0B6A">
        <w:t>Veka</w:t>
      </w:r>
      <w:proofErr w:type="spellEnd"/>
      <w:r w:rsidR="006B0B6A">
        <w:t xml:space="preserve"> s </w:t>
      </w:r>
      <w:proofErr w:type="spellStart"/>
      <w:r w:rsidR="006B0B6A">
        <w:t>celerovou</w:t>
      </w:r>
      <w:proofErr w:type="spellEnd"/>
      <w:r w:rsidR="006B0B6A">
        <w:t xml:space="preserve"> </w:t>
      </w:r>
      <w:proofErr w:type="spellStart"/>
      <w:r w:rsidR="006B0B6A">
        <w:t>pomazánkou</w:t>
      </w:r>
      <w:proofErr w:type="spellEnd"/>
      <w:r w:rsidR="006B0B6A">
        <w:t xml:space="preserve">, </w:t>
      </w:r>
      <w:proofErr w:type="spellStart"/>
      <w:r w:rsidR="005545E4">
        <w:t>čaj</w:t>
      </w:r>
      <w:proofErr w:type="spellEnd"/>
      <w:r w:rsidR="005545E4">
        <w:t>,</w:t>
      </w:r>
      <w:r w:rsidR="006B0B6A">
        <w:t xml:space="preserve"> </w:t>
      </w:r>
      <w:proofErr w:type="spellStart"/>
      <w:r w:rsidR="005545E4">
        <w:t>mléko</w:t>
      </w:r>
      <w:proofErr w:type="spellEnd"/>
      <w:r w:rsidR="005545E4">
        <w:t>,</w:t>
      </w:r>
      <w:r w:rsidR="006B0B6A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</w:t>
      </w:r>
      <w:r w:rsidR="006B0B6A">
        <w:rPr>
          <w:i/>
        </w:rPr>
        <w:t>,9</w:t>
      </w:r>
      <w:r>
        <w:rPr>
          <w:i/>
        </w:rPr>
        <w:t>)</w:t>
      </w:r>
    </w:p>
    <w:p w14:paraId="51B1CFA5" w14:textId="64C340F1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="006B0B6A">
        <w:rPr>
          <w:b/>
        </w:rPr>
        <w:t xml:space="preserve"> </w:t>
      </w:r>
      <w:proofErr w:type="spellStart"/>
      <w:r w:rsidR="006B0B6A">
        <w:rPr>
          <w:bCs/>
        </w:rPr>
        <w:t>Bramboračka</w:t>
      </w:r>
      <w:proofErr w:type="spellEnd"/>
      <w:r w:rsidR="006B0B6A">
        <w:rPr>
          <w:bCs/>
        </w:rPr>
        <w:t xml:space="preserve"> </w:t>
      </w:r>
      <w:r>
        <w:rPr>
          <w:i/>
        </w:rPr>
        <w:t>(Alergeny:</w:t>
      </w:r>
      <w:r w:rsidR="006B0B6A">
        <w:rPr>
          <w:i/>
        </w:rPr>
        <w:t>7</w:t>
      </w:r>
      <w:r>
        <w:rPr>
          <w:i/>
        </w:rPr>
        <w:t>)</w:t>
      </w:r>
    </w:p>
    <w:p w14:paraId="2D77DD2F" w14:textId="00B1D1EC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5545E4">
        <w:rPr>
          <w:b/>
        </w:rPr>
        <w:t xml:space="preserve"> </w:t>
      </w:r>
      <w:proofErr w:type="spellStart"/>
      <w:r w:rsidR="006B0B6A">
        <w:rPr>
          <w:bCs/>
        </w:rPr>
        <w:t>Vepřové</w:t>
      </w:r>
      <w:proofErr w:type="spellEnd"/>
      <w:r w:rsidR="006B0B6A">
        <w:rPr>
          <w:bCs/>
        </w:rPr>
        <w:t xml:space="preserve"> </w:t>
      </w:r>
      <w:proofErr w:type="spellStart"/>
      <w:r w:rsidR="006B0B6A">
        <w:rPr>
          <w:bCs/>
        </w:rPr>
        <w:t>nudličky</w:t>
      </w:r>
      <w:proofErr w:type="spellEnd"/>
      <w:r w:rsidR="006B0B6A">
        <w:rPr>
          <w:bCs/>
        </w:rPr>
        <w:t xml:space="preserve"> </w:t>
      </w:r>
      <w:proofErr w:type="spellStart"/>
      <w:r w:rsidR="006B0B6A">
        <w:rPr>
          <w:bCs/>
        </w:rPr>
        <w:t>na</w:t>
      </w:r>
      <w:proofErr w:type="spellEnd"/>
      <w:r w:rsidR="006B0B6A">
        <w:rPr>
          <w:bCs/>
        </w:rPr>
        <w:t xml:space="preserve"> </w:t>
      </w:r>
      <w:proofErr w:type="spellStart"/>
      <w:r w:rsidR="006B0B6A">
        <w:rPr>
          <w:bCs/>
        </w:rPr>
        <w:t>kmínu</w:t>
      </w:r>
      <w:proofErr w:type="spellEnd"/>
      <w:r w:rsidR="006B0B6A">
        <w:rPr>
          <w:bCs/>
        </w:rPr>
        <w:t xml:space="preserve">, bulgur,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7</w:t>
      </w:r>
      <w:r>
        <w:rPr>
          <w:i/>
        </w:rPr>
        <w:t>)</w:t>
      </w:r>
    </w:p>
    <w:p w14:paraId="6A6D31A8" w14:textId="58F0E9CE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6B0B6A">
        <w:t>Dýňová</w:t>
      </w:r>
      <w:proofErr w:type="spellEnd"/>
      <w:r w:rsidR="006B0B6A">
        <w:t xml:space="preserve"> </w:t>
      </w:r>
      <w:proofErr w:type="spellStart"/>
      <w:r w:rsidR="006B0B6A">
        <w:t>kostka</w:t>
      </w:r>
      <w:proofErr w:type="spellEnd"/>
      <w:r w:rsidR="006B0B6A">
        <w:t xml:space="preserve"> s </w:t>
      </w:r>
      <w:proofErr w:type="spellStart"/>
      <w:r w:rsidR="006B0B6A">
        <w:t>Lučinou</w:t>
      </w:r>
      <w:proofErr w:type="spellEnd"/>
      <w:r w:rsidR="006B0B6A">
        <w:t xml:space="preserve">, </w:t>
      </w:r>
      <w:proofErr w:type="spellStart"/>
      <w:r w:rsidR="006B0B6A">
        <w:t>zelenina</w:t>
      </w:r>
      <w:proofErr w:type="spellEnd"/>
      <w:r w:rsidR="006B0B6A"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</w:t>
      </w:r>
      <w:r w:rsidR="003B4ACB">
        <w:rPr>
          <w:i/>
        </w:rPr>
        <w:t>1</w:t>
      </w:r>
      <w:r>
        <w:rPr>
          <w:i/>
        </w:rPr>
        <w:t xml:space="preserve"> ,7)</w:t>
      </w:r>
    </w:p>
    <w:p w14:paraId="7A16F536" w14:textId="77777777" w:rsidR="009837D8" w:rsidRDefault="00484DA2">
      <w:proofErr w:type="spellStart"/>
      <w:r>
        <w:rPr>
          <w:b/>
        </w:rPr>
        <w:t>Středa</w:t>
      </w:r>
      <w:proofErr w:type="spellEnd"/>
    </w:p>
    <w:p w14:paraId="5DCA0A22" w14:textId="14DDAA2E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6B0B6A">
        <w:t>Chl</w:t>
      </w:r>
      <w:r w:rsidR="00970E3E">
        <w:t>é</w:t>
      </w:r>
      <w:r w:rsidR="006B0B6A">
        <w:t>b</w:t>
      </w:r>
      <w:proofErr w:type="spellEnd"/>
      <w:r w:rsidR="006B0B6A">
        <w:t xml:space="preserve"> s </w:t>
      </w:r>
      <w:proofErr w:type="spellStart"/>
      <w:r w:rsidR="006B0B6A">
        <w:t>pomazánkou</w:t>
      </w:r>
      <w:proofErr w:type="spellEnd"/>
      <w:r w:rsidR="006B0B6A">
        <w:t xml:space="preserve"> z </w:t>
      </w:r>
      <w:proofErr w:type="spellStart"/>
      <w:r w:rsidR="00970E3E">
        <w:t>sýrovočesnekovou</w:t>
      </w:r>
      <w:proofErr w:type="spellEnd"/>
      <w:r w:rsidR="006B0B6A">
        <w:t xml:space="preserve">, </w:t>
      </w:r>
      <w:proofErr w:type="spellStart"/>
      <w:r w:rsidR="005648D8">
        <w:t>zelenina</w:t>
      </w:r>
      <w:proofErr w:type="spellEnd"/>
      <w:r w:rsidR="005648D8"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</w:t>
      </w:r>
      <w:r w:rsidR="003B4ACB">
        <w:rPr>
          <w:i/>
        </w:rPr>
        <w:t>,</w:t>
      </w:r>
      <w:r>
        <w:rPr>
          <w:i/>
        </w:rPr>
        <w:t>7)</w:t>
      </w:r>
    </w:p>
    <w:p w14:paraId="2AF39B63" w14:textId="5FB97A12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970E3E">
        <w:t>Zeleninová</w:t>
      </w:r>
      <w:proofErr w:type="spellEnd"/>
      <w:r w:rsidR="00970E3E">
        <w:t xml:space="preserve"> s </w:t>
      </w:r>
      <w:proofErr w:type="spellStart"/>
      <w:r w:rsidR="00970E3E">
        <w:t>jáhlami</w:t>
      </w:r>
      <w:proofErr w:type="spellEnd"/>
      <w:r w:rsidR="00970E3E">
        <w:t xml:space="preserve">, </w:t>
      </w:r>
      <w:r w:rsidR="00970E3E">
        <w:rPr>
          <w:i/>
        </w:rPr>
        <w:t>(</w:t>
      </w:r>
      <w:proofErr w:type="spellStart"/>
      <w:r w:rsidR="00970E3E">
        <w:rPr>
          <w:i/>
        </w:rPr>
        <w:t>Alergeny</w:t>
      </w:r>
      <w:proofErr w:type="spellEnd"/>
      <w:r w:rsidR="00970E3E">
        <w:rPr>
          <w:i/>
        </w:rPr>
        <w:t>: 1,9)</w:t>
      </w:r>
      <w:r w:rsidR="00970E3E" w:rsidRPr="00970E3E">
        <w:rPr>
          <w:rFonts w:ascii="-webkit-standard" w:hAnsi="-webkit-standard"/>
          <w:color w:val="000000"/>
        </w:rPr>
        <w:t xml:space="preserve"> </w:t>
      </w:r>
      <w:r w:rsidR="005648D8">
        <w:rPr>
          <w:rFonts w:ascii="-webkit-standard" w:hAnsi="-webkit-standard"/>
          <w:color w:val="000000"/>
        </w:rPr>
        <w:t xml:space="preserve"> </w:t>
      </w:r>
    </w:p>
    <w:p w14:paraId="5E9CE10E" w14:textId="3C076FE3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6B0B6A">
        <w:t>Boloňské</w:t>
      </w:r>
      <w:proofErr w:type="spellEnd"/>
      <w:r w:rsidR="006B0B6A">
        <w:t xml:space="preserve"> </w:t>
      </w:r>
      <w:proofErr w:type="spellStart"/>
      <w:r w:rsidR="006B0B6A">
        <w:t>špagety</w:t>
      </w:r>
      <w:proofErr w:type="spellEnd"/>
      <w:r w:rsidR="006B0B6A"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6B0B6A">
        <w:rPr>
          <w:i/>
        </w:rPr>
        <w:t xml:space="preserve"> 7,9</w:t>
      </w:r>
      <w:r>
        <w:rPr>
          <w:i/>
        </w:rPr>
        <w:t>)</w:t>
      </w:r>
    </w:p>
    <w:p w14:paraId="4372C9DA" w14:textId="731811B1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>
        <w:t xml:space="preserve"> </w:t>
      </w:r>
      <w:proofErr w:type="spellStart"/>
      <w:r w:rsidR="006B0B6A">
        <w:t>Podmáslový</w:t>
      </w:r>
      <w:proofErr w:type="spellEnd"/>
      <w:r w:rsidR="006B0B6A">
        <w:t xml:space="preserve"> </w:t>
      </w:r>
      <w:proofErr w:type="spellStart"/>
      <w:r w:rsidR="006B0B6A">
        <w:t>chléb</w:t>
      </w:r>
      <w:proofErr w:type="spellEnd"/>
      <w:r w:rsidR="006B0B6A">
        <w:t xml:space="preserve"> s </w:t>
      </w:r>
      <w:proofErr w:type="spellStart"/>
      <w:r w:rsidR="00970E3E">
        <w:t>jarní</w:t>
      </w:r>
      <w:proofErr w:type="spellEnd"/>
      <w:r w:rsidR="00970E3E">
        <w:t xml:space="preserve"> </w:t>
      </w:r>
      <w:proofErr w:type="spellStart"/>
      <w:r w:rsidR="00970E3E">
        <w:t>pomazánkou</w:t>
      </w:r>
      <w:proofErr w:type="spellEnd"/>
      <w:r w:rsidR="00970E3E">
        <w:t xml:space="preserve"> (baby </w:t>
      </w:r>
      <w:proofErr w:type="spellStart"/>
      <w:r w:rsidR="00970E3E">
        <w:t>zelenina</w:t>
      </w:r>
      <w:proofErr w:type="spellEnd"/>
      <w:r w:rsidR="00970E3E">
        <w:t>)</w:t>
      </w:r>
      <w:r w:rsidR="006B0B6A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</w:t>
      </w:r>
      <w:r w:rsidR="003071C8">
        <w:rPr>
          <w:i/>
        </w:rPr>
        <w:t>,</w:t>
      </w:r>
      <w:r>
        <w:rPr>
          <w:i/>
        </w:rPr>
        <w:t>7)</w:t>
      </w:r>
    </w:p>
    <w:p w14:paraId="25B67C06" w14:textId="77777777" w:rsidR="009837D8" w:rsidRDefault="00484DA2">
      <w:proofErr w:type="spellStart"/>
      <w:r>
        <w:rPr>
          <w:b/>
        </w:rPr>
        <w:t>Čtvrtek</w:t>
      </w:r>
      <w:proofErr w:type="spellEnd"/>
    </w:p>
    <w:p w14:paraId="64C0C520" w14:textId="3C975640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5648D8" w:rsidRPr="005648D8">
        <w:t xml:space="preserve"> </w:t>
      </w:r>
      <w:r w:rsidR="00BB526D">
        <w:t xml:space="preserve"> </w:t>
      </w:r>
      <w:proofErr w:type="spellStart"/>
      <w:r w:rsidR="006B0B6A">
        <w:t>Grahamový</w:t>
      </w:r>
      <w:proofErr w:type="spellEnd"/>
      <w:r w:rsidR="006B0B6A">
        <w:t xml:space="preserve"> </w:t>
      </w:r>
      <w:proofErr w:type="spellStart"/>
      <w:r w:rsidR="006B0B6A">
        <w:t>rohlík</w:t>
      </w:r>
      <w:proofErr w:type="spellEnd"/>
      <w:r w:rsidR="006B0B6A">
        <w:t xml:space="preserve"> s </w:t>
      </w:r>
      <w:proofErr w:type="spellStart"/>
      <w:r w:rsidR="006B0B6A">
        <w:t>ředkvičkovou</w:t>
      </w:r>
      <w:proofErr w:type="spellEnd"/>
      <w:r w:rsidR="006B0B6A">
        <w:t xml:space="preserve"> </w:t>
      </w:r>
      <w:proofErr w:type="spellStart"/>
      <w:r w:rsidR="006B0B6A">
        <w:t>pomazánkou</w:t>
      </w:r>
      <w:proofErr w:type="spellEnd"/>
      <w:r w:rsidR="006B0B6A"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(Alergeny:1,7)</w:t>
      </w:r>
    </w:p>
    <w:p w14:paraId="52573963" w14:textId="3AC0BCF3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="00C20C45" w:rsidRPr="00C20C45">
        <w:t xml:space="preserve"> </w:t>
      </w:r>
      <w:r>
        <w:t xml:space="preserve"> </w:t>
      </w:r>
      <w:proofErr w:type="spellStart"/>
      <w:r w:rsidR="006B0B6A">
        <w:t>Hrstková</w:t>
      </w:r>
      <w:proofErr w:type="spellEnd"/>
      <w:r w:rsidR="006B0B6A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20C45">
        <w:rPr>
          <w:i/>
        </w:rPr>
        <w:t>9</w:t>
      </w:r>
      <w:r>
        <w:rPr>
          <w:i/>
        </w:rPr>
        <w:t>)</w:t>
      </w:r>
    </w:p>
    <w:p w14:paraId="77415FDB" w14:textId="79452B26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Pr="006B0B6A">
        <w:rPr>
          <w:bCs/>
        </w:rPr>
        <w:t xml:space="preserve"> </w:t>
      </w:r>
      <w:proofErr w:type="spellStart"/>
      <w:r w:rsidR="006B0B6A" w:rsidRPr="006B0B6A">
        <w:rPr>
          <w:bCs/>
        </w:rPr>
        <w:t>Čínská</w:t>
      </w:r>
      <w:proofErr w:type="spellEnd"/>
      <w:r w:rsidR="006B0B6A">
        <w:rPr>
          <w:b/>
        </w:rPr>
        <w:t xml:space="preserve"> </w:t>
      </w:r>
      <w:proofErr w:type="spellStart"/>
      <w:r w:rsidR="006B0B6A">
        <w:rPr>
          <w:bCs/>
        </w:rPr>
        <w:t>kuřecí</w:t>
      </w:r>
      <w:proofErr w:type="spellEnd"/>
      <w:r w:rsidR="006B0B6A">
        <w:rPr>
          <w:bCs/>
        </w:rPr>
        <w:t xml:space="preserve"> </w:t>
      </w:r>
      <w:proofErr w:type="spellStart"/>
      <w:r w:rsidR="006B0B6A">
        <w:rPr>
          <w:bCs/>
        </w:rPr>
        <w:t>směs</w:t>
      </w:r>
      <w:proofErr w:type="spellEnd"/>
      <w:r w:rsidR="006B0B6A">
        <w:rPr>
          <w:bCs/>
        </w:rPr>
        <w:t xml:space="preserve">, </w:t>
      </w:r>
      <w:proofErr w:type="spellStart"/>
      <w:r w:rsidR="006B0B6A">
        <w:rPr>
          <w:bCs/>
        </w:rPr>
        <w:t>rýže</w:t>
      </w:r>
      <w:proofErr w:type="spellEnd"/>
      <w:r w:rsidR="006B0B6A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5A7839">
        <w:rPr>
          <w:i/>
        </w:rPr>
        <w:t>1</w:t>
      </w:r>
      <w:r w:rsidR="001E2F46">
        <w:rPr>
          <w:i/>
        </w:rPr>
        <w:t>,7</w:t>
      </w:r>
      <w:r w:rsidR="003071C8">
        <w:rPr>
          <w:i/>
        </w:rPr>
        <w:t>,9</w:t>
      </w:r>
      <w:r>
        <w:rPr>
          <w:i/>
        </w:rPr>
        <w:t>)</w:t>
      </w:r>
    </w:p>
    <w:p w14:paraId="22074D0C" w14:textId="73E98923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014812">
        <w:t xml:space="preserve"> </w:t>
      </w:r>
      <w:proofErr w:type="spellStart"/>
      <w:r w:rsidR="006B0B6A">
        <w:t>Ovesn</w:t>
      </w:r>
      <w:r w:rsidR="00970E3E">
        <w:t>á</w:t>
      </w:r>
      <w:proofErr w:type="spellEnd"/>
      <w:r w:rsidR="00970E3E">
        <w:t xml:space="preserve"> </w:t>
      </w:r>
      <w:proofErr w:type="spellStart"/>
      <w:r w:rsidR="00970E3E">
        <w:t>kaše</w:t>
      </w:r>
      <w:proofErr w:type="spellEnd"/>
      <w:r w:rsidR="006B0B6A">
        <w:t xml:space="preserve"> s </w:t>
      </w:r>
      <w:proofErr w:type="spellStart"/>
      <w:r w:rsidR="006B0B6A">
        <w:t>borůvkami</w:t>
      </w:r>
      <w:proofErr w:type="spellEnd"/>
      <w:r w:rsidR="006B0B6A">
        <w:t xml:space="preserve">, </w:t>
      </w:r>
      <w:proofErr w:type="spellStart"/>
      <w:r w:rsidR="00014812">
        <w:t>čaj</w:t>
      </w:r>
      <w:proofErr w:type="spellEnd"/>
      <w:r w:rsidR="00014812">
        <w:t>,</w:t>
      </w:r>
      <w:r w:rsidR="00970E3E">
        <w:t xml:space="preserve"> </w:t>
      </w:r>
      <w:proofErr w:type="spellStart"/>
      <w:r w:rsidR="00014812">
        <w:t>mléko</w:t>
      </w:r>
      <w:proofErr w:type="spellEnd"/>
      <w:r w:rsidR="00014812">
        <w:t xml:space="preserve">, </w:t>
      </w:r>
      <w:r>
        <w:rPr>
          <w:i/>
        </w:rPr>
        <w:t>(Alergeny:</w:t>
      </w:r>
      <w:r w:rsidR="00C20C45">
        <w:rPr>
          <w:i/>
        </w:rPr>
        <w:t>1,</w:t>
      </w:r>
      <w:r>
        <w:rPr>
          <w:i/>
        </w:rPr>
        <w:t xml:space="preserve"> 7)</w:t>
      </w:r>
    </w:p>
    <w:p w14:paraId="0D237BD6" w14:textId="77777777" w:rsidR="009837D8" w:rsidRDefault="00484DA2">
      <w:proofErr w:type="spellStart"/>
      <w:r>
        <w:rPr>
          <w:b/>
        </w:rPr>
        <w:t>Pátek</w:t>
      </w:r>
      <w:proofErr w:type="spellEnd"/>
    </w:p>
    <w:p w14:paraId="2552763E" w14:textId="499FFEE1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C20C45" w:rsidRPr="00C20C45">
        <w:t xml:space="preserve"> </w:t>
      </w:r>
      <w:r>
        <w:t xml:space="preserve"> </w:t>
      </w:r>
      <w:proofErr w:type="spellStart"/>
      <w:r w:rsidR="006B0B6A">
        <w:t>Kváskový</w:t>
      </w:r>
      <w:proofErr w:type="spellEnd"/>
      <w:r w:rsidR="006B0B6A">
        <w:t xml:space="preserve"> </w:t>
      </w:r>
      <w:proofErr w:type="spellStart"/>
      <w:r w:rsidR="006B0B6A">
        <w:t>chléb</w:t>
      </w:r>
      <w:proofErr w:type="spellEnd"/>
      <w:r w:rsidR="006B0B6A">
        <w:t xml:space="preserve"> se </w:t>
      </w:r>
      <w:proofErr w:type="spellStart"/>
      <w:r w:rsidR="006B0B6A">
        <w:t>špenátovou</w:t>
      </w:r>
      <w:proofErr w:type="spellEnd"/>
      <w:r w:rsidR="006B0B6A">
        <w:t xml:space="preserve"> </w:t>
      </w:r>
      <w:proofErr w:type="spellStart"/>
      <w:r w:rsidR="006B0B6A">
        <w:t>pomazánkou</w:t>
      </w:r>
      <w:proofErr w:type="spellEnd"/>
      <w:r w:rsidR="006B0B6A">
        <w:t xml:space="preserve">, </w:t>
      </w:r>
      <w:proofErr w:type="spellStart"/>
      <w:r w:rsidR="006B0B6A">
        <w:t>ovoce</w:t>
      </w:r>
      <w:proofErr w:type="spellEnd"/>
      <w:r w:rsidR="006B0B6A"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proofErr w:type="gramStart"/>
      <w:r w:rsidR="00BE77F5">
        <w:t>mléko</w:t>
      </w:r>
      <w:proofErr w:type="spellEnd"/>
      <w:r w:rsidR="006B0B6A">
        <w:t>,</w:t>
      </w:r>
      <w:r>
        <w:rPr>
          <w:i/>
        </w:rPr>
        <w:t>(</w:t>
      </w:r>
      <w:proofErr w:type="spellStart"/>
      <w:proofErr w:type="gramEnd"/>
      <w:r>
        <w:rPr>
          <w:i/>
        </w:rPr>
        <w:t>Alergeny</w:t>
      </w:r>
      <w:proofErr w:type="spellEnd"/>
      <w:r>
        <w:rPr>
          <w:i/>
        </w:rPr>
        <w:t>: 1,</w:t>
      </w:r>
      <w:r w:rsidR="005A7839">
        <w:rPr>
          <w:i/>
        </w:rPr>
        <w:t>7</w:t>
      </w:r>
      <w:r>
        <w:rPr>
          <w:i/>
        </w:rPr>
        <w:t>)</w:t>
      </w:r>
    </w:p>
    <w:p w14:paraId="678EF686" w14:textId="5D97D52B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r w:rsidR="006B0B6A">
        <w:rPr>
          <w:bCs/>
        </w:rPr>
        <w:t xml:space="preserve"> </w:t>
      </w:r>
      <w:proofErr w:type="spellStart"/>
      <w:r w:rsidR="006B0B6A">
        <w:rPr>
          <w:bCs/>
        </w:rPr>
        <w:t>Hovězí</w:t>
      </w:r>
      <w:proofErr w:type="spellEnd"/>
      <w:r w:rsidR="006B0B6A">
        <w:rPr>
          <w:bCs/>
        </w:rPr>
        <w:t xml:space="preserve"> </w:t>
      </w:r>
      <w:proofErr w:type="spellStart"/>
      <w:r w:rsidR="006B0B6A">
        <w:rPr>
          <w:bCs/>
        </w:rPr>
        <w:t>vývar</w:t>
      </w:r>
      <w:proofErr w:type="spellEnd"/>
      <w:r w:rsidR="006B0B6A">
        <w:rPr>
          <w:bCs/>
        </w:rPr>
        <w:t xml:space="preserve"> s </w:t>
      </w:r>
      <w:proofErr w:type="spellStart"/>
      <w:r w:rsidR="006B0B6A">
        <w:rPr>
          <w:bCs/>
        </w:rPr>
        <w:t>nudlemi</w:t>
      </w:r>
      <w:proofErr w:type="spellEnd"/>
      <w:r w:rsidR="006B0B6A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20C45">
        <w:rPr>
          <w:i/>
        </w:rPr>
        <w:t>7,</w:t>
      </w:r>
      <w:r w:rsidR="005A7839">
        <w:rPr>
          <w:i/>
        </w:rPr>
        <w:t>9</w:t>
      </w:r>
      <w:r>
        <w:rPr>
          <w:i/>
        </w:rPr>
        <w:t>)</w:t>
      </w:r>
    </w:p>
    <w:p w14:paraId="72944FE3" w14:textId="454CD693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6F5D62">
        <w:rPr>
          <w:b/>
        </w:rPr>
        <w:t xml:space="preserve"> </w:t>
      </w:r>
      <w:proofErr w:type="spellStart"/>
      <w:r w:rsidR="006B0B6A">
        <w:rPr>
          <w:bCs/>
        </w:rPr>
        <w:t>Špecle</w:t>
      </w:r>
      <w:proofErr w:type="spellEnd"/>
      <w:r w:rsidR="006B0B6A">
        <w:rPr>
          <w:bCs/>
        </w:rPr>
        <w:t xml:space="preserve"> s </w:t>
      </w:r>
      <w:proofErr w:type="spellStart"/>
      <w:r w:rsidR="006B0B6A">
        <w:rPr>
          <w:bCs/>
        </w:rPr>
        <w:t>povidlím</w:t>
      </w:r>
      <w:proofErr w:type="spellEnd"/>
      <w:r w:rsidR="00970E3E">
        <w:rPr>
          <w:bCs/>
        </w:rPr>
        <w:t xml:space="preserve"> a </w:t>
      </w:r>
      <w:proofErr w:type="spellStart"/>
      <w:r w:rsidR="00970E3E">
        <w:rPr>
          <w:bCs/>
        </w:rPr>
        <w:t>mákem</w:t>
      </w:r>
      <w:proofErr w:type="spellEnd"/>
      <w:r w:rsidR="006B0B6A">
        <w:rPr>
          <w:bCs/>
        </w:rPr>
        <w:t xml:space="preserve">,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6B0B6A">
        <w:rPr>
          <w:i/>
        </w:rPr>
        <w:t>1</w:t>
      </w:r>
      <w:r w:rsidR="00C879D3">
        <w:rPr>
          <w:i/>
        </w:rPr>
        <w:t>,7</w:t>
      </w:r>
      <w:r>
        <w:rPr>
          <w:i/>
        </w:rPr>
        <w:t>)</w:t>
      </w:r>
    </w:p>
    <w:p w14:paraId="3EC9B62B" w14:textId="4A913868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6B0B6A">
        <w:rPr>
          <w:bCs/>
        </w:rPr>
        <w:t xml:space="preserve">Pizza </w:t>
      </w:r>
      <w:proofErr w:type="spellStart"/>
      <w:r w:rsidR="006B0B6A">
        <w:rPr>
          <w:bCs/>
        </w:rPr>
        <w:t>rohlík</w:t>
      </w:r>
      <w:proofErr w:type="spellEnd"/>
      <w:r w:rsidR="006B0B6A">
        <w:rPr>
          <w:bCs/>
        </w:rPr>
        <w:t xml:space="preserve">, </w:t>
      </w:r>
      <w:proofErr w:type="spellStart"/>
      <w:r w:rsidR="006B0B6A">
        <w:rPr>
          <w:bCs/>
        </w:rPr>
        <w:t>zelenina</w:t>
      </w:r>
      <w:proofErr w:type="spellEnd"/>
      <w:r w:rsidR="00014812">
        <w:t>,</w:t>
      </w:r>
      <w:r w:rsidR="006B0B6A">
        <w:t xml:space="preserve"> </w:t>
      </w:r>
      <w:proofErr w:type="spellStart"/>
      <w:r>
        <w:t>čaj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1,7</w:t>
      </w:r>
      <w:r>
        <w:rPr>
          <w:i/>
        </w:rPr>
        <w:t>)</w:t>
      </w:r>
    </w:p>
    <w:p w14:paraId="71210A30" w14:textId="77777777" w:rsidR="00165206" w:rsidRDefault="00165206" w:rsidP="008F7027">
      <w:pPr>
        <w:jc w:val="center"/>
        <w:rPr>
          <w:b/>
          <w:bCs/>
          <w:i/>
          <w:sz w:val="20"/>
          <w:szCs w:val="20"/>
        </w:rPr>
      </w:pPr>
    </w:p>
    <w:p w14:paraId="5B5E6F74" w14:textId="4450CCF8" w:rsidR="009837D8" w:rsidRPr="008F7027" w:rsidRDefault="008F7027" w:rsidP="008F7027">
      <w:pPr>
        <w:jc w:val="center"/>
        <w:rPr>
          <w:b/>
          <w:bCs/>
          <w:i/>
          <w:sz w:val="20"/>
          <w:szCs w:val="20"/>
        </w:rPr>
      </w:pPr>
      <w:r w:rsidRPr="008F7027">
        <w:rPr>
          <w:b/>
          <w:bCs/>
          <w:i/>
          <w:sz w:val="20"/>
          <w:szCs w:val="20"/>
        </w:rPr>
        <w:t>PO CELÝ DEN JE DĚTEM ZAJIŠTĚŇ PITNÝ REŽIM</w:t>
      </w:r>
      <w:r w:rsidR="00165206">
        <w:rPr>
          <w:b/>
          <w:bCs/>
          <w:i/>
          <w:sz w:val="20"/>
          <w:szCs w:val="20"/>
        </w:rPr>
        <w:t xml:space="preserve"> a ČERSTVÉ OVOCE. </w:t>
      </w:r>
      <w:proofErr w:type="gramStart"/>
      <w:r w:rsidRPr="008F7027">
        <w:rPr>
          <w:b/>
          <w:bCs/>
          <w:i/>
          <w:sz w:val="20"/>
          <w:szCs w:val="20"/>
        </w:rPr>
        <w:t>.ZMĚNA</w:t>
      </w:r>
      <w:proofErr w:type="gramEnd"/>
      <w:r w:rsidRPr="008F7027">
        <w:rPr>
          <w:b/>
          <w:bCs/>
          <w:i/>
          <w:sz w:val="20"/>
          <w:szCs w:val="20"/>
        </w:rPr>
        <w:t xml:space="preserve"> JÍDELNIČKU VYHRAZEN</w:t>
      </w:r>
      <w:r w:rsidR="00165206">
        <w:rPr>
          <w:b/>
          <w:bCs/>
          <w:i/>
          <w:sz w:val="20"/>
          <w:szCs w:val="20"/>
        </w:rPr>
        <w:t xml:space="preserve">A </w:t>
      </w:r>
      <w:r w:rsidRPr="008F7027">
        <w:rPr>
          <w:b/>
          <w:bCs/>
          <w:i/>
          <w:sz w:val="20"/>
          <w:szCs w:val="20"/>
        </w:rPr>
        <w:t>.JÍDLO JE URČENO K OKAMŽÍTÉ SPOTŘEBĚ</w:t>
      </w:r>
      <w:r>
        <w:rPr>
          <w:b/>
          <w:bCs/>
          <w:i/>
          <w:sz w:val="20"/>
          <w:szCs w:val="20"/>
        </w:rPr>
        <w:t>.</w:t>
      </w:r>
    </w:p>
    <w:sectPr w:rsidR="009837D8" w:rsidRPr="008F70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14CE" w14:textId="77777777" w:rsidR="00E04937" w:rsidRDefault="00E04937" w:rsidP="009B5EC0">
      <w:pPr>
        <w:spacing w:after="0" w:line="240" w:lineRule="auto"/>
      </w:pPr>
      <w:r>
        <w:separator/>
      </w:r>
    </w:p>
  </w:endnote>
  <w:endnote w:type="continuationSeparator" w:id="0">
    <w:p w14:paraId="0916458E" w14:textId="77777777" w:rsidR="00E04937" w:rsidRDefault="00E04937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8505" w14:textId="77777777" w:rsidR="00E04937" w:rsidRDefault="00E04937" w:rsidP="009B5EC0">
      <w:pPr>
        <w:spacing w:after="0" w:line="240" w:lineRule="auto"/>
      </w:pPr>
      <w:r>
        <w:separator/>
      </w:r>
    </w:p>
  </w:footnote>
  <w:footnote w:type="continuationSeparator" w:id="0">
    <w:p w14:paraId="41D1E5A2" w14:textId="77777777" w:rsidR="00E04937" w:rsidRDefault="00E04937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812"/>
    <w:rsid w:val="00034616"/>
    <w:rsid w:val="0006063C"/>
    <w:rsid w:val="00061337"/>
    <w:rsid w:val="0015074B"/>
    <w:rsid w:val="00165206"/>
    <w:rsid w:val="001B437E"/>
    <w:rsid w:val="001E2F46"/>
    <w:rsid w:val="00231481"/>
    <w:rsid w:val="00253249"/>
    <w:rsid w:val="0029639D"/>
    <w:rsid w:val="003071C8"/>
    <w:rsid w:val="00323803"/>
    <w:rsid w:val="00326F90"/>
    <w:rsid w:val="003649C9"/>
    <w:rsid w:val="003A1F50"/>
    <w:rsid w:val="003B4ACB"/>
    <w:rsid w:val="00416842"/>
    <w:rsid w:val="00446F4D"/>
    <w:rsid w:val="00465AD3"/>
    <w:rsid w:val="00484DA2"/>
    <w:rsid w:val="0051346D"/>
    <w:rsid w:val="00517DCF"/>
    <w:rsid w:val="005545E4"/>
    <w:rsid w:val="005648D8"/>
    <w:rsid w:val="00577161"/>
    <w:rsid w:val="005A1237"/>
    <w:rsid w:val="005A7839"/>
    <w:rsid w:val="005C68E8"/>
    <w:rsid w:val="005D666A"/>
    <w:rsid w:val="005E0707"/>
    <w:rsid w:val="00625A8F"/>
    <w:rsid w:val="006775D4"/>
    <w:rsid w:val="006B0B6A"/>
    <w:rsid w:val="006F5D62"/>
    <w:rsid w:val="007A2305"/>
    <w:rsid w:val="007A462C"/>
    <w:rsid w:val="007C4225"/>
    <w:rsid w:val="007F3C34"/>
    <w:rsid w:val="0086234C"/>
    <w:rsid w:val="008648D3"/>
    <w:rsid w:val="00874EF7"/>
    <w:rsid w:val="008F6BF5"/>
    <w:rsid w:val="008F7027"/>
    <w:rsid w:val="00903770"/>
    <w:rsid w:val="00907295"/>
    <w:rsid w:val="00915F96"/>
    <w:rsid w:val="00947103"/>
    <w:rsid w:val="00970E3E"/>
    <w:rsid w:val="009837D8"/>
    <w:rsid w:val="009A387C"/>
    <w:rsid w:val="009B5EC0"/>
    <w:rsid w:val="009D1880"/>
    <w:rsid w:val="009D197A"/>
    <w:rsid w:val="009D419E"/>
    <w:rsid w:val="00A11E1C"/>
    <w:rsid w:val="00A52408"/>
    <w:rsid w:val="00A9357F"/>
    <w:rsid w:val="00A95177"/>
    <w:rsid w:val="00AA1D8D"/>
    <w:rsid w:val="00B47730"/>
    <w:rsid w:val="00B561A8"/>
    <w:rsid w:val="00BA4196"/>
    <w:rsid w:val="00BB13D2"/>
    <w:rsid w:val="00BB526D"/>
    <w:rsid w:val="00BC3A73"/>
    <w:rsid w:val="00BD6915"/>
    <w:rsid w:val="00BE77F5"/>
    <w:rsid w:val="00C20C45"/>
    <w:rsid w:val="00C36350"/>
    <w:rsid w:val="00C776F2"/>
    <w:rsid w:val="00C879D3"/>
    <w:rsid w:val="00C97ECC"/>
    <w:rsid w:val="00CB0664"/>
    <w:rsid w:val="00D24CBE"/>
    <w:rsid w:val="00D61358"/>
    <w:rsid w:val="00D908C9"/>
    <w:rsid w:val="00DA53CF"/>
    <w:rsid w:val="00DD1915"/>
    <w:rsid w:val="00E04937"/>
    <w:rsid w:val="00E1451F"/>
    <w:rsid w:val="00E932B0"/>
    <w:rsid w:val="00EA1E65"/>
    <w:rsid w:val="00EC5C63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2</cp:revision>
  <cp:lastPrinted>2026-05-07T07:39:00Z</cp:lastPrinted>
  <dcterms:created xsi:type="dcterms:W3CDTF">2026-05-07T07:39:00Z</dcterms:created>
  <dcterms:modified xsi:type="dcterms:W3CDTF">2026-05-07T07:39:00Z</dcterms:modified>
  <cp:category/>
</cp:coreProperties>
</file>