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BEEFE" w14:textId="19333CA6" w:rsidR="004E3AA1" w:rsidRPr="0008603B" w:rsidRDefault="00862330" w:rsidP="0008603B">
      <w:pPr>
        <w:jc w:val="center"/>
        <w:rPr>
          <w:i/>
          <w:iCs/>
          <w:sz w:val="28"/>
          <w:szCs w:val="28"/>
        </w:rPr>
      </w:pPr>
      <w:r w:rsidRPr="0008603B">
        <w:rPr>
          <w:i/>
          <w:noProof/>
          <w:color w:val="4F81BD" w:themeColor="accent1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1172E50" wp14:editId="75EC3DFB">
            <wp:simplePos x="0" y="0"/>
            <wp:positionH relativeFrom="page">
              <wp:posOffset>-586105</wp:posOffset>
            </wp:positionH>
            <wp:positionV relativeFrom="paragraph">
              <wp:posOffset>-1679500</wp:posOffset>
            </wp:positionV>
            <wp:extent cx="8601075" cy="12867033"/>
            <wp:effectExtent l="0" t="0" r="0" b="0"/>
            <wp:wrapNone/>
            <wp:docPr id="1984672170" name="Obrázek 1984672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12867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49C9" w:rsidRPr="0008603B">
        <w:rPr>
          <w:i/>
          <w:noProof/>
          <w:color w:val="4F81BD" w:themeColor="accen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10C3AE2" wp14:editId="53E18138">
            <wp:simplePos x="0" y="0"/>
            <wp:positionH relativeFrom="page">
              <wp:posOffset>31712</wp:posOffset>
            </wp:positionH>
            <wp:positionV relativeFrom="paragraph">
              <wp:posOffset>-1384412</wp:posOffset>
            </wp:positionV>
            <wp:extent cx="8601075" cy="12867033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12867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AA1" w:rsidRPr="0008603B">
        <w:rPr>
          <w:i/>
          <w:iCs/>
          <w:color w:val="4F81BD" w:themeColor="accent1"/>
          <w:sz w:val="28"/>
          <w:szCs w:val="28"/>
        </w:rPr>
        <w:t xml:space="preserve"> </w:t>
      </w:r>
      <w:r w:rsidR="004E3AA1" w:rsidRPr="0008603B">
        <w:rPr>
          <w:color w:val="4F81BD" w:themeColor="accent1"/>
          <w:sz w:val="28"/>
          <w:szCs w:val="28"/>
        </w:rPr>
        <w:t xml:space="preserve">Jídelníček </w:t>
      </w:r>
      <w:r w:rsidR="007204F4">
        <w:rPr>
          <w:color w:val="4F81BD" w:themeColor="accent1"/>
          <w:sz w:val="28"/>
          <w:szCs w:val="28"/>
        </w:rPr>
        <w:t>16</w:t>
      </w:r>
      <w:r w:rsidR="004E3AA1" w:rsidRPr="0008603B">
        <w:rPr>
          <w:color w:val="4F81BD" w:themeColor="accent1"/>
          <w:sz w:val="28"/>
          <w:szCs w:val="28"/>
        </w:rPr>
        <w:t xml:space="preserve">. 3. - </w:t>
      </w:r>
      <w:r w:rsidR="007204F4">
        <w:rPr>
          <w:color w:val="4F81BD" w:themeColor="accent1"/>
          <w:sz w:val="28"/>
          <w:szCs w:val="28"/>
        </w:rPr>
        <w:t>20</w:t>
      </w:r>
      <w:r w:rsidR="004E3AA1" w:rsidRPr="0008603B">
        <w:rPr>
          <w:color w:val="4F81BD" w:themeColor="accent1"/>
          <w:sz w:val="28"/>
          <w:szCs w:val="28"/>
        </w:rPr>
        <w:t xml:space="preserve"> .3. 2026</w:t>
      </w:r>
    </w:p>
    <w:p w14:paraId="0C08AE13" w14:textId="77777777" w:rsidR="004E3AA1" w:rsidRDefault="004E3AA1" w:rsidP="004E3AA1">
      <w:r>
        <w:rPr>
          <w:b/>
        </w:rPr>
        <w:t>Pondělí</w:t>
      </w:r>
    </w:p>
    <w:p w14:paraId="440AC3CD" w14:textId="6CF18E18" w:rsidR="004E3AA1" w:rsidRPr="00110DF9" w:rsidRDefault="004E3AA1" w:rsidP="004E3AA1">
      <w:pPr>
        <w:spacing w:after="40"/>
        <w:ind w:left="240"/>
        <w:rPr>
          <w:bCs/>
        </w:rPr>
      </w:pPr>
      <w:r>
        <w:rPr>
          <w:b/>
        </w:rPr>
        <w:t>Přesnídávka:</w:t>
      </w:r>
      <w:r w:rsidR="00E53790">
        <w:rPr>
          <w:bCs/>
        </w:rPr>
        <w:t xml:space="preserve"> rohlík s pomazánkou rybí</w:t>
      </w:r>
      <w:r>
        <w:rPr>
          <w:bCs/>
        </w:rPr>
        <w:t xml:space="preserve">, </w:t>
      </w:r>
      <w:r w:rsidR="00E53790">
        <w:rPr>
          <w:bCs/>
        </w:rPr>
        <w:t>paprika,</w:t>
      </w:r>
      <w:r>
        <w:rPr>
          <w:bCs/>
        </w:rPr>
        <w:t>čaj, mléko</w:t>
      </w:r>
      <w:r w:rsidR="0008603B">
        <w:rPr>
          <w:bCs/>
        </w:rPr>
        <w:t>, Alergeny (</w:t>
      </w:r>
      <w:r w:rsidR="00126D4B">
        <w:rPr>
          <w:bCs/>
        </w:rPr>
        <w:t>1,4,7</w:t>
      </w:r>
      <w:r w:rsidR="0008603B">
        <w:rPr>
          <w:bCs/>
        </w:rPr>
        <w:t>)</w:t>
      </w:r>
    </w:p>
    <w:p w14:paraId="6C067273" w14:textId="1550CCA7" w:rsidR="004E3AA1" w:rsidRDefault="004E3AA1" w:rsidP="004E3AA1">
      <w:pPr>
        <w:spacing w:after="40"/>
        <w:ind w:left="240"/>
      </w:pPr>
      <w:r>
        <w:rPr>
          <w:b/>
        </w:rPr>
        <w:t>Polévka:</w:t>
      </w:r>
      <w:r w:rsidRPr="00110DF9">
        <w:rPr>
          <w:bCs/>
        </w:rPr>
        <w:t xml:space="preserve"> </w:t>
      </w:r>
      <w:r w:rsidR="00E53790">
        <w:rPr>
          <w:bCs/>
        </w:rPr>
        <w:t xml:space="preserve">z červené čočky a zeleniny </w:t>
      </w:r>
      <w:r w:rsidR="0008603B">
        <w:rPr>
          <w:bCs/>
        </w:rPr>
        <w:t>, Alergeny</w:t>
      </w:r>
      <w:r w:rsidR="00E53790">
        <w:rPr>
          <w:bCs/>
        </w:rPr>
        <w:t xml:space="preserve"> (</w:t>
      </w:r>
      <w:r w:rsidR="00126D4B">
        <w:rPr>
          <w:bCs/>
        </w:rPr>
        <w:t>9,1</w:t>
      </w:r>
      <w:r w:rsidR="0008603B">
        <w:rPr>
          <w:bCs/>
        </w:rPr>
        <w:t>)</w:t>
      </w:r>
    </w:p>
    <w:p w14:paraId="4E61A3F5" w14:textId="65710CAA" w:rsidR="004E3AA1" w:rsidRDefault="004E3AA1" w:rsidP="004E3AA1">
      <w:pPr>
        <w:spacing w:after="40"/>
        <w:ind w:left="240"/>
      </w:pPr>
      <w:r>
        <w:rPr>
          <w:b/>
        </w:rPr>
        <w:t>Hlavní chod:</w:t>
      </w:r>
      <w:r w:rsidR="00E53790">
        <w:rPr>
          <w:bCs/>
        </w:rPr>
        <w:t>Boloňské špagety</w:t>
      </w:r>
      <w:r w:rsidR="00AC378E">
        <w:t xml:space="preserve"> se sýrem,</w:t>
      </w:r>
      <w:r w:rsidR="0008603B">
        <w:t xml:space="preserve"> Alergeny</w:t>
      </w:r>
      <w:r w:rsidR="001D662C">
        <w:t xml:space="preserve">  </w:t>
      </w:r>
      <w:r w:rsidR="0008603B">
        <w:t>(</w:t>
      </w:r>
      <w:r w:rsidR="00126D4B">
        <w:t>1,7,</w:t>
      </w:r>
      <w:r w:rsidR="001D662C">
        <w:t xml:space="preserve"> </w:t>
      </w:r>
      <w:r w:rsidR="00126D4B">
        <w:t>3)</w:t>
      </w:r>
    </w:p>
    <w:p w14:paraId="12DBC35A" w14:textId="3E5F1DF0" w:rsidR="004E3AA1" w:rsidRPr="00110DF9" w:rsidRDefault="004E3AA1" w:rsidP="004E3AA1">
      <w:pPr>
        <w:spacing w:after="40"/>
        <w:rPr>
          <w:bCs/>
        </w:rPr>
      </w:pPr>
      <w:r>
        <w:t xml:space="preserve">    </w:t>
      </w:r>
      <w:r>
        <w:rPr>
          <w:b/>
        </w:rPr>
        <w:t>Svačina</w:t>
      </w:r>
      <w:r w:rsidR="00E53790" w:rsidRPr="00E53790">
        <w:rPr>
          <w:bCs/>
        </w:rPr>
        <w:t>: dýňová kostka s lučinou, kedlubna, čaj, mléko</w:t>
      </w:r>
      <w:r w:rsidR="00E53790">
        <w:rPr>
          <w:b/>
        </w:rPr>
        <w:t xml:space="preserve"> </w:t>
      </w:r>
      <w:r w:rsidR="0008603B">
        <w:rPr>
          <w:bCs/>
        </w:rPr>
        <w:t>(</w:t>
      </w:r>
      <w:r w:rsidR="00126D4B">
        <w:rPr>
          <w:bCs/>
        </w:rPr>
        <w:t>1,3,7</w:t>
      </w:r>
      <w:r w:rsidR="0008603B">
        <w:rPr>
          <w:bCs/>
        </w:rPr>
        <w:t>)</w:t>
      </w:r>
    </w:p>
    <w:p w14:paraId="13E202E7" w14:textId="77777777" w:rsidR="004E3AA1" w:rsidRDefault="004E3AA1" w:rsidP="004E3AA1">
      <w:r>
        <w:rPr>
          <w:b/>
        </w:rPr>
        <w:t>Úterý</w:t>
      </w:r>
    </w:p>
    <w:p w14:paraId="60961C07" w14:textId="14B1DBFE" w:rsidR="004E3AA1" w:rsidRDefault="004E3AA1" w:rsidP="004E3AA1">
      <w:pPr>
        <w:spacing w:after="40"/>
        <w:ind w:left="240"/>
      </w:pPr>
      <w:r>
        <w:rPr>
          <w:b/>
        </w:rPr>
        <w:t xml:space="preserve">Přesnídávka: </w:t>
      </w:r>
      <w:r w:rsidR="00A95FAD">
        <w:t xml:space="preserve">chleba </w:t>
      </w:r>
      <w:r w:rsidR="00E53790">
        <w:t>s pórkovou pomazánkou</w:t>
      </w:r>
      <w:r w:rsidR="0008603B">
        <w:t>,</w:t>
      </w:r>
      <w:r w:rsidR="00E53790">
        <w:t xml:space="preserve"> rajče, mléko, čaj</w:t>
      </w:r>
      <w:r w:rsidR="00126D4B">
        <w:t xml:space="preserve">, </w:t>
      </w:r>
      <w:r w:rsidR="0008603B">
        <w:t>Alergeny</w:t>
      </w:r>
      <w:r w:rsidR="00126D4B">
        <w:t xml:space="preserve"> (1,7</w:t>
      </w:r>
      <w:r w:rsidR="001D662C">
        <w:t xml:space="preserve"> </w:t>
      </w:r>
      <w:r w:rsidR="0008603B">
        <w:t>)</w:t>
      </w:r>
    </w:p>
    <w:p w14:paraId="79BE16A6" w14:textId="109EFD11" w:rsidR="004E3AA1" w:rsidRDefault="004E3AA1" w:rsidP="004E3AA1">
      <w:pPr>
        <w:spacing w:after="40"/>
        <w:ind w:left="240"/>
      </w:pPr>
      <w:r>
        <w:rPr>
          <w:b/>
        </w:rPr>
        <w:t xml:space="preserve">Polévka: </w:t>
      </w:r>
      <w:r w:rsidR="00E53790">
        <w:rPr>
          <w:bCs/>
        </w:rPr>
        <w:t xml:space="preserve">žampionový krém, Alergeny </w:t>
      </w:r>
      <w:r w:rsidR="0008603B">
        <w:rPr>
          <w:bCs/>
        </w:rPr>
        <w:t>(</w:t>
      </w:r>
      <w:r w:rsidR="00126D4B">
        <w:rPr>
          <w:bCs/>
        </w:rPr>
        <w:t>1,7</w:t>
      </w:r>
      <w:r w:rsidR="0008603B">
        <w:rPr>
          <w:bCs/>
        </w:rPr>
        <w:t>)</w:t>
      </w:r>
    </w:p>
    <w:p w14:paraId="0C77E3E8" w14:textId="4D334B38" w:rsidR="004E3AA1" w:rsidRDefault="004E3AA1" w:rsidP="004E3AA1">
      <w:pPr>
        <w:spacing w:after="40"/>
        <w:ind w:left="240"/>
      </w:pPr>
      <w:r>
        <w:rPr>
          <w:b/>
        </w:rPr>
        <w:t xml:space="preserve">Hlavní chod: </w:t>
      </w:r>
      <w:r w:rsidR="00E53790">
        <w:t>Pečené kuře, rýže, dýňový kompot</w:t>
      </w:r>
      <w:r w:rsidR="0008603B">
        <w:t>, Alergeny</w:t>
      </w:r>
      <w:r w:rsidR="001D662C">
        <w:t xml:space="preserve"> </w:t>
      </w:r>
      <w:r w:rsidR="00126D4B">
        <w:t>(1)</w:t>
      </w:r>
    </w:p>
    <w:p w14:paraId="6E6EE9A9" w14:textId="218BC763" w:rsidR="004E3AA1" w:rsidRDefault="004E3AA1" w:rsidP="004E3AA1">
      <w:pPr>
        <w:spacing w:after="40"/>
        <w:ind w:left="240"/>
      </w:pPr>
      <w:r>
        <w:rPr>
          <w:b/>
        </w:rPr>
        <w:t xml:space="preserve">Svačina: </w:t>
      </w:r>
      <w:r w:rsidR="00AC313F">
        <w:t>veka alá pizza</w:t>
      </w:r>
      <w:r w:rsidR="00E53790">
        <w:t xml:space="preserve">, </w:t>
      </w:r>
      <w:r w:rsidR="0051330B">
        <w:t>čerstvá zelenina</w:t>
      </w:r>
      <w:r w:rsidR="00E53790">
        <w:t xml:space="preserve">, </w:t>
      </w:r>
      <w:r w:rsidR="00932C4D">
        <w:t>mléko,</w:t>
      </w:r>
      <w:r w:rsidR="00E53790">
        <w:t xml:space="preserve"> </w:t>
      </w:r>
      <w:r w:rsidR="0051330B">
        <w:t xml:space="preserve">čaj, </w:t>
      </w:r>
      <w:r w:rsidR="0008603B">
        <w:t>Alergeny</w:t>
      </w:r>
      <w:r w:rsidR="001D662C">
        <w:t xml:space="preserve">  </w:t>
      </w:r>
      <w:r w:rsidR="0008603B">
        <w:t>(</w:t>
      </w:r>
      <w:r w:rsidR="00126D4B">
        <w:t>1,7,3</w:t>
      </w:r>
      <w:r w:rsidR="0008603B">
        <w:t>)</w:t>
      </w:r>
    </w:p>
    <w:p w14:paraId="3006E2F2" w14:textId="77777777" w:rsidR="004E3AA1" w:rsidRDefault="004E3AA1" w:rsidP="004E3AA1">
      <w:r>
        <w:rPr>
          <w:b/>
        </w:rPr>
        <w:t>Středa</w:t>
      </w:r>
    </w:p>
    <w:p w14:paraId="133D1CA2" w14:textId="3A78A8E8" w:rsidR="004E3AA1" w:rsidRPr="00B43687" w:rsidRDefault="004E3AA1" w:rsidP="004E3AA1">
      <w:pPr>
        <w:spacing w:after="40"/>
        <w:ind w:left="240"/>
        <w:rPr>
          <w:bCs/>
        </w:rPr>
      </w:pPr>
      <w:r>
        <w:rPr>
          <w:b/>
        </w:rPr>
        <w:t>Přesnídávka</w:t>
      </w:r>
      <w:r w:rsidR="00B43687">
        <w:rPr>
          <w:b/>
        </w:rPr>
        <w:t xml:space="preserve">: </w:t>
      </w:r>
      <w:r w:rsidR="00E53790">
        <w:rPr>
          <w:bCs/>
        </w:rPr>
        <w:t xml:space="preserve"> odhlášena</w:t>
      </w:r>
    </w:p>
    <w:p w14:paraId="2A80279A" w14:textId="513D0733" w:rsidR="004E3AA1" w:rsidRDefault="004E3AA1" w:rsidP="004E3AA1">
      <w:pPr>
        <w:spacing w:after="40"/>
        <w:ind w:left="240"/>
      </w:pPr>
      <w:r>
        <w:rPr>
          <w:b/>
        </w:rPr>
        <w:t xml:space="preserve">Polévka: </w:t>
      </w:r>
      <w:r w:rsidR="00E53790">
        <w:t xml:space="preserve">zeleninová s pohankou, </w:t>
      </w:r>
      <w:r w:rsidR="0008603B">
        <w:t>Alergeny</w:t>
      </w:r>
      <w:r w:rsidR="001D662C">
        <w:t xml:space="preserve"> </w:t>
      </w:r>
      <w:r w:rsidR="0008603B">
        <w:t>(</w:t>
      </w:r>
      <w:r w:rsidR="001D662C">
        <w:t xml:space="preserve"> </w:t>
      </w:r>
      <w:r w:rsidR="00126D4B">
        <w:t>1,9</w:t>
      </w:r>
      <w:r w:rsidR="001D662C">
        <w:t xml:space="preserve"> </w:t>
      </w:r>
      <w:r w:rsidR="0008603B">
        <w:t>)</w:t>
      </w:r>
    </w:p>
    <w:p w14:paraId="117C13FE" w14:textId="18FDC3E0" w:rsidR="004E3AA1" w:rsidRDefault="004E3AA1" w:rsidP="004E3AA1">
      <w:pPr>
        <w:spacing w:after="40"/>
        <w:ind w:left="240"/>
      </w:pPr>
      <w:r>
        <w:rPr>
          <w:b/>
        </w:rPr>
        <w:t xml:space="preserve">Hlavní chod: </w:t>
      </w:r>
      <w:r w:rsidR="00E53790">
        <w:t xml:space="preserve">hrachová kaše, chléb, </w:t>
      </w:r>
      <w:r w:rsidR="0008603B">
        <w:t>Alergeny(</w:t>
      </w:r>
      <w:r w:rsidR="001D662C">
        <w:t xml:space="preserve"> </w:t>
      </w:r>
      <w:r w:rsidR="00126D4B">
        <w:t>1,7</w:t>
      </w:r>
      <w:r w:rsidR="001D662C">
        <w:t xml:space="preserve"> </w:t>
      </w:r>
      <w:r w:rsidR="0008603B">
        <w:t>)</w:t>
      </w:r>
    </w:p>
    <w:p w14:paraId="6017B0F7" w14:textId="25400C67" w:rsidR="004E3AA1" w:rsidRDefault="004E3AA1" w:rsidP="004E3AA1">
      <w:pPr>
        <w:spacing w:after="40"/>
        <w:ind w:left="240"/>
      </w:pPr>
      <w:r>
        <w:rPr>
          <w:b/>
        </w:rPr>
        <w:t>Svačina:</w:t>
      </w:r>
      <w:r w:rsidR="00E53790">
        <w:t xml:space="preserve"> domácí pribináček s čerstvým ovocem, voda, čaj</w:t>
      </w:r>
      <w:r w:rsidR="0008603B">
        <w:t>, Alergeny(</w:t>
      </w:r>
      <w:r w:rsidR="001D662C">
        <w:t xml:space="preserve"> </w:t>
      </w:r>
      <w:r w:rsidR="00126D4B">
        <w:t>1,7</w:t>
      </w:r>
      <w:r w:rsidR="0008603B">
        <w:t>)</w:t>
      </w:r>
    </w:p>
    <w:p w14:paraId="07ECEEB1" w14:textId="77777777" w:rsidR="004E3AA1" w:rsidRDefault="004E3AA1" w:rsidP="004E3AA1">
      <w:r>
        <w:rPr>
          <w:b/>
        </w:rPr>
        <w:t>Čtvrtek</w:t>
      </w:r>
    </w:p>
    <w:p w14:paraId="278DB28D" w14:textId="70CC4607" w:rsidR="004E3AA1" w:rsidRPr="006E7032" w:rsidRDefault="004E3AA1" w:rsidP="004E3AA1">
      <w:pPr>
        <w:spacing w:after="40"/>
        <w:ind w:left="240"/>
        <w:rPr>
          <w:bCs/>
        </w:rPr>
      </w:pPr>
      <w:r>
        <w:rPr>
          <w:b/>
        </w:rPr>
        <w:t xml:space="preserve">Přesnídávka: </w:t>
      </w:r>
      <w:r w:rsidR="00E53790">
        <w:rPr>
          <w:bCs/>
        </w:rPr>
        <w:t xml:space="preserve">Barbie salát (červená řepa, balkánský sýr, bílý jogurt), rohlík </w:t>
      </w:r>
      <w:r w:rsidR="0008603B">
        <w:rPr>
          <w:bCs/>
        </w:rPr>
        <w:t>Alergeny(</w:t>
      </w:r>
      <w:r w:rsidR="00126D4B">
        <w:rPr>
          <w:bCs/>
        </w:rPr>
        <w:t>1,7</w:t>
      </w:r>
      <w:r w:rsidR="0008603B">
        <w:rPr>
          <w:bCs/>
        </w:rPr>
        <w:t>)</w:t>
      </w:r>
    </w:p>
    <w:p w14:paraId="0207922F" w14:textId="67253F1F" w:rsidR="004E3AA1" w:rsidRDefault="004E3AA1" w:rsidP="004E3AA1">
      <w:pPr>
        <w:spacing w:after="40"/>
        <w:ind w:left="240"/>
      </w:pPr>
      <w:r>
        <w:rPr>
          <w:b/>
        </w:rPr>
        <w:t xml:space="preserve">Polévka: </w:t>
      </w:r>
      <w:r w:rsidR="00E53790">
        <w:t>hovězí vývar s nudlemi,</w:t>
      </w:r>
      <w:r w:rsidR="0008603B">
        <w:t xml:space="preserve"> Alergeny(</w:t>
      </w:r>
      <w:r w:rsidR="00126D4B">
        <w:t>1,7,3,9</w:t>
      </w:r>
      <w:r w:rsidR="001D662C">
        <w:t xml:space="preserve"> </w:t>
      </w:r>
      <w:r w:rsidR="0008603B">
        <w:t>)</w:t>
      </w:r>
    </w:p>
    <w:p w14:paraId="777FC912" w14:textId="6E7AFF2A" w:rsidR="004E3AA1" w:rsidRDefault="004E3AA1" w:rsidP="004E3AA1">
      <w:pPr>
        <w:spacing w:after="40"/>
        <w:ind w:left="240"/>
      </w:pPr>
      <w:r>
        <w:rPr>
          <w:b/>
        </w:rPr>
        <w:t>Hlavní chod</w:t>
      </w:r>
      <w:r w:rsidR="00E53790">
        <w:rPr>
          <w:b/>
        </w:rPr>
        <w:t xml:space="preserve">: </w:t>
      </w:r>
      <w:r w:rsidR="00932C4D" w:rsidRPr="00932C4D">
        <w:rPr>
          <w:bCs/>
        </w:rPr>
        <w:t>Rajská omáčka s hovězím masem, kolínka</w:t>
      </w:r>
      <w:r w:rsidR="00932C4D">
        <w:rPr>
          <w:b/>
        </w:rPr>
        <w:t xml:space="preserve"> </w:t>
      </w:r>
      <w:r w:rsidR="0008603B">
        <w:t>Alergeny(</w:t>
      </w:r>
      <w:r w:rsidR="00126D4B">
        <w:t>1,7,3,9</w:t>
      </w:r>
      <w:r w:rsidR="0008603B">
        <w:t>)</w:t>
      </w:r>
    </w:p>
    <w:p w14:paraId="7C51B9FD" w14:textId="74DC4545" w:rsidR="004E3AA1" w:rsidRPr="006E7032" w:rsidRDefault="004E3AA1" w:rsidP="004E3AA1">
      <w:pPr>
        <w:spacing w:after="40"/>
        <w:ind w:left="240"/>
        <w:rPr>
          <w:bCs/>
        </w:rPr>
      </w:pPr>
      <w:r>
        <w:rPr>
          <w:b/>
        </w:rPr>
        <w:t xml:space="preserve">Svačina: </w:t>
      </w:r>
      <w:r w:rsidR="00932C4D">
        <w:t xml:space="preserve">grahamový rohlík s hermelínovou pomazánkou, okurka, </w:t>
      </w:r>
      <w:r w:rsidR="0008603B">
        <w:rPr>
          <w:bCs/>
        </w:rPr>
        <w:t>Alergeny(</w:t>
      </w:r>
      <w:r w:rsidR="001D662C">
        <w:rPr>
          <w:bCs/>
        </w:rPr>
        <w:t xml:space="preserve"> </w:t>
      </w:r>
      <w:r w:rsidR="00126D4B">
        <w:rPr>
          <w:bCs/>
        </w:rPr>
        <w:t>1,7,3</w:t>
      </w:r>
      <w:r w:rsidR="0008603B">
        <w:rPr>
          <w:bCs/>
        </w:rPr>
        <w:t>)</w:t>
      </w:r>
    </w:p>
    <w:p w14:paraId="665918D1" w14:textId="77777777" w:rsidR="004E3AA1" w:rsidRDefault="004E3AA1" w:rsidP="004E3AA1">
      <w:r>
        <w:rPr>
          <w:b/>
        </w:rPr>
        <w:t>Pátek</w:t>
      </w:r>
    </w:p>
    <w:p w14:paraId="0319F826" w14:textId="6DEF856F" w:rsidR="004E3AA1" w:rsidRDefault="004E3AA1" w:rsidP="004E3AA1">
      <w:pPr>
        <w:spacing w:after="40"/>
        <w:ind w:left="240"/>
      </w:pPr>
      <w:r>
        <w:rPr>
          <w:b/>
        </w:rPr>
        <w:t>Přesnídávka:</w:t>
      </w:r>
      <w:r w:rsidR="00932C4D" w:rsidRPr="00932C4D">
        <w:rPr>
          <w:bCs/>
        </w:rPr>
        <w:t xml:space="preserve"> </w:t>
      </w:r>
      <w:r w:rsidR="00932C4D">
        <w:rPr>
          <w:bCs/>
        </w:rPr>
        <w:t>chia chléb se sluníčkovou(kukuřičnou)pomazánkou, kukuřičný klas na másle,</w:t>
      </w:r>
      <w:r w:rsidR="00932C4D">
        <w:rPr>
          <w:b/>
        </w:rPr>
        <w:t xml:space="preserve"> </w:t>
      </w:r>
      <w:r w:rsidR="0008603B">
        <w:t>Alergeny(</w:t>
      </w:r>
      <w:r w:rsidR="00126D4B">
        <w:t>1,7</w:t>
      </w:r>
      <w:r w:rsidR="001D662C">
        <w:t xml:space="preserve"> </w:t>
      </w:r>
      <w:r w:rsidR="0008603B">
        <w:t>)</w:t>
      </w:r>
    </w:p>
    <w:p w14:paraId="165184B4" w14:textId="36DC341B" w:rsidR="004E3AA1" w:rsidRDefault="004E3AA1" w:rsidP="004E3AA1">
      <w:pPr>
        <w:spacing w:after="40"/>
        <w:ind w:left="240"/>
      </w:pPr>
      <w:r>
        <w:rPr>
          <w:b/>
        </w:rPr>
        <w:t>Polévka:</w:t>
      </w:r>
      <w:r w:rsidRPr="00FD35CF">
        <w:rPr>
          <w:bCs/>
        </w:rPr>
        <w:t xml:space="preserve"> </w:t>
      </w:r>
      <w:r w:rsidR="00932C4D">
        <w:rPr>
          <w:bCs/>
        </w:rPr>
        <w:t>koprová s bramborem,</w:t>
      </w:r>
      <w:r w:rsidR="0008603B">
        <w:rPr>
          <w:bCs/>
        </w:rPr>
        <w:t xml:space="preserve"> Alergeny(</w:t>
      </w:r>
      <w:r w:rsidR="001D662C">
        <w:rPr>
          <w:bCs/>
        </w:rPr>
        <w:t xml:space="preserve"> </w:t>
      </w:r>
      <w:r w:rsidR="00126D4B">
        <w:rPr>
          <w:bCs/>
        </w:rPr>
        <w:t>1,7</w:t>
      </w:r>
      <w:r w:rsidR="0008603B">
        <w:rPr>
          <w:bCs/>
        </w:rPr>
        <w:t>)</w:t>
      </w:r>
    </w:p>
    <w:p w14:paraId="505C9807" w14:textId="060C22B9" w:rsidR="004E3AA1" w:rsidRDefault="004E3AA1" w:rsidP="004E3AA1">
      <w:pPr>
        <w:spacing w:after="40"/>
        <w:ind w:left="240"/>
      </w:pPr>
      <w:r>
        <w:rPr>
          <w:b/>
        </w:rPr>
        <w:t xml:space="preserve">Hlavní chod: </w:t>
      </w:r>
      <w:r w:rsidR="00932C4D">
        <w:t xml:space="preserve">Honzovy buchty(tvaroh, povidlí), bílá káva, čaj </w:t>
      </w:r>
      <w:r w:rsidR="0008603B">
        <w:t xml:space="preserve"> Alergeny</w:t>
      </w:r>
      <w:r w:rsidR="001D662C">
        <w:t xml:space="preserve">( </w:t>
      </w:r>
      <w:r w:rsidR="00126D4B">
        <w:t>1,3,7</w:t>
      </w:r>
      <w:r w:rsidR="0008603B">
        <w:t>)</w:t>
      </w:r>
    </w:p>
    <w:p w14:paraId="50E0903A" w14:textId="242E7EE0" w:rsidR="00044DE2" w:rsidRDefault="004E3AA1" w:rsidP="00044DE2">
      <w:pPr>
        <w:spacing w:after="40"/>
        <w:ind w:left="240"/>
      </w:pPr>
      <w:r>
        <w:rPr>
          <w:b/>
        </w:rPr>
        <w:t xml:space="preserve">Svačina: </w:t>
      </w:r>
      <w:r w:rsidR="00044DE2">
        <w:rPr>
          <w:b/>
        </w:rPr>
        <w:t xml:space="preserve"> </w:t>
      </w:r>
      <w:r w:rsidR="00932C4D">
        <w:rPr>
          <w:bCs/>
        </w:rPr>
        <w:t>podmáslový chléb s máslem a vejcem</w:t>
      </w:r>
      <w:r w:rsidR="0008603B">
        <w:rPr>
          <w:bCs/>
        </w:rPr>
        <w:t>,</w:t>
      </w:r>
      <w:r w:rsidR="00932C4D">
        <w:rPr>
          <w:bCs/>
        </w:rPr>
        <w:t xml:space="preserve"> jablko,</w:t>
      </w:r>
      <w:r w:rsidR="0008603B">
        <w:rPr>
          <w:bCs/>
        </w:rPr>
        <w:t xml:space="preserve"> Alergeny(</w:t>
      </w:r>
      <w:r w:rsidR="00126D4B">
        <w:rPr>
          <w:bCs/>
        </w:rPr>
        <w:t>1,3,7</w:t>
      </w:r>
      <w:r w:rsidR="0008603B">
        <w:rPr>
          <w:bCs/>
        </w:rPr>
        <w:t>)</w:t>
      </w:r>
    </w:p>
    <w:p w14:paraId="5EA733BF" w14:textId="77777777" w:rsidR="00044DE2" w:rsidRDefault="00044DE2" w:rsidP="00044DE2">
      <w:pPr>
        <w:spacing w:after="40"/>
        <w:ind w:left="240"/>
      </w:pPr>
    </w:p>
    <w:p w14:paraId="72EA61A2" w14:textId="77777777" w:rsidR="00044DE2" w:rsidRDefault="00044DE2" w:rsidP="00044DE2">
      <w:pPr>
        <w:spacing w:after="40"/>
        <w:ind w:left="240"/>
      </w:pPr>
    </w:p>
    <w:p w14:paraId="2AF7CB47" w14:textId="46A79327" w:rsidR="009837D8" w:rsidRPr="004E3AA1" w:rsidRDefault="004E3AA1" w:rsidP="00044DE2">
      <w:pPr>
        <w:spacing w:after="40"/>
        <w:ind w:left="240"/>
        <w:rPr>
          <w:i/>
        </w:rPr>
      </w:pPr>
      <w:r>
        <w:rPr>
          <w:i/>
        </w:rPr>
        <w:t>Poznámka: Po celý den je dětem zajištěn pitný režim – voda, čaj a mléko a také čerstvé ovoce. Změna jídelníčku vyhrazena. Jídlo je určeno k okamžité spotřebě.</w:t>
      </w:r>
    </w:p>
    <w:p w14:paraId="5B5E6F74" w14:textId="0A159F9C" w:rsidR="009837D8" w:rsidRPr="00C879D3" w:rsidRDefault="009837D8">
      <w:pPr>
        <w:jc w:val="center"/>
        <w:rPr>
          <w:sz w:val="20"/>
          <w:szCs w:val="20"/>
        </w:rPr>
      </w:pPr>
    </w:p>
    <w:sectPr w:rsidR="009837D8" w:rsidRPr="00C879D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8ACD2" w14:textId="77777777" w:rsidR="00151589" w:rsidRDefault="00151589" w:rsidP="009B5EC0">
      <w:pPr>
        <w:spacing w:after="0" w:line="240" w:lineRule="auto"/>
      </w:pPr>
      <w:r>
        <w:separator/>
      </w:r>
    </w:p>
  </w:endnote>
  <w:endnote w:type="continuationSeparator" w:id="0">
    <w:p w14:paraId="4926998C" w14:textId="77777777" w:rsidR="00151589" w:rsidRDefault="00151589" w:rsidP="009B5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0D409" w14:textId="77777777" w:rsidR="00151589" w:rsidRDefault="00151589" w:rsidP="009B5EC0">
      <w:pPr>
        <w:spacing w:after="0" w:line="240" w:lineRule="auto"/>
      </w:pPr>
      <w:r>
        <w:separator/>
      </w:r>
    </w:p>
  </w:footnote>
  <w:footnote w:type="continuationSeparator" w:id="0">
    <w:p w14:paraId="5A65DDCF" w14:textId="77777777" w:rsidR="00151589" w:rsidRDefault="00151589" w:rsidP="009B5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E2"/>
    <w:rsid w:val="0006063C"/>
    <w:rsid w:val="00061337"/>
    <w:rsid w:val="00071DC6"/>
    <w:rsid w:val="0008603B"/>
    <w:rsid w:val="00126D4B"/>
    <w:rsid w:val="001327C8"/>
    <w:rsid w:val="0015074B"/>
    <w:rsid w:val="00151589"/>
    <w:rsid w:val="001B437E"/>
    <w:rsid w:val="001D662C"/>
    <w:rsid w:val="001E2F46"/>
    <w:rsid w:val="00231481"/>
    <w:rsid w:val="00253249"/>
    <w:rsid w:val="0029639D"/>
    <w:rsid w:val="002E7D7C"/>
    <w:rsid w:val="00321921"/>
    <w:rsid w:val="00326F90"/>
    <w:rsid w:val="003649C9"/>
    <w:rsid w:val="003A1F50"/>
    <w:rsid w:val="003B4ACB"/>
    <w:rsid w:val="00416842"/>
    <w:rsid w:val="00465AD3"/>
    <w:rsid w:val="00484DA2"/>
    <w:rsid w:val="004E3AA1"/>
    <w:rsid w:val="0051330B"/>
    <w:rsid w:val="0051346D"/>
    <w:rsid w:val="00517DCF"/>
    <w:rsid w:val="005545E4"/>
    <w:rsid w:val="00577161"/>
    <w:rsid w:val="005A1237"/>
    <w:rsid w:val="005A7839"/>
    <w:rsid w:val="005C68E8"/>
    <w:rsid w:val="005E0707"/>
    <w:rsid w:val="00625A8F"/>
    <w:rsid w:val="00637F74"/>
    <w:rsid w:val="006775D4"/>
    <w:rsid w:val="006B4A1F"/>
    <w:rsid w:val="006F5D62"/>
    <w:rsid w:val="007204F4"/>
    <w:rsid w:val="007A2305"/>
    <w:rsid w:val="007A462C"/>
    <w:rsid w:val="008132B3"/>
    <w:rsid w:val="00862330"/>
    <w:rsid w:val="0086234C"/>
    <w:rsid w:val="008648D3"/>
    <w:rsid w:val="00874EF7"/>
    <w:rsid w:val="008B6419"/>
    <w:rsid w:val="008F6BF5"/>
    <w:rsid w:val="00903770"/>
    <w:rsid w:val="00907295"/>
    <w:rsid w:val="00915F96"/>
    <w:rsid w:val="00932C4D"/>
    <w:rsid w:val="009837D8"/>
    <w:rsid w:val="009A387C"/>
    <w:rsid w:val="009B5EC0"/>
    <w:rsid w:val="009D1880"/>
    <w:rsid w:val="009D197A"/>
    <w:rsid w:val="009D419E"/>
    <w:rsid w:val="00A52408"/>
    <w:rsid w:val="00A9357F"/>
    <w:rsid w:val="00A95FAD"/>
    <w:rsid w:val="00AA1D8D"/>
    <w:rsid w:val="00AC313F"/>
    <w:rsid w:val="00AC378E"/>
    <w:rsid w:val="00AF285E"/>
    <w:rsid w:val="00B43687"/>
    <w:rsid w:val="00B47730"/>
    <w:rsid w:val="00B561A8"/>
    <w:rsid w:val="00BB526D"/>
    <w:rsid w:val="00BD6915"/>
    <w:rsid w:val="00BE77F5"/>
    <w:rsid w:val="00C776F2"/>
    <w:rsid w:val="00C879D3"/>
    <w:rsid w:val="00C97ECC"/>
    <w:rsid w:val="00CB0664"/>
    <w:rsid w:val="00D249FA"/>
    <w:rsid w:val="00D24CBE"/>
    <w:rsid w:val="00D908C9"/>
    <w:rsid w:val="00DA53CF"/>
    <w:rsid w:val="00DD1915"/>
    <w:rsid w:val="00E53790"/>
    <w:rsid w:val="00E932B0"/>
    <w:rsid w:val="00EC5C63"/>
    <w:rsid w:val="00F95B58"/>
    <w:rsid w:val="00FC693F"/>
    <w:rsid w:val="00FC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2047F0"/>
  <w14:defaultImageDpi w14:val="300"/>
  <w15:docId w15:val="{D46C5B5E-3EEB-5648-B119-60C219922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F597CF-7E4F-42F0-B36F-771BED3A5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Vlaďka Marková</cp:lastModifiedBy>
  <cp:revision>6</cp:revision>
  <cp:lastPrinted>2026-03-12T15:02:00Z</cp:lastPrinted>
  <dcterms:created xsi:type="dcterms:W3CDTF">2026-03-12T22:13:00Z</dcterms:created>
  <dcterms:modified xsi:type="dcterms:W3CDTF">2026-03-12T22:20:00Z</dcterms:modified>
  <cp:category/>
</cp:coreProperties>
</file>