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AFE11" w14:textId="77777777" w:rsidR="00D64C15" w:rsidRDefault="00605DE8" w:rsidP="004E3AA1">
      <w:pPr>
        <w:rPr>
          <w:i/>
          <w:iCs/>
          <w:color w:val="4F81BD" w:themeColor="accent1"/>
          <w:sz w:val="28"/>
          <w:szCs w:val="28"/>
        </w:rPr>
      </w:pPr>
      <w:r w:rsidRPr="0008603B">
        <w:rPr>
          <w:i/>
          <w:noProof/>
          <w:color w:val="4F81BD" w:themeColor="accent1"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7E7EA36E" wp14:editId="04E371EB">
            <wp:simplePos x="0" y="0"/>
            <wp:positionH relativeFrom="page">
              <wp:posOffset>-693420</wp:posOffset>
            </wp:positionH>
            <wp:positionV relativeFrom="paragraph">
              <wp:posOffset>-1644615</wp:posOffset>
            </wp:positionV>
            <wp:extent cx="8601075" cy="12867033"/>
            <wp:effectExtent l="0" t="0" r="0" b="0"/>
            <wp:wrapNone/>
            <wp:docPr id="617898354" name="Obrázek 617898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1075" cy="128670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603B">
        <w:rPr>
          <w:i/>
          <w:noProof/>
          <w:color w:val="4F81BD" w:themeColor="accent1"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1364E37D" wp14:editId="09DCB280">
            <wp:simplePos x="0" y="0"/>
            <wp:positionH relativeFrom="page">
              <wp:posOffset>-432435</wp:posOffset>
            </wp:positionH>
            <wp:positionV relativeFrom="paragraph">
              <wp:posOffset>-1645920</wp:posOffset>
            </wp:positionV>
            <wp:extent cx="8601075" cy="12867033"/>
            <wp:effectExtent l="0" t="0" r="0" b="0"/>
            <wp:wrapNone/>
            <wp:docPr id="1888226766" name="Obrázek 1888226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1075" cy="128670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2330" w:rsidRPr="0008603B">
        <w:rPr>
          <w:i/>
          <w:noProof/>
          <w:color w:val="4F81BD" w:themeColor="accent1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51172E50" wp14:editId="3B9094E7">
            <wp:simplePos x="0" y="0"/>
            <wp:positionH relativeFrom="page">
              <wp:posOffset>-585470</wp:posOffset>
            </wp:positionH>
            <wp:positionV relativeFrom="paragraph">
              <wp:posOffset>-1798864</wp:posOffset>
            </wp:positionV>
            <wp:extent cx="8601075" cy="12867033"/>
            <wp:effectExtent l="0" t="0" r="0" b="0"/>
            <wp:wrapNone/>
            <wp:docPr id="1984672170" name="Obrázek 1984672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1075" cy="128670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49C9" w:rsidRPr="0008603B">
        <w:rPr>
          <w:i/>
          <w:noProof/>
          <w:color w:val="4F81BD" w:themeColor="accent1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10C3AE2" wp14:editId="53E18138">
            <wp:simplePos x="0" y="0"/>
            <wp:positionH relativeFrom="page">
              <wp:posOffset>31712</wp:posOffset>
            </wp:positionH>
            <wp:positionV relativeFrom="paragraph">
              <wp:posOffset>-1384412</wp:posOffset>
            </wp:positionV>
            <wp:extent cx="8601075" cy="12867033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1075" cy="128670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0235">
        <w:rPr>
          <w:i/>
          <w:iCs/>
          <w:color w:val="4F81BD" w:themeColor="accent1"/>
          <w:sz w:val="28"/>
          <w:szCs w:val="28"/>
        </w:rPr>
        <w:t xml:space="preserve">                                        </w:t>
      </w:r>
    </w:p>
    <w:p w14:paraId="44747575" w14:textId="6E19CDDF" w:rsidR="00F00235" w:rsidRDefault="00D64C15" w:rsidP="004E3AA1">
      <w:pPr>
        <w:rPr>
          <w:i/>
          <w:iCs/>
          <w:sz w:val="28"/>
          <w:szCs w:val="28"/>
        </w:rPr>
      </w:pPr>
      <w:r>
        <w:rPr>
          <w:i/>
          <w:iCs/>
          <w:color w:val="4F81BD" w:themeColor="accent1"/>
          <w:sz w:val="28"/>
          <w:szCs w:val="28"/>
        </w:rPr>
        <w:t xml:space="preserve">                                      </w:t>
      </w:r>
      <w:r w:rsidR="004E3AA1" w:rsidRPr="0008603B">
        <w:rPr>
          <w:i/>
          <w:iCs/>
          <w:color w:val="4F81BD" w:themeColor="accent1"/>
          <w:sz w:val="28"/>
          <w:szCs w:val="28"/>
        </w:rPr>
        <w:t xml:space="preserve"> </w:t>
      </w:r>
      <w:proofErr w:type="spellStart"/>
      <w:r w:rsidR="004E3AA1" w:rsidRPr="0008603B">
        <w:rPr>
          <w:color w:val="4F81BD" w:themeColor="accent1"/>
          <w:sz w:val="28"/>
          <w:szCs w:val="28"/>
        </w:rPr>
        <w:t>Jídelníček</w:t>
      </w:r>
      <w:proofErr w:type="spellEnd"/>
      <w:r w:rsidR="004E3AA1" w:rsidRPr="0008603B">
        <w:rPr>
          <w:color w:val="4F81BD" w:themeColor="accent1"/>
          <w:sz w:val="28"/>
          <w:szCs w:val="28"/>
        </w:rPr>
        <w:t xml:space="preserve"> </w:t>
      </w:r>
      <w:r w:rsidR="00DC3A6B">
        <w:rPr>
          <w:color w:val="4F81BD" w:themeColor="accent1"/>
          <w:sz w:val="28"/>
          <w:szCs w:val="28"/>
        </w:rPr>
        <w:t>20</w:t>
      </w:r>
      <w:r w:rsidR="004E3AA1" w:rsidRPr="0008603B">
        <w:rPr>
          <w:color w:val="4F81BD" w:themeColor="accent1"/>
          <w:sz w:val="28"/>
          <w:szCs w:val="28"/>
        </w:rPr>
        <w:t xml:space="preserve">. </w:t>
      </w:r>
      <w:r w:rsidR="00E648DE">
        <w:rPr>
          <w:color w:val="4F81BD" w:themeColor="accent1"/>
          <w:sz w:val="28"/>
          <w:szCs w:val="28"/>
        </w:rPr>
        <w:t>4</w:t>
      </w:r>
      <w:r w:rsidR="004E3AA1" w:rsidRPr="0008603B">
        <w:rPr>
          <w:color w:val="4F81BD" w:themeColor="accent1"/>
          <w:sz w:val="28"/>
          <w:szCs w:val="28"/>
        </w:rPr>
        <w:t xml:space="preserve">. - </w:t>
      </w:r>
      <w:r w:rsidR="00DC3A6B">
        <w:rPr>
          <w:color w:val="4F81BD" w:themeColor="accent1"/>
          <w:sz w:val="28"/>
          <w:szCs w:val="28"/>
        </w:rPr>
        <w:t>24</w:t>
      </w:r>
      <w:r w:rsidR="004E3AA1" w:rsidRPr="0008603B">
        <w:rPr>
          <w:color w:val="4F81BD" w:themeColor="accent1"/>
          <w:sz w:val="28"/>
          <w:szCs w:val="28"/>
        </w:rPr>
        <w:t xml:space="preserve"> .</w:t>
      </w:r>
      <w:r w:rsidR="00523320">
        <w:rPr>
          <w:color w:val="4F81BD" w:themeColor="accent1"/>
          <w:sz w:val="28"/>
          <w:szCs w:val="28"/>
        </w:rPr>
        <w:t>4</w:t>
      </w:r>
      <w:r w:rsidR="004E3AA1" w:rsidRPr="0008603B">
        <w:rPr>
          <w:color w:val="4F81BD" w:themeColor="accent1"/>
          <w:sz w:val="28"/>
          <w:szCs w:val="28"/>
        </w:rPr>
        <w:t>. 2026</w:t>
      </w:r>
    </w:p>
    <w:p w14:paraId="0C08AE13" w14:textId="738806A9" w:rsidR="004E3AA1" w:rsidRPr="00F00235" w:rsidRDefault="004E3AA1" w:rsidP="004E3AA1">
      <w:pPr>
        <w:rPr>
          <w:i/>
          <w:iCs/>
          <w:sz w:val="28"/>
          <w:szCs w:val="28"/>
        </w:rPr>
      </w:pPr>
      <w:proofErr w:type="spellStart"/>
      <w:r>
        <w:rPr>
          <w:b/>
        </w:rPr>
        <w:t>Pondělí</w:t>
      </w:r>
      <w:proofErr w:type="spellEnd"/>
    </w:p>
    <w:p w14:paraId="440AC3CD" w14:textId="7CE011A8" w:rsidR="004E3AA1" w:rsidRPr="00110DF9" w:rsidRDefault="004E3AA1" w:rsidP="004E3AA1">
      <w:pPr>
        <w:spacing w:after="40"/>
        <w:ind w:left="240"/>
        <w:rPr>
          <w:bCs/>
        </w:rPr>
      </w:pPr>
      <w:proofErr w:type="spellStart"/>
      <w:r>
        <w:rPr>
          <w:b/>
        </w:rPr>
        <w:t>Přesnídávka</w:t>
      </w:r>
      <w:proofErr w:type="spellEnd"/>
      <w:r>
        <w:rPr>
          <w:b/>
        </w:rPr>
        <w:t>:</w:t>
      </w:r>
      <w:r w:rsidR="00DC3A6B" w:rsidRPr="00DC3A6B">
        <w:t xml:space="preserve"> </w:t>
      </w:r>
      <w:proofErr w:type="spellStart"/>
      <w:r w:rsidR="00DC3A6B">
        <w:rPr>
          <w:bCs/>
        </w:rPr>
        <w:t>D</w:t>
      </w:r>
      <w:r w:rsidR="00DC3A6B" w:rsidRPr="00DC3A6B">
        <w:rPr>
          <w:bCs/>
        </w:rPr>
        <w:t>ýňový</w:t>
      </w:r>
      <w:proofErr w:type="spellEnd"/>
      <w:r w:rsidR="00DC3A6B" w:rsidRPr="00DC3A6B">
        <w:rPr>
          <w:bCs/>
        </w:rPr>
        <w:t xml:space="preserve"> </w:t>
      </w:r>
      <w:proofErr w:type="spellStart"/>
      <w:r w:rsidR="00DC3A6B" w:rsidRPr="00DC3A6B">
        <w:rPr>
          <w:bCs/>
        </w:rPr>
        <w:t>chléb</w:t>
      </w:r>
      <w:r w:rsidR="00DC3A6B">
        <w:rPr>
          <w:bCs/>
        </w:rPr>
        <w:t>ík</w:t>
      </w:r>
      <w:proofErr w:type="spellEnd"/>
      <w:r w:rsidR="00DC3A6B">
        <w:rPr>
          <w:bCs/>
        </w:rPr>
        <w:t xml:space="preserve"> se </w:t>
      </w:r>
      <w:proofErr w:type="spellStart"/>
      <w:r w:rsidR="00B552CC">
        <w:rPr>
          <w:bCs/>
        </w:rPr>
        <w:t>zelenin</w:t>
      </w:r>
      <w:r w:rsidR="00DC3A6B">
        <w:rPr>
          <w:bCs/>
        </w:rPr>
        <w:t>ovou</w:t>
      </w:r>
      <w:proofErr w:type="spellEnd"/>
      <w:r w:rsidR="00DC3A6B">
        <w:rPr>
          <w:bCs/>
        </w:rPr>
        <w:t xml:space="preserve"> </w:t>
      </w:r>
      <w:proofErr w:type="spellStart"/>
      <w:r w:rsidR="00DC3A6B">
        <w:rPr>
          <w:bCs/>
        </w:rPr>
        <w:t>pomazánkou</w:t>
      </w:r>
      <w:proofErr w:type="spellEnd"/>
      <w:r w:rsidR="00B552CC">
        <w:rPr>
          <w:bCs/>
        </w:rPr>
        <w:t>,</w:t>
      </w:r>
      <w:r w:rsidR="00EB59B6">
        <w:rPr>
          <w:bCs/>
        </w:rPr>
        <w:t xml:space="preserve"> </w:t>
      </w:r>
      <w:proofErr w:type="spellStart"/>
      <w:r w:rsidR="00DC3A6B">
        <w:rPr>
          <w:bCs/>
        </w:rPr>
        <w:t>čerstvé</w:t>
      </w:r>
      <w:proofErr w:type="spellEnd"/>
      <w:r w:rsidR="00DC3A6B">
        <w:rPr>
          <w:bCs/>
        </w:rPr>
        <w:t xml:space="preserve"> </w:t>
      </w:r>
      <w:proofErr w:type="spellStart"/>
      <w:r w:rsidR="00B552CC">
        <w:rPr>
          <w:bCs/>
        </w:rPr>
        <w:t>ovoce</w:t>
      </w:r>
      <w:proofErr w:type="spellEnd"/>
      <w:r w:rsidR="00B552CC">
        <w:rPr>
          <w:bCs/>
        </w:rPr>
        <w:t>,</w:t>
      </w:r>
      <w:r>
        <w:rPr>
          <w:bCs/>
        </w:rPr>
        <w:t xml:space="preserve"> </w:t>
      </w:r>
      <w:proofErr w:type="spellStart"/>
      <w:r>
        <w:rPr>
          <w:bCs/>
        </w:rPr>
        <w:t>čaj</w:t>
      </w:r>
      <w:proofErr w:type="spellEnd"/>
      <w:r>
        <w:rPr>
          <w:bCs/>
        </w:rPr>
        <w:t xml:space="preserve">, </w:t>
      </w:r>
      <w:proofErr w:type="spellStart"/>
      <w:proofErr w:type="gramStart"/>
      <w:r>
        <w:rPr>
          <w:bCs/>
        </w:rPr>
        <w:t>mléko</w:t>
      </w:r>
      <w:r w:rsidR="0008603B">
        <w:rPr>
          <w:bCs/>
        </w:rPr>
        <w:t>,</w:t>
      </w:r>
      <w:r w:rsidR="00523320">
        <w:rPr>
          <w:bCs/>
        </w:rPr>
        <w:t>jablko</w:t>
      </w:r>
      <w:proofErr w:type="spellEnd"/>
      <w:proofErr w:type="gramEnd"/>
      <w:r w:rsidR="00523320">
        <w:rPr>
          <w:bCs/>
        </w:rPr>
        <w:t>,</w:t>
      </w:r>
      <w:r w:rsidR="0008603B">
        <w:rPr>
          <w:bCs/>
        </w:rPr>
        <w:t xml:space="preserve"> </w:t>
      </w:r>
      <w:proofErr w:type="spellStart"/>
      <w:r w:rsidR="0008603B">
        <w:rPr>
          <w:bCs/>
        </w:rPr>
        <w:t>Alergeny</w:t>
      </w:r>
      <w:proofErr w:type="spellEnd"/>
      <w:r w:rsidR="0008603B">
        <w:rPr>
          <w:bCs/>
        </w:rPr>
        <w:t xml:space="preserve"> (1,7)</w:t>
      </w:r>
    </w:p>
    <w:p w14:paraId="6C067273" w14:textId="57A4F03D" w:rsidR="004E3AA1" w:rsidRDefault="004E3AA1" w:rsidP="004E3AA1">
      <w:pPr>
        <w:spacing w:after="40"/>
        <w:ind w:left="240"/>
      </w:pPr>
      <w:proofErr w:type="spellStart"/>
      <w:r>
        <w:rPr>
          <w:b/>
        </w:rPr>
        <w:t>Polévka</w:t>
      </w:r>
      <w:proofErr w:type="spellEnd"/>
      <w:r>
        <w:rPr>
          <w:b/>
        </w:rPr>
        <w:t>:</w:t>
      </w:r>
      <w:r w:rsidRPr="00110DF9">
        <w:rPr>
          <w:bCs/>
        </w:rPr>
        <w:t xml:space="preserve"> </w:t>
      </w:r>
      <w:r w:rsidR="00DC3A6B">
        <w:rPr>
          <w:bCs/>
        </w:rPr>
        <w:t>Z</w:t>
      </w:r>
      <w:r w:rsidR="00DC3A6B" w:rsidRPr="00DC3A6B">
        <w:rPr>
          <w:bCs/>
        </w:rPr>
        <w:t xml:space="preserve"> </w:t>
      </w:r>
      <w:proofErr w:type="spellStart"/>
      <w:r w:rsidR="00DC3A6B" w:rsidRPr="00DC3A6B">
        <w:rPr>
          <w:bCs/>
        </w:rPr>
        <w:t>pečených</w:t>
      </w:r>
      <w:proofErr w:type="spellEnd"/>
      <w:r w:rsidR="00DC3A6B" w:rsidRPr="00DC3A6B">
        <w:rPr>
          <w:bCs/>
        </w:rPr>
        <w:t xml:space="preserve"> </w:t>
      </w:r>
      <w:proofErr w:type="spellStart"/>
      <w:r w:rsidR="00DC3A6B" w:rsidRPr="00DC3A6B">
        <w:rPr>
          <w:bCs/>
        </w:rPr>
        <w:t>rajčat</w:t>
      </w:r>
      <w:proofErr w:type="spellEnd"/>
      <w:r w:rsidR="00DC3A6B" w:rsidRPr="00DC3A6B">
        <w:rPr>
          <w:bCs/>
        </w:rPr>
        <w:t xml:space="preserve"> s </w:t>
      </w:r>
      <w:proofErr w:type="spellStart"/>
      <w:r w:rsidR="00DC3A6B" w:rsidRPr="00DC3A6B">
        <w:rPr>
          <w:bCs/>
        </w:rPr>
        <w:t>bazalkou</w:t>
      </w:r>
      <w:proofErr w:type="spellEnd"/>
      <w:r w:rsidR="00DC3A6B" w:rsidRPr="00DC3A6B">
        <w:rPr>
          <w:bCs/>
        </w:rPr>
        <w:t xml:space="preserve"> a </w:t>
      </w:r>
      <w:proofErr w:type="spellStart"/>
      <w:r w:rsidR="00DC3A6B" w:rsidRPr="00DC3A6B">
        <w:rPr>
          <w:bCs/>
        </w:rPr>
        <w:t>zvířátky</w:t>
      </w:r>
      <w:proofErr w:type="spellEnd"/>
      <w:r w:rsidR="00DC3A6B" w:rsidRPr="00DC3A6B">
        <w:rPr>
          <w:bCs/>
        </w:rPr>
        <w:t xml:space="preserve"> z </w:t>
      </w:r>
      <w:proofErr w:type="spellStart"/>
      <w:r w:rsidR="00DC3A6B" w:rsidRPr="00DC3A6B">
        <w:rPr>
          <w:bCs/>
        </w:rPr>
        <w:t>těstoviny</w:t>
      </w:r>
      <w:proofErr w:type="spellEnd"/>
      <w:r w:rsidR="0008603B">
        <w:rPr>
          <w:bCs/>
        </w:rPr>
        <w:t xml:space="preserve">, </w:t>
      </w:r>
      <w:proofErr w:type="spellStart"/>
      <w:r w:rsidR="0008603B">
        <w:rPr>
          <w:bCs/>
        </w:rPr>
        <w:t>Alergeny</w:t>
      </w:r>
      <w:proofErr w:type="spellEnd"/>
      <w:r w:rsidR="0008603B">
        <w:rPr>
          <w:bCs/>
        </w:rPr>
        <w:t xml:space="preserve"> (1,</w:t>
      </w:r>
      <w:r w:rsidR="000E06CE">
        <w:rPr>
          <w:bCs/>
        </w:rPr>
        <w:t>7,</w:t>
      </w:r>
      <w:r w:rsidR="0008603B">
        <w:rPr>
          <w:bCs/>
        </w:rPr>
        <w:t>9)</w:t>
      </w:r>
    </w:p>
    <w:p w14:paraId="4E61A3F5" w14:textId="55792A34" w:rsidR="004E3AA1" w:rsidRDefault="004E3AA1" w:rsidP="004E3AA1">
      <w:pPr>
        <w:spacing w:after="40"/>
        <w:ind w:left="240"/>
      </w:pPr>
      <w:proofErr w:type="spellStart"/>
      <w:r>
        <w:rPr>
          <w:b/>
        </w:rPr>
        <w:t>Hlavní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chod</w:t>
      </w:r>
      <w:proofErr w:type="spellEnd"/>
      <w:r>
        <w:rPr>
          <w:b/>
        </w:rPr>
        <w:t>:</w:t>
      </w:r>
      <w:r w:rsidR="00DC3A6B" w:rsidRPr="00DC3A6B">
        <w:t xml:space="preserve"> </w:t>
      </w:r>
      <w:proofErr w:type="spellStart"/>
      <w:r w:rsidR="00DC3A6B" w:rsidRPr="00DC3A6B">
        <w:t>Rybí</w:t>
      </w:r>
      <w:proofErr w:type="spellEnd"/>
      <w:r w:rsidR="00DC3A6B" w:rsidRPr="00DC3A6B">
        <w:t xml:space="preserve"> </w:t>
      </w:r>
      <w:proofErr w:type="spellStart"/>
      <w:r w:rsidR="00DC3A6B" w:rsidRPr="00DC3A6B">
        <w:t>filé</w:t>
      </w:r>
      <w:proofErr w:type="spellEnd"/>
      <w:r w:rsidR="00DC3A6B" w:rsidRPr="00DC3A6B">
        <w:t xml:space="preserve"> Mahi-mahi, </w:t>
      </w:r>
      <w:proofErr w:type="spellStart"/>
      <w:r w:rsidR="00DC3A6B" w:rsidRPr="00DC3A6B">
        <w:t>bram</w:t>
      </w:r>
      <w:r w:rsidR="00DC3A6B">
        <w:t>borová</w:t>
      </w:r>
      <w:proofErr w:type="spellEnd"/>
      <w:r w:rsidR="00DC3A6B">
        <w:t xml:space="preserve"> </w:t>
      </w:r>
      <w:proofErr w:type="spellStart"/>
      <w:r w:rsidR="00DC3A6B">
        <w:t>kaše</w:t>
      </w:r>
      <w:proofErr w:type="spellEnd"/>
      <w:r w:rsidR="00DC3A6B" w:rsidRPr="00DC3A6B">
        <w:t xml:space="preserve">, zel. </w:t>
      </w:r>
      <w:proofErr w:type="spellStart"/>
      <w:r w:rsidR="00DC3A6B" w:rsidRPr="00DC3A6B">
        <w:t>salát</w:t>
      </w:r>
      <w:proofErr w:type="spellEnd"/>
      <w:r w:rsidR="00B552CC">
        <w:rPr>
          <w:bCs/>
        </w:rPr>
        <w:t>,</w:t>
      </w:r>
      <w:r w:rsidR="00523320">
        <w:rPr>
          <w:bCs/>
        </w:rPr>
        <w:t xml:space="preserve"> </w:t>
      </w:r>
      <w:proofErr w:type="spellStart"/>
      <w:proofErr w:type="gramStart"/>
      <w:r w:rsidR="0008603B">
        <w:t>Alergeny</w:t>
      </w:r>
      <w:proofErr w:type="spellEnd"/>
      <w:r w:rsidR="0008603B">
        <w:t>(</w:t>
      </w:r>
      <w:proofErr w:type="gramEnd"/>
      <w:r w:rsidR="005B63B5">
        <w:t>1</w:t>
      </w:r>
      <w:r w:rsidR="0008603B">
        <w:t>,</w:t>
      </w:r>
      <w:r w:rsidR="00DC3A6B">
        <w:t>4,</w:t>
      </w:r>
      <w:r w:rsidR="0008603B">
        <w:t>7)</w:t>
      </w:r>
    </w:p>
    <w:p w14:paraId="12DBC35A" w14:textId="63EEFBC4" w:rsidR="004E3AA1" w:rsidRPr="00110DF9" w:rsidRDefault="004E3AA1" w:rsidP="004E3AA1">
      <w:pPr>
        <w:spacing w:after="40"/>
        <w:rPr>
          <w:bCs/>
        </w:rPr>
      </w:pPr>
      <w:r>
        <w:t xml:space="preserve">    </w:t>
      </w:r>
      <w:proofErr w:type="spellStart"/>
      <w:r>
        <w:rPr>
          <w:b/>
        </w:rPr>
        <w:t>Svačina</w:t>
      </w:r>
      <w:proofErr w:type="spellEnd"/>
      <w:r w:rsidR="00A95FAD">
        <w:rPr>
          <w:b/>
        </w:rPr>
        <w:t xml:space="preserve">: </w:t>
      </w:r>
      <w:proofErr w:type="spellStart"/>
      <w:r w:rsidR="00761BCB">
        <w:rPr>
          <w:bCs/>
        </w:rPr>
        <w:t>Z</w:t>
      </w:r>
      <w:r w:rsidR="00DC3A6B" w:rsidRPr="00DC3A6B">
        <w:rPr>
          <w:bCs/>
        </w:rPr>
        <w:t>apečen</w:t>
      </w:r>
      <w:r w:rsidR="00761BCB">
        <w:rPr>
          <w:bCs/>
        </w:rPr>
        <w:t>ý</w:t>
      </w:r>
      <w:proofErr w:type="spellEnd"/>
      <w:r w:rsidR="00DC3A6B" w:rsidRPr="00DC3A6B">
        <w:rPr>
          <w:bCs/>
        </w:rPr>
        <w:t xml:space="preserve"> </w:t>
      </w:r>
      <w:proofErr w:type="spellStart"/>
      <w:r w:rsidR="00DC3A6B" w:rsidRPr="00DC3A6B">
        <w:rPr>
          <w:bCs/>
        </w:rPr>
        <w:t>toastový</w:t>
      </w:r>
      <w:proofErr w:type="spellEnd"/>
      <w:r w:rsidR="00DC3A6B" w:rsidRPr="00DC3A6B">
        <w:rPr>
          <w:bCs/>
        </w:rPr>
        <w:t xml:space="preserve"> </w:t>
      </w:r>
      <w:proofErr w:type="spellStart"/>
      <w:r w:rsidR="00DC3A6B" w:rsidRPr="00DC3A6B">
        <w:rPr>
          <w:bCs/>
        </w:rPr>
        <w:t>chléb</w:t>
      </w:r>
      <w:proofErr w:type="spellEnd"/>
      <w:r w:rsidR="00DC3A6B" w:rsidRPr="00DC3A6B">
        <w:rPr>
          <w:bCs/>
        </w:rPr>
        <w:t xml:space="preserve"> </w:t>
      </w:r>
      <w:proofErr w:type="spellStart"/>
      <w:r w:rsidR="00DC3A6B" w:rsidRPr="00DC3A6B">
        <w:rPr>
          <w:bCs/>
        </w:rPr>
        <w:t>ve</w:t>
      </w:r>
      <w:proofErr w:type="spellEnd"/>
      <w:r w:rsidR="00DC3A6B" w:rsidRPr="00DC3A6B">
        <w:rPr>
          <w:bCs/>
        </w:rPr>
        <w:t xml:space="preserve"> </w:t>
      </w:r>
      <w:proofErr w:type="spellStart"/>
      <w:r w:rsidR="00DC3A6B" w:rsidRPr="00DC3A6B">
        <w:rPr>
          <w:bCs/>
        </w:rPr>
        <w:t>vajíčku</w:t>
      </w:r>
      <w:proofErr w:type="spellEnd"/>
      <w:r w:rsidR="00DC3A6B" w:rsidRPr="00DC3A6B">
        <w:rPr>
          <w:bCs/>
        </w:rPr>
        <w:t xml:space="preserve">, </w:t>
      </w:r>
      <w:proofErr w:type="spellStart"/>
      <w:r w:rsidR="00DC3A6B">
        <w:rPr>
          <w:bCs/>
        </w:rPr>
        <w:t>čerstvá</w:t>
      </w:r>
      <w:proofErr w:type="spellEnd"/>
      <w:r w:rsidR="00DC3A6B">
        <w:rPr>
          <w:bCs/>
        </w:rPr>
        <w:t xml:space="preserve"> </w:t>
      </w:r>
      <w:proofErr w:type="spellStart"/>
      <w:proofErr w:type="gramStart"/>
      <w:r w:rsidR="00DC3A6B" w:rsidRPr="00DC3A6B">
        <w:rPr>
          <w:bCs/>
        </w:rPr>
        <w:t>zelenina</w:t>
      </w:r>
      <w:r w:rsidR="0008603B">
        <w:rPr>
          <w:bCs/>
        </w:rPr>
        <w:t>,</w:t>
      </w:r>
      <w:r w:rsidR="00523320">
        <w:rPr>
          <w:bCs/>
        </w:rPr>
        <w:t>čaj</w:t>
      </w:r>
      <w:proofErr w:type="gramEnd"/>
      <w:r w:rsidR="00523320">
        <w:rPr>
          <w:bCs/>
        </w:rPr>
        <w:t>,mléko</w:t>
      </w:r>
      <w:proofErr w:type="spellEnd"/>
      <w:r w:rsidR="0008603B">
        <w:rPr>
          <w:bCs/>
        </w:rPr>
        <w:t xml:space="preserve"> Alergeny(1,</w:t>
      </w:r>
      <w:r w:rsidR="00DC3A6B">
        <w:rPr>
          <w:bCs/>
        </w:rPr>
        <w:t>3,</w:t>
      </w:r>
      <w:r w:rsidR="0008603B">
        <w:rPr>
          <w:bCs/>
        </w:rPr>
        <w:t>7)</w:t>
      </w:r>
    </w:p>
    <w:p w14:paraId="13E202E7" w14:textId="77777777" w:rsidR="004E3AA1" w:rsidRDefault="004E3AA1" w:rsidP="004E3AA1">
      <w:proofErr w:type="spellStart"/>
      <w:r>
        <w:rPr>
          <w:b/>
        </w:rPr>
        <w:t>Úterý</w:t>
      </w:r>
      <w:proofErr w:type="spellEnd"/>
    </w:p>
    <w:p w14:paraId="60961C07" w14:textId="07706B2A" w:rsidR="004E3AA1" w:rsidRDefault="004E3AA1" w:rsidP="004E3AA1">
      <w:pPr>
        <w:spacing w:after="40"/>
        <w:ind w:left="240"/>
      </w:pPr>
      <w:proofErr w:type="spellStart"/>
      <w:r>
        <w:rPr>
          <w:b/>
        </w:rPr>
        <w:t>Přesnídávka</w:t>
      </w:r>
      <w:proofErr w:type="spellEnd"/>
      <w:r>
        <w:rPr>
          <w:b/>
        </w:rPr>
        <w:t xml:space="preserve">: </w:t>
      </w:r>
      <w:proofErr w:type="spellStart"/>
      <w:r w:rsidR="00DC3A6B" w:rsidRPr="00DC3A6B">
        <w:rPr>
          <w:bCs/>
        </w:rPr>
        <w:t>Veka</w:t>
      </w:r>
      <w:proofErr w:type="spellEnd"/>
      <w:r w:rsidR="00DC3A6B" w:rsidRPr="00DC3A6B">
        <w:rPr>
          <w:bCs/>
        </w:rPr>
        <w:t xml:space="preserve"> s</w:t>
      </w:r>
      <w:r w:rsidR="00DC3A6B">
        <w:rPr>
          <w:b/>
        </w:rPr>
        <w:t xml:space="preserve"> </w:t>
      </w:r>
      <w:proofErr w:type="spellStart"/>
      <w:r w:rsidR="00413EF7">
        <w:t>pomazánko</w:t>
      </w:r>
      <w:r w:rsidR="00892878">
        <w:t>u</w:t>
      </w:r>
      <w:proofErr w:type="spellEnd"/>
      <w:r w:rsidR="00892878">
        <w:t xml:space="preserve"> z </w:t>
      </w:r>
      <w:proofErr w:type="spellStart"/>
      <w:r w:rsidR="00892878">
        <w:t>kozího</w:t>
      </w:r>
      <w:proofErr w:type="spellEnd"/>
      <w:r w:rsidR="00892878">
        <w:t xml:space="preserve"> </w:t>
      </w:r>
      <w:proofErr w:type="spellStart"/>
      <w:r w:rsidR="00892878">
        <w:t>sýru</w:t>
      </w:r>
      <w:proofErr w:type="spellEnd"/>
      <w:r>
        <w:t xml:space="preserve">, </w:t>
      </w:r>
      <w:proofErr w:type="spellStart"/>
      <w:r>
        <w:t>mléko</w:t>
      </w:r>
      <w:proofErr w:type="spellEnd"/>
      <w:r>
        <w:t xml:space="preserve">, </w:t>
      </w:r>
      <w:proofErr w:type="spellStart"/>
      <w:r w:rsidR="00DC3A6B">
        <w:t>mandarinka</w:t>
      </w:r>
      <w:proofErr w:type="spellEnd"/>
      <w:r w:rsidR="0008603B">
        <w:t xml:space="preserve">, </w:t>
      </w:r>
      <w:proofErr w:type="spellStart"/>
      <w:proofErr w:type="gramStart"/>
      <w:r w:rsidR="0008603B">
        <w:t>Alergeny</w:t>
      </w:r>
      <w:proofErr w:type="spellEnd"/>
      <w:r w:rsidR="0008603B">
        <w:t>(</w:t>
      </w:r>
      <w:proofErr w:type="gramEnd"/>
      <w:r w:rsidR="0008603B">
        <w:t>1,7)</w:t>
      </w:r>
    </w:p>
    <w:p w14:paraId="79BE16A6" w14:textId="380161A5" w:rsidR="004E3AA1" w:rsidRDefault="004E3AA1" w:rsidP="004E3AA1">
      <w:pPr>
        <w:spacing w:after="40"/>
        <w:ind w:left="240"/>
      </w:pPr>
      <w:proofErr w:type="spellStart"/>
      <w:r>
        <w:rPr>
          <w:b/>
        </w:rPr>
        <w:t>Polévka</w:t>
      </w:r>
      <w:proofErr w:type="spellEnd"/>
      <w:r>
        <w:rPr>
          <w:b/>
        </w:rPr>
        <w:t xml:space="preserve">: </w:t>
      </w:r>
      <w:proofErr w:type="spellStart"/>
      <w:r w:rsidR="00DC3A6B">
        <w:rPr>
          <w:bCs/>
        </w:rPr>
        <w:t>Mrkvová</w:t>
      </w:r>
      <w:proofErr w:type="spellEnd"/>
      <w:r w:rsidR="00DC3A6B">
        <w:rPr>
          <w:bCs/>
        </w:rPr>
        <w:t xml:space="preserve"> s </w:t>
      </w:r>
      <w:proofErr w:type="spellStart"/>
      <w:proofErr w:type="gramStart"/>
      <w:r w:rsidR="00DC3A6B">
        <w:rPr>
          <w:bCs/>
        </w:rPr>
        <w:t>kuskusem</w:t>
      </w:r>
      <w:proofErr w:type="spellEnd"/>
      <w:r w:rsidR="00A95FAD">
        <w:rPr>
          <w:bCs/>
        </w:rPr>
        <w:t xml:space="preserve"> </w:t>
      </w:r>
      <w:r w:rsidR="0008603B">
        <w:rPr>
          <w:bCs/>
        </w:rPr>
        <w:t>,</w:t>
      </w:r>
      <w:proofErr w:type="gramEnd"/>
      <w:r w:rsidR="0008603B">
        <w:rPr>
          <w:bCs/>
        </w:rPr>
        <w:t xml:space="preserve"> </w:t>
      </w:r>
      <w:proofErr w:type="spellStart"/>
      <w:r w:rsidR="0008603B">
        <w:rPr>
          <w:bCs/>
        </w:rPr>
        <w:t>Alergeny</w:t>
      </w:r>
      <w:proofErr w:type="spellEnd"/>
      <w:r w:rsidR="0008603B">
        <w:rPr>
          <w:bCs/>
        </w:rPr>
        <w:t>(</w:t>
      </w:r>
      <w:r w:rsidR="000E06CE">
        <w:rPr>
          <w:bCs/>
        </w:rPr>
        <w:t>1,7,</w:t>
      </w:r>
      <w:r w:rsidR="0008603B">
        <w:rPr>
          <w:bCs/>
        </w:rPr>
        <w:t>9)</w:t>
      </w:r>
    </w:p>
    <w:p w14:paraId="0C77E3E8" w14:textId="6C73BB66" w:rsidR="004E3AA1" w:rsidRDefault="004E3AA1" w:rsidP="004E3AA1">
      <w:pPr>
        <w:spacing w:after="40"/>
        <w:ind w:left="240"/>
      </w:pPr>
      <w:proofErr w:type="spellStart"/>
      <w:r>
        <w:rPr>
          <w:b/>
        </w:rPr>
        <w:t>Hlavní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chod</w:t>
      </w:r>
      <w:proofErr w:type="spellEnd"/>
      <w:r>
        <w:rPr>
          <w:b/>
        </w:rPr>
        <w:t xml:space="preserve">: </w:t>
      </w:r>
      <w:proofErr w:type="spellStart"/>
      <w:r w:rsidR="00DC3A6B">
        <w:t>Kuřecí</w:t>
      </w:r>
      <w:proofErr w:type="spellEnd"/>
      <w:r w:rsidR="00DC3A6B">
        <w:t xml:space="preserve"> </w:t>
      </w:r>
      <w:proofErr w:type="spellStart"/>
      <w:r w:rsidR="00DC3A6B">
        <w:t>ragů</w:t>
      </w:r>
      <w:proofErr w:type="spellEnd"/>
      <w:r w:rsidR="00DC3A6B">
        <w:t>,</w:t>
      </w:r>
      <w:r w:rsidR="00EB59B6">
        <w:t xml:space="preserve"> </w:t>
      </w:r>
      <w:proofErr w:type="spellStart"/>
      <w:r w:rsidR="00DC3A6B">
        <w:t>luštěninové</w:t>
      </w:r>
      <w:proofErr w:type="spellEnd"/>
      <w:r w:rsidR="00DC3A6B">
        <w:t xml:space="preserve"> </w:t>
      </w:r>
      <w:proofErr w:type="spellStart"/>
      <w:r w:rsidR="00DC3A6B">
        <w:t>těstoviny</w:t>
      </w:r>
      <w:proofErr w:type="spellEnd"/>
      <w:r w:rsidR="00DC3A6B">
        <w:t xml:space="preserve">, </w:t>
      </w:r>
      <w:proofErr w:type="spellStart"/>
      <w:r w:rsidR="00DC3A6B">
        <w:t>ovocný</w:t>
      </w:r>
      <w:proofErr w:type="spellEnd"/>
      <w:r w:rsidR="00DC3A6B">
        <w:t xml:space="preserve"> </w:t>
      </w:r>
      <w:proofErr w:type="spellStart"/>
      <w:r w:rsidR="00DC3A6B">
        <w:t>kompot</w:t>
      </w:r>
      <w:proofErr w:type="spellEnd"/>
      <w:r w:rsidR="00E648DE">
        <w:t>,</w:t>
      </w:r>
      <w:r w:rsidR="0008603B">
        <w:t xml:space="preserve"> </w:t>
      </w:r>
      <w:proofErr w:type="spellStart"/>
      <w:proofErr w:type="gramStart"/>
      <w:r w:rsidR="0008603B">
        <w:t>Alergeny</w:t>
      </w:r>
      <w:proofErr w:type="spellEnd"/>
      <w:r w:rsidR="0008603B">
        <w:t>(</w:t>
      </w:r>
      <w:proofErr w:type="gramEnd"/>
      <w:r w:rsidR="0008603B">
        <w:t>1,7)</w:t>
      </w:r>
    </w:p>
    <w:p w14:paraId="6E6EE9A9" w14:textId="216E0AC5" w:rsidR="004E3AA1" w:rsidRDefault="004E3AA1" w:rsidP="004E3AA1">
      <w:pPr>
        <w:spacing w:after="40"/>
        <w:ind w:left="240"/>
      </w:pPr>
      <w:proofErr w:type="spellStart"/>
      <w:r>
        <w:rPr>
          <w:b/>
        </w:rPr>
        <w:t>Svačina</w:t>
      </w:r>
      <w:proofErr w:type="spellEnd"/>
      <w:r>
        <w:rPr>
          <w:b/>
        </w:rPr>
        <w:t xml:space="preserve">: </w:t>
      </w:r>
      <w:proofErr w:type="spellStart"/>
      <w:r w:rsidR="00DC3A6B">
        <w:t>P</w:t>
      </w:r>
      <w:r w:rsidR="00523320">
        <w:t>omazánk</w:t>
      </w:r>
      <w:r w:rsidR="00DC3A6B">
        <w:t>a</w:t>
      </w:r>
      <w:proofErr w:type="spellEnd"/>
      <w:r w:rsidR="00DC3A6B">
        <w:t xml:space="preserve"> z </w:t>
      </w:r>
      <w:proofErr w:type="spellStart"/>
      <w:r w:rsidR="00DC3A6B">
        <w:t>Ajvaru</w:t>
      </w:r>
      <w:proofErr w:type="spellEnd"/>
      <w:r w:rsidR="00EB59B6">
        <w:t xml:space="preserve">, </w:t>
      </w:r>
      <w:proofErr w:type="spellStart"/>
      <w:r w:rsidR="00DC3A6B">
        <w:t>podm</w:t>
      </w:r>
      <w:r w:rsidR="00EB59B6">
        <w:t>ás</w:t>
      </w:r>
      <w:r w:rsidR="00DC3A6B">
        <w:t>lový</w:t>
      </w:r>
      <w:proofErr w:type="spellEnd"/>
      <w:r w:rsidR="00DC3A6B">
        <w:t xml:space="preserve"> </w:t>
      </w:r>
      <w:proofErr w:type="spellStart"/>
      <w:r w:rsidR="00DC3A6B">
        <w:t>chléb</w:t>
      </w:r>
      <w:proofErr w:type="spellEnd"/>
      <w:r>
        <w:t xml:space="preserve">, </w:t>
      </w:r>
      <w:proofErr w:type="spellStart"/>
      <w:r w:rsidR="00B43687">
        <w:t>jablko</w:t>
      </w:r>
      <w:proofErr w:type="spellEnd"/>
      <w:r w:rsidR="00B43687">
        <w:t xml:space="preserve">, </w:t>
      </w:r>
      <w:proofErr w:type="spellStart"/>
      <w:r w:rsidR="00B43687">
        <w:t>čaj</w:t>
      </w:r>
      <w:proofErr w:type="spellEnd"/>
      <w:r w:rsidR="00B43687">
        <w:t xml:space="preserve">, </w:t>
      </w:r>
      <w:proofErr w:type="spellStart"/>
      <w:r w:rsidR="00B43687">
        <w:t>mléko</w:t>
      </w:r>
      <w:proofErr w:type="spellEnd"/>
      <w:r w:rsidR="0008603B">
        <w:t xml:space="preserve">, </w:t>
      </w:r>
      <w:proofErr w:type="spellStart"/>
      <w:proofErr w:type="gramStart"/>
      <w:r w:rsidR="0008603B">
        <w:t>Alergeny</w:t>
      </w:r>
      <w:proofErr w:type="spellEnd"/>
      <w:r w:rsidR="0008603B">
        <w:t>(</w:t>
      </w:r>
      <w:proofErr w:type="gramEnd"/>
      <w:r w:rsidR="0008603B">
        <w:t>1,7)</w:t>
      </w:r>
    </w:p>
    <w:p w14:paraId="3006E2F2" w14:textId="77777777" w:rsidR="004E3AA1" w:rsidRDefault="004E3AA1" w:rsidP="004E3AA1">
      <w:proofErr w:type="spellStart"/>
      <w:r>
        <w:rPr>
          <w:b/>
        </w:rPr>
        <w:t>Středa</w:t>
      </w:r>
      <w:proofErr w:type="spellEnd"/>
    </w:p>
    <w:p w14:paraId="133D1CA2" w14:textId="7B3B37AA" w:rsidR="004E3AA1" w:rsidRPr="00B43687" w:rsidRDefault="004E3AA1" w:rsidP="004E3AA1">
      <w:pPr>
        <w:spacing w:after="40"/>
        <w:ind w:left="240"/>
        <w:rPr>
          <w:bCs/>
        </w:rPr>
      </w:pPr>
      <w:proofErr w:type="spellStart"/>
      <w:r>
        <w:rPr>
          <w:b/>
        </w:rPr>
        <w:t>Přesnídávka</w:t>
      </w:r>
      <w:proofErr w:type="spellEnd"/>
      <w:r w:rsidR="00B43687">
        <w:rPr>
          <w:b/>
        </w:rPr>
        <w:t>:</w:t>
      </w:r>
      <w:r w:rsidR="00892878">
        <w:rPr>
          <w:b/>
        </w:rPr>
        <w:t xml:space="preserve"> </w:t>
      </w:r>
      <w:proofErr w:type="spellStart"/>
      <w:r w:rsidR="00892878">
        <w:rPr>
          <w:bCs/>
        </w:rPr>
        <w:t>Ovesná</w:t>
      </w:r>
      <w:proofErr w:type="spellEnd"/>
      <w:r w:rsidR="00892878">
        <w:rPr>
          <w:bCs/>
        </w:rPr>
        <w:t xml:space="preserve"> </w:t>
      </w:r>
      <w:proofErr w:type="spellStart"/>
      <w:r w:rsidR="00892878">
        <w:rPr>
          <w:bCs/>
        </w:rPr>
        <w:t>kaše</w:t>
      </w:r>
      <w:proofErr w:type="spellEnd"/>
      <w:r w:rsidR="00892878">
        <w:rPr>
          <w:bCs/>
        </w:rPr>
        <w:t xml:space="preserve"> s </w:t>
      </w:r>
      <w:proofErr w:type="spellStart"/>
      <w:r w:rsidR="00892878">
        <w:rPr>
          <w:bCs/>
        </w:rPr>
        <w:t>ovocem</w:t>
      </w:r>
      <w:proofErr w:type="spellEnd"/>
      <w:r w:rsidR="00892878">
        <w:rPr>
          <w:bCs/>
        </w:rPr>
        <w:t xml:space="preserve"> a </w:t>
      </w:r>
      <w:proofErr w:type="spellStart"/>
      <w:r w:rsidR="00892878">
        <w:rPr>
          <w:bCs/>
        </w:rPr>
        <w:t>čekankovým</w:t>
      </w:r>
      <w:proofErr w:type="spellEnd"/>
      <w:r w:rsidR="00892878">
        <w:rPr>
          <w:bCs/>
        </w:rPr>
        <w:t xml:space="preserve"> </w:t>
      </w:r>
      <w:proofErr w:type="spellStart"/>
      <w:r w:rsidR="00892878">
        <w:rPr>
          <w:bCs/>
        </w:rPr>
        <w:t>sirupem</w:t>
      </w:r>
      <w:proofErr w:type="spellEnd"/>
      <w:r w:rsidR="00892878">
        <w:rPr>
          <w:bCs/>
        </w:rPr>
        <w:t xml:space="preserve"> </w:t>
      </w:r>
      <w:r w:rsidR="00B43687" w:rsidRPr="000343BE">
        <w:rPr>
          <w:bCs/>
        </w:rPr>
        <w:t>,</w:t>
      </w:r>
      <w:proofErr w:type="spellStart"/>
      <w:r w:rsidR="00B43687">
        <w:rPr>
          <w:bCs/>
        </w:rPr>
        <w:t>čaj</w:t>
      </w:r>
      <w:proofErr w:type="spellEnd"/>
      <w:r w:rsidR="00B43687">
        <w:rPr>
          <w:bCs/>
        </w:rPr>
        <w:t xml:space="preserve">, </w:t>
      </w:r>
      <w:proofErr w:type="spellStart"/>
      <w:r w:rsidR="00F00235">
        <w:rPr>
          <w:bCs/>
        </w:rPr>
        <w:t>mléko</w:t>
      </w:r>
      <w:proofErr w:type="spellEnd"/>
      <w:r w:rsidR="0008603B">
        <w:rPr>
          <w:bCs/>
        </w:rPr>
        <w:t xml:space="preserve">, </w:t>
      </w:r>
      <w:proofErr w:type="spellStart"/>
      <w:r w:rsidR="0008603B">
        <w:rPr>
          <w:bCs/>
        </w:rPr>
        <w:t>Alergeny</w:t>
      </w:r>
      <w:proofErr w:type="spellEnd"/>
      <w:r w:rsidR="0008603B">
        <w:rPr>
          <w:bCs/>
        </w:rPr>
        <w:t>(1,7)</w:t>
      </w:r>
    </w:p>
    <w:p w14:paraId="2A80279A" w14:textId="546F20FD" w:rsidR="004E3AA1" w:rsidRDefault="004E3AA1" w:rsidP="004E3AA1">
      <w:pPr>
        <w:spacing w:after="40"/>
        <w:ind w:left="240"/>
      </w:pPr>
      <w:proofErr w:type="spellStart"/>
      <w:r>
        <w:rPr>
          <w:b/>
        </w:rPr>
        <w:t>Polévka</w:t>
      </w:r>
      <w:proofErr w:type="spellEnd"/>
      <w:r>
        <w:rPr>
          <w:b/>
        </w:rPr>
        <w:t xml:space="preserve">: </w:t>
      </w:r>
      <w:proofErr w:type="spellStart"/>
      <w:r w:rsidR="00DC3A6B">
        <w:t>Kmínová</w:t>
      </w:r>
      <w:proofErr w:type="spellEnd"/>
      <w:r w:rsidR="00DC3A6B">
        <w:t xml:space="preserve"> s </w:t>
      </w:r>
      <w:proofErr w:type="spellStart"/>
      <w:r w:rsidR="00DC3A6B">
        <w:t>červenou</w:t>
      </w:r>
      <w:proofErr w:type="spellEnd"/>
      <w:r w:rsidR="00DC3A6B">
        <w:t xml:space="preserve"> </w:t>
      </w:r>
      <w:proofErr w:type="spellStart"/>
      <w:r w:rsidR="00DC3A6B">
        <w:t>čočkou</w:t>
      </w:r>
      <w:proofErr w:type="spellEnd"/>
      <w:r w:rsidR="0008603B">
        <w:t xml:space="preserve">, </w:t>
      </w:r>
      <w:proofErr w:type="spellStart"/>
      <w:proofErr w:type="gramStart"/>
      <w:r w:rsidR="0008603B">
        <w:t>Alergeny</w:t>
      </w:r>
      <w:proofErr w:type="spellEnd"/>
      <w:r w:rsidR="0008603B">
        <w:t>(</w:t>
      </w:r>
      <w:proofErr w:type="gramEnd"/>
      <w:r w:rsidR="00DC3A6B">
        <w:t>1</w:t>
      </w:r>
      <w:r w:rsidR="000E06CE">
        <w:t>,</w:t>
      </w:r>
      <w:r w:rsidR="0008603B">
        <w:t>7</w:t>
      </w:r>
      <w:r w:rsidR="00D6398D">
        <w:t>,9</w:t>
      </w:r>
      <w:r w:rsidR="0008603B">
        <w:t>)</w:t>
      </w:r>
    </w:p>
    <w:p w14:paraId="117C13FE" w14:textId="371F6FDF" w:rsidR="004E3AA1" w:rsidRDefault="004E3AA1" w:rsidP="004E3AA1">
      <w:pPr>
        <w:spacing w:after="40"/>
        <w:ind w:left="240"/>
      </w:pPr>
      <w:proofErr w:type="spellStart"/>
      <w:r>
        <w:rPr>
          <w:b/>
        </w:rPr>
        <w:t>Hlavní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chod</w:t>
      </w:r>
      <w:proofErr w:type="spellEnd"/>
      <w:r>
        <w:rPr>
          <w:b/>
        </w:rPr>
        <w:t xml:space="preserve">: </w:t>
      </w:r>
      <w:proofErr w:type="spellStart"/>
      <w:r w:rsidR="00DC3A6B">
        <w:t>Vepřové</w:t>
      </w:r>
      <w:proofErr w:type="spellEnd"/>
      <w:r w:rsidR="00DC3A6B">
        <w:t xml:space="preserve"> </w:t>
      </w:r>
      <w:proofErr w:type="spellStart"/>
      <w:r w:rsidR="00DC3A6B">
        <w:t>nudličky</w:t>
      </w:r>
      <w:proofErr w:type="spellEnd"/>
      <w:r w:rsidR="00DC3A6B">
        <w:t xml:space="preserve"> v </w:t>
      </w:r>
      <w:proofErr w:type="spellStart"/>
      <w:proofErr w:type="gramStart"/>
      <w:r w:rsidR="00DC3A6B">
        <w:t>mrkvi</w:t>
      </w:r>
      <w:r w:rsidR="00E648DE">
        <w:t>,vařené</w:t>
      </w:r>
      <w:proofErr w:type="spellEnd"/>
      <w:proofErr w:type="gramEnd"/>
      <w:r w:rsidR="00E648DE">
        <w:t xml:space="preserve"> </w:t>
      </w:r>
      <w:proofErr w:type="spellStart"/>
      <w:r w:rsidR="00E648DE">
        <w:t>brambory</w:t>
      </w:r>
      <w:proofErr w:type="spellEnd"/>
      <w:r w:rsidR="00D6398D">
        <w:t>,</w:t>
      </w:r>
      <w:r w:rsidR="0008603B">
        <w:t xml:space="preserve"> </w:t>
      </w:r>
      <w:proofErr w:type="spellStart"/>
      <w:r w:rsidR="00DC3A6B">
        <w:t>zeleninka,</w:t>
      </w:r>
      <w:r w:rsidR="0008603B">
        <w:t>Alergeny</w:t>
      </w:r>
      <w:proofErr w:type="spellEnd"/>
      <w:r w:rsidR="0008603B">
        <w:t>(</w:t>
      </w:r>
      <w:r w:rsidR="005B63B5">
        <w:t>1,</w:t>
      </w:r>
      <w:r w:rsidR="0008603B">
        <w:t>7)</w:t>
      </w:r>
    </w:p>
    <w:p w14:paraId="6017B0F7" w14:textId="18316FEB" w:rsidR="004E3AA1" w:rsidRDefault="004E3AA1" w:rsidP="004E3AA1">
      <w:pPr>
        <w:spacing w:after="40"/>
        <w:ind w:left="240"/>
      </w:pPr>
      <w:proofErr w:type="spellStart"/>
      <w:r>
        <w:rPr>
          <w:b/>
        </w:rPr>
        <w:t>Svačina</w:t>
      </w:r>
      <w:proofErr w:type="spellEnd"/>
      <w:r>
        <w:rPr>
          <w:b/>
        </w:rPr>
        <w:t xml:space="preserve">: </w:t>
      </w:r>
      <w:r w:rsidR="00413EF7">
        <w:rPr>
          <w:bCs/>
        </w:rPr>
        <w:t xml:space="preserve">Chia </w:t>
      </w:r>
      <w:proofErr w:type="spellStart"/>
      <w:r w:rsidR="00413EF7">
        <w:rPr>
          <w:bCs/>
        </w:rPr>
        <w:t>chléb</w:t>
      </w:r>
      <w:proofErr w:type="spellEnd"/>
      <w:r w:rsidR="00413EF7">
        <w:rPr>
          <w:bCs/>
        </w:rPr>
        <w:t xml:space="preserve"> se </w:t>
      </w:r>
      <w:proofErr w:type="spellStart"/>
      <w:r w:rsidR="00413EF7">
        <w:rPr>
          <w:bCs/>
        </w:rPr>
        <w:t>smetanovou</w:t>
      </w:r>
      <w:proofErr w:type="spellEnd"/>
      <w:r w:rsidR="00413EF7">
        <w:rPr>
          <w:bCs/>
        </w:rPr>
        <w:t xml:space="preserve"> </w:t>
      </w:r>
      <w:proofErr w:type="spellStart"/>
      <w:r w:rsidR="00413EF7">
        <w:rPr>
          <w:bCs/>
        </w:rPr>
        <w:t>pomazánkou</w:t>
      </w:r>
      <w:proofErr w:type="spellEnd"/>
      <w:r>
        <w:t xml:space="preserve">, </w:t>
      </w:r>
      <w:proofErr w:type="spellStart"/>
      <w:r w:rsidR="00605DE8">
        <w:t>banán</w:t>
      </w:r>
      <w:proofErr w:type="spellEnd"/>
      <w:r w:rsidR="00F00235">
        <w:t>,</w:t>
      </w:r>
      <w:r>
        <w:t xml:space="preserve"> </w:t>
      </w:r>
      <w:proofErr w:type="spellStart"/>
      <w:r>
        <w:t>čaj</w:t>
      </w:r>
      <w:proofErr w:type="spellEnd"/>
      <w:r>
        <w:t xml:space="preserve">, </w:t>
      </w:r>
      <w:proofErr w:type="spellStart"/>
      <w:r>
        <w:t>mléko</w:t>
      </w:r>
      <w:proofErr w:type="spellEnd"/>
      <w:r w:rsidR="0008603B">
        <w:t xml:space="preserve">, </w:t>
      </w:r>
      <w:proofErr w:type="spellStart"/>
      <w:proofErr w:type="gramStart"/>
      <w:r w:rsidR="0008603B">
        <w:t>Alergeny</w:t>
      </w:r>
      <w:proofErr w:type="spellEnd"/>
      <w:r w:rsidR="0008603B">
        <w:t>(</w:t>
      </w:r>
      <w:proofErr w:type="gramEnd"/>
      <w:r w:rsidR="0008603B">
        <w:t>1,7)</w:t>
      </w:r>
    </w:p>
    <w:p w14:paraId="07ECEEB1" w14:textId="77777777" w:rsidR="004E3AA1" w:rsidRDefault="004E3AA1" w:rsidP="004E3AA1">
      <w:proofErr w:type="spellStart"/>
      <w:r>
        <w:rPr>
          <w:b/>
        </w:rPr>
        <w:t>Čtvrtek</w:t>
      </w:r>
      <w:proofErr w:type="spellEnd"/>
    </w:p>
    <w:p w14:paraId="278DB28D" w14:textId="785DE5F5" w:rsidR="004E3AA1" w:rsidRPr="006E7032" w:rsidRDefault="004E3AA1" w:rsidP="004E3AA1">
      <w:pPr>
        <w:spacing w:after="40"/>
        <w:ind w:left="240"/>
        <w:rPr>
          <w:bCs/>
        </w:rPr>
      </w:pPr>
      <w:proofErr w:type="spellStart"/>
      <w:r>
        <w:rPr>
          <w:b/>
        </w:rPr>
        <w:t>Přesnídávka</w:t>
      </w:r>
      <w:proofErr w:type="spellEnd"/>
      <w:r>
        <w:rPr>
          <w:b/>
        </w:rPr>
        <w:t>:</w:t>
      </w:r>
      <w:r w:rsidR="00892878" w:rsidRPr="00892878">
        <w:rPr>
          <w:bCs/>
        </w:rPr>
        <w:t xml:space="preserve"> </w:t>
      </w:r>
      <w:proofErr w:type="spellStart"/>
      <w:r w:rsidR="00892878">
        <w:rPr>
          <w:bCs/>
        </w:rPr>
        <w:t>Rohlík</w:t>
      </w:r>
      <w:proofErr w:type="spellEnd"/>
      <w:r w:rsidR="00892878">
        <w:rPr>
          <w:bCs/>
        </w:rPr>
        <w:t xml:space="preserve"> s </w:t>
      </w:r>
      <w:proofErr w:type="spellStart"/>
      <w:r w:rsidR="00892878">
        <w:rPr>
          <w:bCs/>
        </w:rPr>
        <w:t>máslem</w:t>
      </w:r>
      <w:proofErr w:type="spellEnd"/>
      <w:r w:rsidR="00892878">
        <w:rPr>
          <w:bCs/>
        </w:rPr>
        <w:t xml:space="preserve"> a </w:t>
      </w:r>
      <w:proofErr w:type="spellStart"/>
      <w:r w:rsidR="00892878">
        <w:rPr>
          <w:bCs/>
        </w:rPr>
        <w:t>pl</w:t>
      </w:r>
      <w:r w:rsidR="00EB59B6">
        <w:rPr>
          <w:bCs/>
        </w:rPr>
        <w:t>á</w:t>
      </w:r>
      <w:r w:rsidR="00892878">
        <w:rPr>
          <w:bCs/>
        </w:rPr>
        <w:t>tkovou</w:t>
      </w:r>
      <w:proofErr w:type="spellEnd"/>
      <w:r w:rsidR="00892878">
        <w:rPr>
          <w:bCs/>
        </w:rPr>
        <w:t xml:space="preserve"> </w:t>
      </w:r>
      <w:proofErr w:type="spellStart"/>
      <w:r w:rsidR="00892878">
        <w:rPr>
          <w:bCs/>
        </w:rPr>
        <w:t>goudou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mléko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čaj</w:t>
      </w:r>
      <w:proofErr w:type="spellEnd"/>
      <w:r w:rsidR="0008603B">
        <w:rPr>
          <w:bCs/>
        </w:rPr>
        <w:t xml:space="preserve">, </w:t>
      </w:r>
      <w:proofErr w:type="spellStart"/>
      <w:proofErr w:type="gramStart"/>
      <w:r w:rsidR="0008603B">
        <w:rPr>
          <w:bCs/>
        </w:rPr>
        <w:t>Alergeny</w:t>
      </w:r>
      <w:proofErr w:type="spellEnd"/>
      <w:r w:rsidR="0008603B">
        <w:rPr>
          <w:bCs/>
        </w:rPr>
        <w:t>(</w:t>
      </w:r>
      <w:proofErr w:type="gramEnd"/>
      <w:r w:rsidR="0008603B">
        <w:rPr>
          <w:bCs/>
        </w:rPr>
        <w:t>1,</w:t>
      </w:r>
      <w:r w:rsidR="00605DE8">
        <w:rPr>
          <w:bCs/>
        </w:rPr>
        <w:t>4,</w:t>
      </w:r>
      <w:r w:rsidR="0008603B">
        <w:rPr>
          <w:bCs/>
        </w:rPr>
        <w:t>7)</w:t>
      </w:r>
    </w:p>
    <w:p w14:paraId="0207922F" w14:textId="332B6427" w:rsidR="004E3AA1" w:rsidRDefault="004E3AA1" w:rsidP="004E3AA1">
      <w:pPr>
        <w:spacing w:after="40"/>
        <w:ind w:left="240"/>
      </w:pPr>
      <w:proofErr w:type="spellStart"/>
      <w:r>
        <w:rPr>
          <w:b/>
        </w:rPr>
        <w:t>Polévka</w:t>
      </w:r>
      <w:proofErr w:type="spellEnd"/>
      <w:r>
        <w:rPr>
          <w:b/>
        </w:rPr>
        <w:t xml:space="preserve">: </w:t>
      </w:r>
      <w:proofErr w:type="spellStart"/>
      <w:r w:rsidR="00DC3A6B">
        <w:t>Rybí</w:t>
      </w:r>
      <w:proofErr w:type="spellEnd"/>
      <w:r w:rsidR="00DC3A6B">
        <w:t xml:space="preserve"> </w:t>
      </w:r>
      <w:proofErr w:type="spellStart"/>
      <w:r w:rsidR="00DC3A6B">
        <w:t>vývar</w:t>
      </w:r>
      <w:proofErr w:type="spellEnd"/>
      <w:r w:rsidR="00DC3A6B">
        <w:t xml:space="preserve"> se </w:t>
      </w:r>
      <w:proofErr w:type="spellStart"/>
      <w:r w:rsidR="00DC3A6B">
        <w:t>zeleninou</w:t>
      </w:r>
      <w:proofErr w:type="spellEnd"/>
      <w:r w:rsidR="0008603B">
        <w:t xml:space="preserve">, </w:t>
      </w:r>
      <w:proofErr w:type="spellStart"/>
      <w:proofErr w:type="gramStart"/>
      <w:r w:rsidR="0008603B">
        <w:t>Alergeny</w:t>
      </w:r>
      <w:proofErr w:type="spellEnd"/>
      <w:r w:rsidR="0008603B">
        <w:t>(</w:t>
      </w:r>
      <w:proofErr w:type="gramEnd"/>
      <w:r w:rsidR="005B63B5">
        <w:t>1,</w:t>
      </w:r>
      <w:r w:rsidR="00DC3A6B">
        <w:t>4</w:t>
      </w:r>
      <w:r w:rsidR="00D6398D">
        <w:t>,</w:t>
      </w:r>
      <w:r w:rsidR="0008603B">
        <w:t>9)</w:t>
      </w:r>
    </w:p>
    <w:p w14:paraId="777FC912" w14:textId="454BE668" w:rsidR="004E3AA1" w:rsidRDefault="004E3AA1" w:rsidP="004E3AA1">
      <w:pPr>
        <w:spacing w:after="40"/>
        <w:ind w:left="240"/>
      </w:pPr>
      <w:proofErr w:type="spellStart"/>
      <w:r>
        <w:rPr>
          <w:b/>
        </w:rPr>
        <w:t>Hlavní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chod</w:t>
      </w:r>
      <w:proofErr w:type="spellEnd"/>
      <w:r>
        <w:rPr>
          <w:b/>
        </w:rPr>
        <w:t xml:space="preserve">: </w:t>
      </w:r>
      <w:proofErr w:type="spellStart"/>
      <w:r w:rsidR="00F00235">
        <w:t>Hovězí</w:t>
      </w:r>
      <w:proofErr w:type="spellEnd"/>
      <w:r w:rsidR="00F00235">
        <w:t xml:space="preserve"> </w:t>
      </w:r>
      <w:proofErr w:type="spellStart"/>
      <w:r w:rsidR="00DC3A6B">
        <w:t>roštěná</w:t>
      </w:r>
      <w:proofErr w:type="spellEnd"/>
      <w:r w:rsidR="00DC3A6B">
        <w:t xml:space="preserve"> po </w:t>
      </w:r>
      <w:proofErr w:type="spellStart"/>
      <w:r w:rsidR="00DC3A6B">
        <w:t>Štěpánsku</w:t>
      </w:r>
      <w:proofErr w:type="spellEnd"/>
      <w:r w:rsidR="00DC3A6B">
        <w:t>,</w:t>
      </w:r>
      <w:r w:rsidR="00EB59B6">
        <w:t xml:space="preserve"> </w:t>
      </w:r>
      <w:proofErr w:type="spellStart"/>
      <w:proofErr w:type="gramStart"/>
      <w:r w:rsidR="00405504">
        <w:t>bulgur</w:t>
      </w:r>
      <w:r w:rsidR="00F00235">
        <w:t>,zeleninový</w:t>
      </w:r>
      <w:proofErr w:type="spellEnd"/>
      <w:proofErr w:type="gramEnd"/>
      <w:r w:rsidR="00F00235">
        <w:t xml:space="preserve"> </w:t>
      </w:r>
      <w:proofErr w:type="spellStart"/>
      <w:r w:rsidR="00F00235">
        <w:t>salátek</w:t>
      </w:r>
      <w:proofErr w:type="spellEnd"/>
      <w:r w:rsidR="0008603B">
        <w:t xml:space="preserve"> </w:t>
      </w:r>
      <w:proofErr w:type="spellStart"/>
      <w:r w:rsidR="0008603B">
        <w:t>Alergeny</w:t>
      </w:r>
      <w:proofErr w:type="spellEnd"/>
      <w:r w:rsidR="0008603B">
        <w:t>(1,7</w:t>
      </w:r>
      <w:r w:rsidR="000E06CE">
        <w:t>,9</w:t>
      </w:r>
      <w:r w:rsidR="0008603B">
        <w:t>)</w:t>
      </w:r>
    </w:p>
    <w:p w14:paraId="50E0903A" w14:textId="18B806AA" w:rsidR="00044DE2" w:rsidRDefault="004E3AA1" w:rsidP="00D6398D">
      <w:pPr>
        <w:spacing w:after="40"/>
        <w:ind w:left="240"/>
        <w:rPr>
          <w:bCs/>
        </w:rPr>
      </w:pPr>
      <w:proofErr w:type="spellStart"/>
      <w:r>
        <w:rPr>
          <w:b/>
        </w:rPr>
        <w:t>Svačina</w:t>
      </w:r>
      <w:proofErr w:type="spellEnd"/>
      <w:r>
        <w:rPr>
          <w:b/>
        </w:rPr>
        <w:t xml:space="preserve">: </w:t>
      </w:r>
      <w:proofErr w:type="spellStart"/>
      <w:r w:rsidR="00413EF7">
        <w:rPr>
          <w:bCs/>
        </w:rPr>
        <w:t>C</w:t>
      </w:r>
      <w:r w:rsidR="00761BCB">
        <w:rPr>
          <w:bCs/>
        </w:rPr>
        <w:t>hléb</w:t>
      </w:r>
      <w:r w:rsidR="00413EF7">
        <w:rPr>
          <w:bCs/>
        </w:rPr>
        <w:t>ík</w:t>
      </w:r>
      <w:proofErr w:type="spellEnd"/>
      <w:r w:rsidR="00D6398D">
        <w:rPr>
          <w:bCs/>
        </w:rPr>
        <w:t xml:space="preserve"> </w:t>
      </w:r>
      <w:r w:rsidR="00F00235">
        <w:rPr>
          <w:bCs/>
        </w:rPr>
        <w:t>s</w:t>
      </w:r>
      <w:r w:rsidR="00413EF7">
        <w:rPr>
          <w:bCs/>
        </w:rPr>
        <w:t xml:space="preserve"> </w:t>
      </w:r>
      <w:proofErr w:type="spellStart"/>
      <w:r w:rsidR="00F00235">
        <w:rPr>
          <w:bCs/>
        </w:rPr>
        <w:t>pomazánkou</w:t>
      </w:r>
      <w:proofErr w:type="spellEnd"/>
      <w:r w:rsidR="00413EF7">
        <w:rPr>
          <w:bCs/>
        </w:rPr>
        <w:t xml:space="preserve"> z </w:t>
      </w:r>
      <w:proofErr w:type="spellStart"/>
      <w:r w:rsidR="00413EF7">
        <w:rPr>
          <w:bCs/>
        </w:rPr>
        <w:t>cizrny</w:t>
      </w:r>
      <w:proofErr w:type="spellEnd"/>
      <w:r w:rsidR="00413EF7">
        <w:rPr>
          <w:bCs/>
        </w:rPr>
        <w:t>,</w:t>
      </w:r>
      <w:r w:rsidR="00F00235">
        <w:rPr>
          <w:bCs/>
        </w:rPr>
        <w:t xml:space="preserve"> paprika</w:t>
      </w:r>
      <w:r w:rsidR="0008603B">
        <w:rPr>
          <w:bCs/>
        </w:rPr>
        <w:t xml:space="preserve">, </w:t>
      </w:r>
      <w:proofErr w:type="spellStart"/>
      <w:proofErr w:type="gramStart"/>
      <w:r w:rsidR="0008603B">
        <w:rPr>
          <w:bCs/>
        </w:rPr>
        <w:t>Alergeny</w:t>
      </w:r>
      <w:proofErr w:type="spellEnd"/>
      <w:r w:rsidR="0008603B">
        <w:rPr>
          <w:bCs/>
        </w:rPr>
        <w:t>(</w:t>
      </w:r>
      <w:proofErr w:type="gramEnd"/>
      <w:r w:rsidR="0008603B">
        <w:rPr>
          <w:bCs/>
        </w:rPr>
        <w:t>1,7)</w:t>
      </w:r>
    </w:p>
    <w:p w14:paraId="0F03283C" w14:textId="45BEDA9D" w:rsidR="00F00235" w:rsidRDefault="00F00235" w:rsidP="00D6398D">
      <w:pPr>
        <w:spacing w:after="40"/>
        <w:ind w:left="240"/>
        <w:rPr>
          <w:b/>
        </w:rPr>
      </w:pPr>
      <w:proofErr w:type="spellStart"/>
      <w:r>
        <w:rPr>
          <w:b/>
        </w:rPr>
        <w:t>Pátek</w:t>
      </w:r>
      <w:proofErr w:type="spellEnd"/>
    </w:p>
    <w:p w14:paraId="2D07376E" w14:textId="77777777" w:rsidR="00F00235" w:rsidRDefault="00F00235" w:rsidP="00D6398D">
      <w:pPr>
        <w:spacing w:after="40"/>
        <w:ind w:left="240"/>
        <w:rPr>
          <w:b/>
        </w:rPr>
      </w:pPr>
    </w:p>
    <w:p w14:paraId="3FCCFA00" w14:textId="6D8B9AC1" w:rsidR="00F00235" w:rsidRPr="00F00235" w:rsidRDefault="00F00235" w:rsidP="00D6398D">
      <w:pPr>
        <w:spacing w:after="40"/>
        <w:ind w:left="240"/>
        <w:rPr>
          <w:bCs/>
        </w:rPr>
      </w:pPr>
      <w:proofErr w:type="spellStart"/>
      <w:r>
        <w:rPr>
          <w:b/>
        </w:rPr>
        <w:t>Přesnídávka</w:t>
      </w:r>
      <w:proofErr w:type="spellEnd"/>
      <w:r>
        <w:rPr>
          <w:b/>
        </w:rPr>
        <w:t xml:space="preserve">: </w:t>
      </w:r>
      <w:r w:rsidR="00605DE8">
        <w:rPr>
          <w:b/>
        </w:rPr>
        <w:t xml:space="preserve"> </w:t>
      </w:r>
      <w:proofErr w:type="spellStart"/>
      <w:r w:rsidR="001F5227" w:rsidRPr="001F5227">
        <w:rPr>
          <w:bCs/>
        </w:rPr>
        <w:t>Vánočka</w:t>
      </w:r>
      <w:proofErr w:type="spellEnd"/>
      <w:r w:rsidR="001F5227" w:rsidRPr="001F5227">
        <w:rPr>
          <w:bCs/>
        </w:rPr>
        <w:t xml:space="preserve"> s </w:t>
      </w:r>
      <w:proofErr w:type="spellStart"/>
      <w:proofErr w:type="gramStart"/>
      <w:r w:rsidR="001F5227" w:rsidRPr="001F5227">
        <w:rPr>
          <w:bCs/>
        </w:rPr>
        <w:t>máslem</w:t>
      </w:r>
      <w:r w:rsidR="00605DE8">
        <w:rPr>
          <w:bCs/>
        </w:rPr>
        <w:t>,ovoce</w:t>
      </w:r>
      <w:proofErr w:type="gramEnd"/>
      <w:r w:rsidR="00605DE8">
        <w:rPr>
          <w:bCs/>
        </w:rPr>
        <w:t>,</w:t>
      </w:r>
      <w:r w:rsidR="001F5227">
        <w:rPr>
          <w:bCs/>
        </w:rPr>
        <w:t>kakao,</w:t>
      </w:r>
      <w:r w:rsidR="00605DE8">
        <w:rPr>
          <w:bCs/>
        </w:rPr>
        <w:t>čaj</w:t>
      </w:r>
      <w:proofErr w:type="spellEnd"/>
      <w:r w:rsidR="00605DE8">
        <w:rPr>
          <w:bCs/>
        </w:rPr>
        <w:t>,</w:t>
      </w:r>
      <w:r w:rsidR="001F5227">
        <w:rPr>
          <w:bCs/>
        </w:rPr>
        <w:t xml:space="preserve"> </w:t>
      </w:r>
      <w:r w:rsidR="00605DE8">
        <w:rPr>
          <w:bCs/>
        </w:rPr>
        <w:t>Alergeny(1,7)</w:t>
      </w:r>
    </w:p>
    <w:p w14:paraId="051E4515" w14:textId="32F60BE6" w:rsidR="00F00235" w:rsidRPr="00F00235" w:rsidRDefault="00F00235" w:rsidP="00D6398D">
      <w:pPr>
        <w:spacing w:after="40"/>
        <w:ind w:left="240"/>
        <w:rPr>
          <w:bCs/>
        </w:rPr>
      </w:pPr>
      <w:proofErr w:type="spellStart"/>
      <w:r>
        <w:rPr>
          <w:b/>
        </w:rPr>
        <w:t>Polévka</w:t>
      </w:r>
      <w:proofErr w:type="spellEnd"/>
      <w:r>
        <w:rPr>
          <w:b/>
        </w:rPr>
        <w:t xml:space="preserve">: </w:t>
      </w:r>
      <w:proofErr w:type="spellStart"/>
      <w:r w:rsidR="001F5227" w:rsidRPr="001F5227">
        <w:rPr>
          <w:bCs/>
        </w:rPr>
        <w:t>Zeleninov</w:t>
      </w:r>
      <w:r w:rsidR="00EB59B6">
        <w:rPr>
          <w:bCs/>
        </w:rPr>
        <w:t>á</w:t>
      </w:r>
      <w:proofErr w:type="spellEnd"/>
      <w:r w:rsidR="001F5227" w:rsidRPr="001F5227">
        <w:rPr>
          <w:bCs/>
        </w:rPr>
        <w:t xml:space="preserve"> s </w:t>
      </w:r>
      <w:proofErr w:type="spellStart"/>
      <w:r w:rsidR="001F5227" w:rsidRPr="001F5227">
        <w:rPr>
          <w:bCs/>
        </w:rPr>
        <w:t>quinou</w:t>
      </w:r>
      <w:r w:rsidR="00CD6BE7">
        <w:rPr>
          <w:bCs/>
        </w:rPr>
        <w:t>,Alergeny</w:t>
      </w:r>
      <w:proofErr w:type="spellEnd"/>
      <w:r w:rsidR="00CD6BE7">
        <w:rPr>
          <w:bCs/>
        </w:rPr>
        <w:t>(1,7,9)</w:t>
      </w:r>
    </w:p>
    <w:p w14:paraId="1077D622" w14:textId="30A97D93" w:rsidR="00F00235" w:rsidRPr="00F00235" w:rsidRDefault="00F00235" w:rsidP="00D6398D">
      <w:pPr>
        <w:spacing w:after="40"/>
        <w:ind w:left="240"/>
        <w:rPr>
          <w:bCs/>
        </w:rPr>
      </w:pPr>
      <w:proofErr w:type="spellStart"/>
      <w:r>
        <w:rPr>
          <w:b/>
        </w:rPr>
        <w:t>Hlavní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chod</w:t>
      </w:r>
      <w:proofErr w:type="spellEnd"/>
      <w:r>
        <w:rPr>
          <w:b/>
        </w:rPr>
        <w:t xml:space="preserve">: </w:t>
      </w:r>
      <w:proofErr w:type="spellStart"/>
      <w:r w:rsidR="00DC3A6B">
        <w:rPr>
          <w:bCs/>
        </w:rPr>
        <w:t>Zeleninové</w:t>
      </w:r>
      <w:proofErr w:type="spellEnd"/>
      <w:r w:rsidR="00DC3A6B">
        <w:rPr>
          <w:bCs/>
        </w:rPr>
        <w:t xml:space="preserve"> </w:t>
      </w:r>
      <w:proofErr w:type="spellStart"/>
      <w:r w:rsidR="00DC3A6B">
        <w:rPr>
          <w:bCs/>
        </w:rPr>
        <w:t>rizoto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sypané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sýrem</w:t>
      </w:r>
      <w:r w:rsidR="00CD6BE7">
        <w:rPr>
          <w:bCs/>
        </w:rPr>
        <w:t>,Alergeny</w:t>
      </w:r>
      <w:proofErr w:type="spellEnd"/>
      <w:r w:rsidR="00CD6BE7">
        <w:rPr>
          <w:bCs/>
        </w:rPr>
        <w:t>(1,7)</w:t>
      </w:r>
    </w:p>
    <w:p w14:paraId="1A5BDC24" w14:textId="4D43B046" w:rsidR="00F00235" w:rsidRPr="00605DE8" w:rsidRDefault="00F00235" w:rsidP="00D6398D">
      <w:pPr>
        <w:spacing w:after="40"/>
        <w:ind w:left="240"/>
        <w:rPr>
          <w:bCs/>
        </w:rPr>
      </w:pPr>
      <w:proofErr w:type="spellStart"/>
      <w:r>
        <w:rPr>
          <w:b/>
        </w:rPr>
        <w:t>Svačina</w:t>
      </w:r>
      <w:proofErr w:type="spellEnd"/>
      <w:r>
        <w:rPr>
          <w:b/>
        </w:rPr>
        <w:t>:</w:t>
      </w:r>
      <w:r w:rsidR="00605DE8">
        <w:rPr>
          <w:b/>
        </w:rPr>
        <w:t xml:space="preserve"> </w:t>
      </w:r>
      <w:proofErr w:type="spellStart"/>
      <w:r w:rsidR="00413EF7">
        <w:rPr>
          <w:bCs/>
        </w:rPr>
        <w:t>Grahamový</w:t>
      </w:r>
      <w:proofErr w:type="spellEnd"/>
      <w:r w:rsidR="00413EF7">
        <w:rPr>
          <w:bCs/>
        </w:rPr>
        <w:t xml:space="preserve"> </w:t>
      </w:r>
      <w:proofErr w:type="spellStart"/>
      <w:r w:rsidR="00413EF7">
        <w:rPr>
          <w:bCs/>
        </w:rPr>
        <w:t>rohlík</w:t>
      </w:r>
      <w:proofErr w:type="spellEnd"/>
      <w:r w:rsidR="001F5227" w:rsidRPr="001F5227">
        <w:rPr>
          <w:bCs/>
        </w:rPr>
        <w:t xml:space="preserve"> s </w:t>
      </w:r>
      <w:proofErr w:type="spellStart"/>
      <w:r w:rsidR="001F5227" w:rsidRPr="001F5227">
        <w:rPr>
          <w:bCs/>
        </w:rPr>
        <w:t>celerovou</w:t>
      </w:r>
      <w:proofErr w:type="spellEnd"/>
      <w:r w:rsidR="001F5227" w:rsidRPr="001F5227">
        <w:rPr>
          <w:bCs/>
        </w:rPr>
        <w:t xml:space="preserve"> </w:t>
      </w:r>
      <w:proofErr w:type="spellStart"/>
      <w:r w:rsidR="001F5227" w:rsidRPr="001F5227">
        <w:rPr>
          <w:bCs/>
        </w:rPr>
        <w:t>pomazánkou</w:t>
      </w:r>
      <w:r w:rsidR="00605DE8">
        <w:rPr>
          <w:bCs/>
        </w:rPr>
        <w:t>,</w:t>
      </w:r>
      <w:r w:rsidR="001F5227">
        <w:rPr>
          <w:bCs/>
        </w:rPr>
        <w:t>ovoce</w:t>
      </w:r>
      <w:proofErr w:type="spellEnd"/>
      <w:r w:rsidR="00605DE8">
        <w:rPr>
          <w:bCs/>
        </w:rPr>
        <w:t xml:space="preserve"> </w:t>
      </w:r>
      <w:proofErr w:type="spellStart"/>
      <w:r w:rsidR="00605DE8">
        <w:rPr>
          <w:bCs/>
        </w:rPr>
        <w:t>Alergeny</w:t>
      </w:r>
      <w:proofErr w:type="spellEnd"/>
      <w:r w:rsidR="00605DE8">
        <w:rPr>
          <w:bCs/>
        </w:rPr>
        <w:t>(1,7)</w:t>
      </w:r>
    </w:p>
    <w:p w14:paraId="5EA733BF" w14:textId="77777777" w:rsidR="00044DE2" w:rsidRDefault="00044DE2" w:rsidP="00044DE2">
      <w:pPr>
        <w:spacing w:after="40"/>
        <w:ind w:left="240"/>
      </w:pPr>
    </w:p>
    <w:p w14:paraId="72EA61A2" w14:textId="77777777" w:rsidR="00044DE2" w:rsidRDefault="00044DE2" w:rsidP="00044DE2">
      <w:pPr>
        <w:spacing w:after="40"/>
        <w:ind w:left="240"/>
      </w:pPr>
    </w:p>
    <w:p w14:paraId="2AF7CB47" w14:textId="3772A8D9" w:rsidR="009837D8" w:rsidRDefault="004E3AA1" w:rsidP="001F5227">
      <w:pPr>
        <w:spacing w:after="40"/>
        <w:jc w:val="center"/>
        <w:rPr>
          <w:i/>
        </w:rPr>
      </w:pPr>
      <w:proofErr w:type="spellStart"/>
      <w:r>
        <w:rPr>
          <w:i/>
        </w:rPr>
        <w:t>Poznámka</w:t>
      </w:r>
      <w:proofErr w:type="spellEnd"/>
      <w:r>
        <w:rPr>
          <w:i/>
        </w:rPr>
        <w:t xml:space="preserve">: Po </w:t>
      </w:r>
      <w:proofErr w:type="spellStart"/>
      <w:r>
        <w:rPr>
          <w:i/>
        </w:rPr>
        <w:t>celý</w:t>
      </w:r>
      <w:proofErr w:type="spellEnd"/>
      <w:r>
        <w:rPr>
          <w:i/>
        </w:rPr>
        <w:t xml:space="preserve"> den je </w:t>
      </w:r>
      <w:proofErr w:type="spellStart"/>
      <w:r>
        <w:rPr>
          <w:i/>
        </w:rPr>
        <w:t>dětem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zajištěn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pitný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režim</w:t>
      </w:r>
      <w:proofErr w:type="spellEnd"/>
      <w:r>
        <w:rPr>
          <w:i/>
        </w:rPr>
        <w:t xml:space="preserve"> – </w:t>
      </w:r>
      <w:proofErr w:type="spellStart"/>
      <w:r>
        <w:rPr>
          <w:i/>
        </w:rPr>
        <w:t>voda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čaj</w:t>
      </w:r>
      <w:proofErr w:type="spellEnd"/>
      <w:r>
        <w:rPr>
          <w:i/>
        </w:rPr>
        <w:t xml:space="preserve"> a </w:t>
      </w:r>
      <w:proofErr w:type="spellStart"/>
      <w:r>
        <w:rPr>
          <w:i/>
        </w:rPr>
        <w:t>mléko</w:t>
      </w:r>
      <w:proofErr w:type="spellEnd"/>
      <w:r>
        <w:rPr>
          <w:i/>
        </w:rPr>
        <w:t xml:space="preserve"> a </w:t>
      </w:r>
      <w:proofErr w:type="spellStart"/>
      <w:r>
        <w:rPr>
          <w:i/>
        </w:rPr>
        <w:t>také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čerstvé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ovoce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Změna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jídelníčku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vyhrazena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Jídlo</w:t>
      </w:r>
      <w:proofErr w:type="spellEnd"/>
      <w:r>
        <w:rPr>
          <w:i/>
        </w:rPr>
        <w:t xml:space="preserve"> je </w:t>
      </w:r>
      <w:proofErr w:type="spellStart"/>
      <w:r>
        <w:rPr>
          <w:i/>
        </w:rPr>
        <w:t>určeno</w:t>
      </w:r>
      <w:proofErr w:type="spellEnd"/>
      <w:r>
        <w:rPr>
          <w:i/>
        </w:rPr>
        <w:t xml:space="preserve"> k </w:t>
      </w:r>
      <w:proofErr w:type="spellStart"/>
      <w:r>
        <w:rPr>
          <w:i/>
        </w:rPr>
        <w:t>okamžité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spotřebě</w:t>
      </w:r>
      <w:proofErr w:type="spellEnd"/>
      <w:r>
        <w:rPr>
          <w:i/>
        </w:rPr>
        <w:t>.</w:t>
      </w:r>
    </w:p>
    <w:p w14:paraId="7E972095" w14:textId="77777777" w:rsidR="00F00235" w:rsidRDefault="00F00235" w:rsidP="00044DE2">
      <w:pPr>
        <w:spacing w:after="40"/>
        <w:ind w:left="240"/>
        <w:rPr>
          <w:i/>
        </w:rPr>
      </w:pPr>
    </w:p>
    <w:p w14:paraId="0CBAB21D" w14:textId="77777777" w:rsidR="00F00235" w:rsidRPr="004E3AA1" w:rsidRDefault="00F00235" w:rsidP="00044DE2">
      <w:pPr>
        <w:spacing w:after="40"/>
        <w:ind w:left="240"/>
        <w:rPr>
          <w:i/>
        </w:rPr>
      </w:pPr>
    </w:p>
    <w:p w14:paraId="5B5E6F74" w14:textId="0A159F9C" w:rsidR="009837D8" w:rsidRPr="00C879D3" w:rsidRDefault="009837D8">
      <w:pPr>
        <w:jc w:val="center"/>
        <w:rPr>
          <w:sz w:val="20"/>
          <w:szCs w:val="20"/>
        </w:rPr>
      </w:pPr>
    </w:p>
    <w:sectPr w:rsidR="009837D8" w:rsidRPr="00C879D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69BE3" w14:textId="77777777" w:rsidR="00E66ED1" w:rsidRDefault="00E66ED1" w:rsidP="009B5EC0">
      <w:pPr>
        <w:spacing w:after="0" w:line="240" w:lineRule="auto"/>
      </w:pPr>
      <w:r>
        <w:separator/>
      </w:r>
    </w:p>
  </w:endnote>
  <w:endnote w:type="continuationSeparator" w:id="0">
    <w:p w14:paraId="36EB47F2" w14:textId="77777777" w:rsidR="00E66ED1" w:rsidRDefault="00E66ED1" w:rsidP="009B5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59E7F" w14:textId="77777777" w:rsidR="00E66ED1" w:rsidRDefault="00E66ED1" w:rsidP="009B5EC0">
      <w:pPr>
        <w:spacing w:after="0" w:line="240" w:lineRule="auto"/>
      </w:pPr>
      <w:r>
        <w:separator/>
      </w:r>
    </w:p>
  </w:footnote>
  <w:footnote w:type="continuationSeparator" w:id="0">
    <w:p w14:paraId="16324B5D" w14:textId="77777777" w:rsidR="00E66ED1" w:rsidRDefault="00E66ED1" w:rsidP="009B5E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3BE"/>
    <w:rsid w:val="00034616"/>
    <w:rsid w:val="00044DE2"/>
    <w:rsid w:val="000523E5"/>
    <w:rsid w:val="0006063C"/>
    <w:rsid w:val="00061337"/>
    <w:rsid w:val="00071DC6"/>
    <w:rsid w:val="0008603B"/>
    <w:rsid w:val="000E06CE"/>
    <w:rsid w:val="0015074B"/>
    <w:rsid w:val="001A03D0"/>
    <w:rsid w:val="001B437E"/>
    <w:rsid w:val="001E2F46"/>
    <w:rsid w:val="001F5227"/>
    <w:rsid w:val="00231481"/>
    <w:rsid w:val="00242EBA"/>
    <w:rsid w:val="00253249"/>
    <w:rsid w:val="0029639D"/>
    <w:rsid w:val="002B6BE9"/>
    <w:rsid w:val="002E7D7C"/>
    <w:rsid w:val="00312363"/>
    <w:rsid w:val="00323C07"/>
    <w:rsid w:val="00326F90"/>
    <w:rsid w:val="00352644"/>
    <w:rsid w:val="003649C9"/>
    <w:rsid w:val="003A1F50"/>
    <w:rsid w:val="003B4ACB"/>
    <w:rsid w:val="00405504"/>
    <w:rsid w:val="00413EF7"/>
    <w:rsid w:val="00416842"/>
    <w:rsid w:val="0044760E"/>
    <w:rsid w:val="00465AD3"/>
    <w:rsid w:val="00484DA2"/>
    <w:rsid w:val="004E3AA1"/>
    <w:rsid w:val="004F4120"/>
    <w:rsid w:val="0051346D"/>
    <w:rsid w:val="00517DCF"/>
    <w:rsid w:val="00523320"/>
    <w:rsid w:val="00553663"/>
    <w:rsid w:val="005545E4"/>
    <w:rsid w:val="005679A6"/>
    <w:rsid w:val="00577161"/>
    <w:rsid w:val="005A1237"/>
    <w:rsid w:val="005A5623"/>
    <w:rsid w:val="005A7839"/>
    <w:rsid w:val="005B63B5"/>
    <w:rsid w:val="005C68E8"/>
    <w:rsid w:val="005D2B3E"/>
    <w:rsid w:val="005E0707"/>
    <w:rsid w:val="00605DE8"/>
    <w:rsid w:val="00625A8F"/>
    <w:rsid w:val="00630E7B"/>
    <w:rsid w:val="00637F74"/>
    <w:rsid w:val="006775D4"/>
    <w:rsid w:val="006C5FA5"/>
    <w:rsid w:val="006F5D62"/>
    <w:rsid w:val="00761BCB"/>
    <w:rsid w:val="00791028"/>
    <w:rsid w:val="007A2305"/>
    <w:rsid w:val="007A462C"/>
    <w:rsid w:val="007F4C17"/>
    <w:rsid w:val="008132B3"/>
    <w:rsid w:val="00862330"/>
    <w:rsid w:val="0086234C"/>
    <w:rsid w:val="008648D3"/>
    <w:rsid w:val="00874EF7"/>
    <w:rsid w:val="00892878"/>
    <w:rsid w:val="008F6BF5"/>
    <w:rsid w:val="00903770"/>
    <w:rsid w:val="00907295"/>
    <w:rsid w:val="00915F96"/>
    <w:rsid w:val="00951F3C"/>
    <w:rsid w:val="00980234"/>
    <w:rsid w:val="009837D8"/>
    <w:rsid w:val="009A387C"/>
    <w:rsid w:val="009B5EC0"/>
    <w:rsid w:val="009D1880"/>
    <w:rsid w:val="009D197A"/>
    <w:rsid w:val="009D419E"/>
    <w:rsid w:val="009F1BC9"/>
    <w:rsid w:val="00A217FA"/>
    <w:rsid w:val="00A52408"/>
    <w:rsid w:val="00A9357F"/>
    <w:rsid w:val="00A95FAD"/>
    <w:rsid w:val="00AA1D8D"/>
    <w:rsid w:val="00AF285E"/>
    <w:rsid w:val="00B23392"/>
    <w:rsid w:val="00B43687"/>
    <w:rsid w:val="00B47730"/>
    <w:rsid w:val="00B552CC"/>
    <w:rsid w:val="00B561A8"/>
    <w:rsid w:val="00B632DC"/>
    <w:rsid w:val="00BB526D"/>
    <w:rsid w:val="00BC4AB2"/>
    <w:rsid w:val="00BC7D1B"/>
    <w:rsid w:val="00BD6915"/>
    <w:rsid w:val="00BE77F5"/>
    <w:rsid w:val="00C326CF"/>
    <w:rsid w:val="00C776F2"/>
    <w:rsid w:val="00C879D3"/>
    <w:rsid w:val="00C97ECC"/>
    <w:rsid w:val="00CB0664"/>
    <w:rsid w:val="00CD6BE7"/>
    <w:rsid w:val="00D249FA"/>
    <w:rsid w:val="00D24CBE"/>
    <w:rsid w:val="00D32F32"/>
    <w:rsid w:val="00D61358"/>
    <w:rsid w:val="00D6398D"/>
    <w:rsid w:val="00D64C15"/>
    <w:rsid w:val="00D908C9"/>
    <w:rsid w:val="00DA53CF"/>
    <w:rsid w:val="00DA7A31"/>
    <w:rsid w:val="00DC3A6B"/>
    <w:rsid w:val="00DD1915"/>
    <w:rsid w:val="00DF299E"/>
    <w:rsid w:val="00E648DE"/>
    <w:rsid w:val="00E66ED1"/>
    <w:rsid w:val="00E932B0"/>
    <w:rsid w:val="00EB59B6"/>
    <w:rsid w:val="00EC5C63"/>
    <w:rsid w:val="00F00235"/>
    <w:rsid w:val="00F323D0"/>
    <w:rsid w:val="00FB7B49"/>
    <w:rsid w:val="00FC693F"/>
    <w:rsid w:val="00FC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2047F0"/>
  <w14:defaultImageDpi w14:val="300"/>
  <w15:docId w15:val="{D46C5B5E-3EEB-5648-B119-60C219922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1F597CF-7E4F-42F0-B36F-771BED3A5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254</Words>
  <Characters>1500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Vlaďka Marková</cp:lastModifiedBy>
  <cp:revision>2</cp:revision>
  <cp:lastPrinted>2026-04-15T08:41:00Z</cp:lastPrinted>
  <dcterms:created xsi:type="dcterms:W3CDTF">2026-04-15T10:42:00Z</dcterms:created>
  <dcterms:modified xsi:type="dcterms:W3CDTF">2026-04-15T10:42:00Z</dcterms:modified>
  <cp:category/>
</cp:coreProperties>
</file>