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7CB47" w14:textId="5B6517AA" w:rsidR="009837D8" w:rsidRDefault="008F7027" w:rsidP="003649C9">
      <w:pPr>
        <w:pStyle w:val="Nadpis1"/>
        <w:jc w:val="center"/>
      </w:pPr>
      <w:r>
        <w:rPr>
          <w:i/>
          <w:noProof/>
        </w:rPr>
        <w:drawing>
          <wp:anchor distT="0" distB="0" distL="114300" distR="114300" simplePos="0" relativeHeight="251658240" behindDoc="1" locked="0" layoutInCell="1" allowOverlap="1" wp14:anchorId="210C3AE2" wp14:editId="6E7DE1F7">
            <wp:simplePos x="0" y="0"/>
            <wp:positionH relativeFrom="page">
              <wp:posOffset>-791191</wp:posOffset>
            </wp:positionH>
            <wp:positionV relativeFrom="paragraph">
              <wp:posOffset>-1550747</wp:posOffset>
            </wp:positionV>
            <wp:extent cx="8601075" cy="12867033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075" cy="12867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484DA2">
        <w:t>Jídelníček</w:t>
      </w:r>
      <w:proofErr w:type="spellEnd"/>
      <w:r w:rsidR="00484DA2">
        <w:t xml:space="preserve"> </w:t>
      </w:r>
      <w:r w:rsidR="00171E28">
        <w:t>18.5.</w:t>
      </w:r>
      <w:r w:rsidR="005648D8">
        <w:t>2026</w:t>
      </w:r>
      <w:r w:rsidR="00484DA2">
        <w:t xml:space="preserve"> </w:t>
      </w:r>
      <w:proofErr w:type="gramStart"/>
      <w:r w:rsidR="00484DA2">
        <w:t xml:space="preserve">–  </w:t>
      </w:r>
      <w:r w:rsidR="00171E28">
        <w:t>22.5.</w:t>
      </w:r>
      <w:r w:rsidR="00484DA2">
        <w:t>2026</w:t>
      </w:r>
      <w:proofErr w:type="gramEnd"/>
    </w:p>
    <w:p w14:paraId="7F3E3F67" w14:textId="77777777" w:rsidR="009837D8" w:rsidRDefault="00484DA2">
      <w:proofErr w:type="spellStart"/>
      <w:r>
        <w:rPr>
          <w:b/>
        </w:rPr>
        <w:t>Pondělí</w:t>
      </w:r>
      <w:proofErr w:type="spellEnd"/>
    </w:p>
    <w:p w14:paraId="12133FBE" w14:textId="46570D92" w:rsidR="009837D8" w:rsidRDefault="00484DA2">
      <w:pPr>
        <w:spacing w:after="40"/>
        <w:ind w:left="240"/>
      </w:pPr>
      <w:proofErr w:type="spellStart"/>
      <w:r>
        <w:rPr>
          <w:b/>
        </w:rPr>
        <w:t>Přesnídávka</w:t>
      </w:r>
      <w:proofErr w:type="spellEnd"/>
      <w:r>
        <w:rPr>
          <w:b/>
        </w:rPr>
        <w:t xml:space="preserve">: </w:t>
      </w:r>
      <w:proofErr w:type="spellStart"/>
      <w:r w:rsidR="009216B1">
        <w:rPr>
          <w:bCs/>
        </w:rPr>
        <w:t>Rohlík</w:t>
      </w:r>
      <w:proofErr w:type="spellEnd"/>
      <w:r w:rsidR="009216B1">
        <w:rPr>
          <w:bCs/>
        </w:rPr>
        <w:t xml:space="preserve"> s </w:t>
      </w:r>
      <w:proofErr w:type="spellStart"/>
      <w:r w:rsidR="009216B1">
        <w:rPr>
          <w:bCs/>
        </w:rPr>
        <w:t>tvarohovou</w:t>
      </w:r>
      <w:proofErr w:type="spellEnd"/>
      <w:r w:rsidR="009216B1">
        <w:rPr>
          <w:bCs/>
        </w:rPr>
        <w:t xml:space="preserve"> </w:t>
      </w:r>
      <w:proofErr w:type="spellStart"/>
      <w:r w:rsidR="009216B1">
        <w:rPr>
          <w:bCs/>
        </w:rPr>
        <w:t>pomazánkou</w:t>
      </w:r>
      <w:proofErr w:type="spellEnd"/>
      <w:r w:rsidR="009216B1">
        <w:rPr>
          <w:bCs/>
        </w:rPr>
        <w:t xml:space="preserve"> a </w:t>
      </w:r>
      <w:proofErr w:type="spellStart"/>
      <w:r w:rsidR="009216B1">
        <w:rPr>
          <w:bCs/>
        </w:rPr>
        <w:t>pažitkou</w:t>
      </w:r>
      <w:proofErr w:type="spellEnd"/>
      <w:r w:rsidR="009216B1">
        <w:rPr>
          <w:bCs/>
        </w:rPr>
        <w:t xml:space="preserve">, mix </w:t>
      </w:r>
      <w:proofErr w:type="spellStart"/>
      <w:r w:rsidR="009216B1">
        <w:rPr>
          <w:bCs/>
        </w:rPr>
        <w:t>ovoce</w:t>
      </w:r>
      <w:proofErr w:type="spellEnd"/>
      <w:r w:rsidR="009216B1">
        <w:rPr>
          <w:bCs/>
        </w:rPr>
        <w:t>,</w:t>
      </w:r>
      <w:r w:rsidR="00577161" w:rsidRPr="00577161">
        <w:rPr>
          <w:rFonts w:ascii="-webkit-standard" w:hAnsi="-webkit-standard"/>
          <w:color w:val="000000"/>
          <w:sz w:val="27"/>
          <w:szCs w:val="27"/>
        </w:rPr>
        <w:t xml:space="preserve"> </w:t>
      </w:r>
      <w:proofErr w:type="spellStart"/>
      <w:r>
        <w:t>čaj</w:t>
      </w:r>
      <w:proofErr w:type="spellEnd"/>
      <w:r w:rsidR="00BE77F5">
        <w:t xml:space="preserve">, </w:t>
      </w:r>
      <w:proofErr w:type="spellStart"/>
      <w:r w:rsidR="00BE77F5">
        <w:t>mléko</w:t>
      </w:r>
      <w:proofErr w:type="spellEnd"/>
      <w:r>
        <w:t xml:space="preserve"> </w:t>
      </w:r>
      <w:r>
        <w:rPr>
          <w:i/>
        </w:rPr>
        <w:t>(Alergeny:1,7)</w:t>
      </w:r>
    </w:p>
    <w:p w14:paraId="0781101A" w14:textId="6596D876" w:rsidR="009837D8" w:rsidRDefault="00484DA2">
      <w:pPr>
        <w:spacing w:after="40"/>
        <w:ind w:left="240"/>
      </w:pPr>
      <w:proofErr w:type="spellStart"/>
      <w:r>
        <w:rPr>
          <w:b/>
        </w:rPr>
        <w:t>Polévka</w:t>
      </w:r>
      <w:proofErr w:type="spellEnd"/>
      <w:r>
        <w:rPr>
          <w:b/>
        </w:rPr>
        <w:t xml:space="preserve">: </w:t>
      </w:r>
      <w:proofErr w:type="spellStart"/>
      <w:r w:rsidR="009216B1">
        <w:rPr>
          <w:bCs/>
        </w:rPr>
        <w:t>Kmínová</w:t>
      </w:r>
      <w:proofErr w:type="spellEnd"/>
      <w:r w:rsidR="009216B1">
        <w:rPr>
          <w:bCs/>
        </w:rPr>
        <w:t xml:space="preserve"> s </w:t>
      </w:r>
      <w:proofErr w:type="spellStart"/>
      <w:r w:rsidR="009216B1">
        <w:rPr>
          <w:bCs/>
        </w:rPr>
        <w:t>vejcem</w:t>
      </w:r>
      <w:proofErr w:type="spellEnd"/>
      <w:r w:rsidR="009216B1">
        <w:rPr>
          <w:bCs/>
        </w:rPr>
        <w:t xml:space="preserve">,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>: 1,</w:t>
      </w:r>
      <w:r w:rsidR="005648D8">
        <w:rPr>
          <w:i/>
        </w:rPr>
        <w:t>9</w:t>
      </w:r>
      <w:r>
        <w:rPr>
          <w:i/>
        </w:rPr>
        <w:t>)</w:t>
      </w:r>
    </w:p>
    <w:p w14:paraId="7D537222" w14:textId="6D626D12" w:rsidR="009837D8" w:rsidRDefault="00484DA2">
      <w:pPr>
        <w:spacing w:after="40"/>
        <w:ind w:left="240"/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 xml:space="preserve">: </w:t>
      </w:r>
      <w:r w:rsidR="00B561A8">
        <w:t xml:space="preserve"> </w:t>
      </w:r>
      <w:proofErr w:type="spellStart"/>
      <w:r w:rsidR="009216B1">
        <w:t>Čočka</w:t>
      </w:r>
      <w:proofErr w:type="spellEnd"/>
      <w:r w:rsidR="009216B1">
        <w:t xml:space="preserve"> po </w:t>
      </w:r>
      <w:proofErr w:type="spellStart"/>
      <w:r w:rsidR="009216B1">
        <w:t>Srbsku</w:t>
      </w:r>
      <w:proofErr w:type="spellEnd"/>
      <w:r w:rsidR="009216B1">
        <w:t xml:space="preserve">, </w:t>
      </w:r>
      <w:proofErr w:type="spellStart"/>
      <w:r w:rsidR="009216B1">
        <w:t>chléb</w:t>
      </w:r>
      <w:proofErr w:type="spellEnd"/>
      <w:r w:rsidR="009216B1">
        <w:t xml:space="preserve">, mix </w:t>
      </w:r>
      <w:proofErr w:type="spellStart"/>
      <w:r w:rsidR="009216B1">
        <w:t>salátek</w:t>
      </w:r>
      <w:proofErr w:type="spellEnd"/>
      <w:r w:rsidR="009216B1">
        <w:t xml:space="preserve">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>:</w:t>
      </w:r>
      <w:r w:rsidR="009216B1">
        <w:rPr>
          <w:i/>
        </w:rPr>
        <w:t xml:space="preserve"> </w:t>
      </w:r>
      <w:r w:rsidR="001E2F46">
        <w:rPr>
          <w:i/>
        </w:rPr>
        <w:t>1</w:t>
      </w:r>
      <w:r w:rsidR="003071C8">
        <w:rPr>
          <w:i/>
        </w:rPr>
        <w:t>,7</w:t>
      </w:r>
      <w:r>
        <w:rPr>
          <w:i/>
        </w:rPr>
        <w:t>)</w:t>
      </w:r>
    </w:p>
    <w:p w14:paraId="054E8781" w14:textId="551DA57C" w:rsidR="009837D8" w:rsidRDefault="00484DA2">
      <w:pPr>
        <w:spacing w:after="40"/>
        <w:ind w:left="240"/>
      </w:pPr>
      <w:proofErr w:type="spellStart"/>
      <w:r>
        <w:rPr>
          <w:b/>
        </w:rPr>
        <w:t>Svačina</w:t>
      </w:r>
      <w:proofErr w:type="spellEnd"/>
      <w:r>
        <w:rPr>
          <w:b/>
        </w:rPr>
        <w:t xml:space="preserve">: </w:t>
      </w:r>
      <w:proofErr w:type="spellStart"/>
      <w:r w:rsidR="009216B1">
        <w:rPr>
          <w:bCs/>
        </w:rPr>
        <w:t>Chléb</w:t>
      </w:r>
      <w:proofErr w:type="spellEnd"/>
      <w:r w:rsidR="009216B1">
        <w:rPr>
          <w:bCs/>
        </w:rPr>
        <w:t xml:space="preserve"> s </w:t>
      </w:r>
      <w:proofErr w:type="spellStart"/>
      <w:r w:rsidR="009216B1">
        <w:rPr>
          <w:bCs/>
        </w:rPr>
        <w:t>máslem</w:t>
      </w:r>
      <w:proofErr w:type="spellEnd"/>
      <w:r w:rsidR="009216B1">
        <w:rPr>
          <w:bCs/>
        </w:rPr>
        <w:t xml:space="preserve"> a </w:t>
      </w:r>
      <w:proofErr w:type="spellStart"/>
      <w:r w:rsidR="009216B1">
        <w:rPr>
          <w:bCs/>
        </w:rPr>
        <w:t>cheddarem</w:t>
      </w:r>
      <w:proofErr w:type="spellEnd"/>
      <w:r w:rsidR="009216B1">
        <w:rPr>
          <w:bCs/>
        </w:rPr>
        <w:t xml:space="preserve">, </w:t>
      </w:r>
      <w:proofErr w:type="spellStart"/>
      <w:r w:rsidR="009216B1">
        <w:rPr>
          <w:bCs/>
        </w:rPr>
        <w:t>čaj</w:t>
      </w:r>
      <w:proofErr w:type="spellEnd"/>
      <w:r w:rsidR="009216B1">
        <w:rPr>
          <w:bCs/>
        </w:rPr>
        <w:t xml:space="preserve">, </w:t>
      </w:r>
      <w:proofErr w:type="spellStart"/>
      <w:r w:rsidR="009216B1">
        <w:rPr>
          <w:bCs/>
        </w:rPr>
        <w:t>mléko</w:t>
      </w:r>
      <w:proofErr w:type="spellEnd"/>
      <w:r w:rsidR="009216B1">
        <w:rPr>
          <w:bCs/>
        </w:rPr>
        <w:t xml:space="preserve">,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>:</w:t>
      </w:r>
      <w:r w:rsidR="00EC5C63">
        <w:rPr>
          <w:i/>
        </w:rPr>
        <w:t xml:space="preserve"> </w:t>
      </w:r>
      <w:r w:rsidR="009216B1">
        <w:rPr>
          <w:i/>
        </w:rPr>
        <w:t>1,</w:t>
      </w:r>
      <w:r>
        <w:rPr>
          <w:i/>
        </w:rPr>
        <w:t>7)</w:t>
      </w:r>
    </w:p>
    <w:p w14:paraId="30B10ACC" w14:textId="77777777" w:rsidR="009837D8" w:rsidRDefault="00484DA2">
      <w:proofErr w:type="spellStart"/>
      <w:r>
        <w:rPr>
          <w:b/>
        </w:rPr>
        <w:t>Úterý</w:t>
      </w:r>
      <w:proofErr w:type="spellEnd"/>
    </w:p>
    <w:p w14:paraId="12F81106" w14:textId="6AB97AE9" w:rsidR="009837D8" w:rsidRDefault="00484DA2">
      <w:pPr>
        <w:spacing w:after="40"/>
        <w:ind w:left="240"/>
      </w:pPr>
      <w:proofErr w:type="spellStart"/>
      <w:r>
        <w:rPr>
          <w:b/>
        </w:rPr>
        <w:t>Přesnídávka</w:t>
      </w:r>
      <w:proofErr w:type="spellEnd"/>
      <w:r>
        <w:rPr>
          <w:b/>
        </w:rPr>
        <w:t xml:space="preserve">: </w:t>
      </w:r>
      <w:proofErr w:type="spellStart"/>
      <w:r w:rsidR="009216B1">
        <w:rPr>
          <w:bCs/>
        </w:rPr>
        <w:t>Veka</w:t>
      </w:r>
      <w:proofErr w:type="spellEnd"/>
      <w:r w:rsidR="009216B1">
        <w:rPr>
          <w:bCs/>
        </w:rPr>
        <w:t xml:space="preserve"> s </w:t>
      </w:r>
      <w:proofErr w:type="spellStart"/>
      <w:r w:rsidR="009216B1">
        <w:rPr>
          <w:bCs/>
        </w:rPr>
        <w:t>pomazánkou</w:t>
      </w:r>
      <w:proofErr w:type="spellEnd"/>
      <w:r w:rsidR="009216B1">
        <w:rPr>
          <w:bCs/>
        </w:rPr>
        <w:t xml:space="preserve"> z </w:t>
      </w:r>
      <w:proofErr w:type="spellStart"/>
      <w:r w:rsidR="009216B1">
        <w:rPr>
          <w:bCs/>
        </w:rPr>
        <w:t>červené</w:t>
      </w:r>
      <w:proofErr w:type="spellEnd"/>
      <w:r w:rsidR="009216B1">
        <w:rPr>
          <w:bCs/>
        </w:rPr>
        <w:t xml:space="preserve"> </w:t>
      </w:r>
      <w:proofErr w:type="spellStart"/>
      <w:r w:rsidR="009216B1">
        <w:rPr>
          <w:bCs/>
        </w:rPr>
        <w:t>řepy</w:t>
      </w:r>
      <w:proofErr w:type="spellEnd"/>
      <w:r w:rsidR="009216B1">
        <w:rPr>
          <w:bCs/>
        </w:rPr>
        <w:t xml:space="preserve">, mix </w:t>
      </w:r>
      <w:proofErr w:type="spellStart"/>
      <w:r w:rsidR="009216B1">
        <w:rPr>
          <w:bCs/>
        </w:rPr>
        <w:t>ovoce</w:t>
      </w:r>
      <w:proofErr w:type="spellEnd"/>
      <w:r w:rsidR="009216B1">
        <w:rPr>
          <w:bCs/>
        </w:rPr>
        <w:t>,</w:t>
      </w:r>
      <w:r w:rsidR="005648D8">
        <w:t xml:space="preserve"> </w:t>
      </w:r>
      <w:proofErr w:type="spellStart"/>
      <w:proofErr w:type="gramStart"/>
      <w:r w:rsidR="005545E4">
        <w:t>čaj,mléko</w:t>
      </w:r>
      <w:proofErr w:type="spellEnd"/>
      <w:proofErr w:type="gramEnd"/>
      <w:r w:rsidR="005545E4">
        <w:t>,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>: 1,7)</w:t>
      </w:r>
    </w:p>
    <w:p w14:paraId="51B1CFA5" w14:textId="23ABCB32" w:rsidR="009837D8" w:rsidRDefault="00484DA2">
      <w:pPr>
        <w:spacing w:after="40"/>
        <w:ind w:left="240"/>
      </w:pPr>
      <w:proofErr w:type="spellStart"/>
      <w:r>
        <w:rPr>
          <w:b/>
        </w:rPr>
        <w:t>Polévka</w:t>
      </w:r>
      <w:proofErr w:type="spellEnd"/>
      <w:r>
        <w:rPr>
          <w:b/>
        </w:rPr>
        <w:t xml:space="preserve">: </w:t>
      </w:r>
      <w:proofErr w:type="spellStart"/>
      <w:r w:rsidR="009216B1">
        <w:rPr>
          <w:bCs/>
        </w:rPr>
        <w:t>Zelná</w:t>
      </w:r>
      <w:proofErr w:type="spellEnd"/>
      <w:r w:rsidR="009216B1">
        <w:rPr>
          <w:bCs/>
        </w:rPr>
        <w:t xml:space="preserve"> </w:t>
      </w:r>
      <w:proofErr w:type="spellStart"/>
      <w:r w:rsidR="009216B1">
        <w:rPr>
          <w:bCs/>
        </w:rPr>
        <w:t>bílá</w:t>
      </w:r>
      <w:proofErr w:type="spellEnd"/>
      <w:r w:rsidR="009216B1">
        <w:rPr>
          <w:bCs/>
        </w:rPr>
        <w:t xml:space="preserve">, </w:t>
      </w:r>
      <w:r>
        <w:rPr>
          <w:i/>
        </w:rPr>
        <w:t>(Alergeny:</w:t>
      </w:r>
      <w:r w:rsidR="005648D8">
        <w:rPr>
          <w:i/>
        </w:rPr>
        <w:t>1</w:t>
      </w:r>
      <w:r w:rsidR="009216B1">
        <w:rPr>
          <w:i/>
        </w:rPr>
        <w:t>,7</w:t>
      </w:r>
      <w:r w:rsidR="005648D8">
        <w:rPr>
          <w:i/>
        </w:rPr>
        <w:t>,</w:t>
      </w:r>
      <w:r w:rsidR="00907295">
        <w:rPr>
          <w:i/>
        </w:rPr>
        <w:t>9</w:t>
      </w:r>
      <w:r>
        <w:rPr>
          <w:i/>
        </w:rPr>
        <w:t>)</w:t>
      </w:r>
    </w:p>
    <w:p w14:paraId="2D77DD2F" w14:textId="73FF425F" w:rsidR="009837D8" w:rsidRDefault="00484DA2">
      <w:pPr>
        <w:spacing w:after="40"/>
        <w:ind w:left="240"/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>:</w:t>
      </w:r>
      <w:r w:rsidR="005545E4">
        <w:rPr>
          <w:b/>
        </w:rPr>
        <w:t xml:space="preserve"> </w:t>
      </w:r>
      <w:r w:rsidR="009216B1">
        <w:rPr>
          <w:bCs/>
        </w:rPr>
        <w:t xml:space="preserve">Butter chicken, </w:t>
      </w:r>
      <w:proofErr w:type="spellStart"/>
      <w:r w:rsidR="009216B1">
        <w:rPr>
          <w:bCs/>
        </w:rPr>
        <w:t>jasmínová</w:t>
      </w:r>
      <w:proofErr w:type="spellEnd"/>
      <w:r w:rsidR="009216B1">
        <w:rPr>
          <w:bCs/>
        </w:rPr>
        <w:t xml:space="preserve"> </w:t>
      </w:r>
      <w:proofErr w:type="spellStart"/>
      <w:proofErr w:type="gramStart"/>
      <w:r w:rsidR="009216B1">
        <w:rPr>
          <w:bCs/>
        </w:rPr>
        <w:t>rýže</w:t>
      </w:r>
      <w:proofErr w:type="spellEnd"/>
      <w:r w:rsidR="009216B1">
        <w:rPr>
          <w:bCs/>
        </w:rPr>
        <w:t xml:space="preserve"> </w:t>
      </w:r>
      <w:r w:rsidR="00EA1E65">
        <w:t>,</w:t>
      </w:r>
      <w:proofErr w:type="spellStart"/>
      <w:r w:rsidR="00EA1E65">
        <w:t>ovocný</w:t>
      </w:r>
      <w:proofErr w:type="spellEnd"/>
      <w:proofErr w:type="gramEnd"/>
      <w:r w:rsidR="00EA1E65">
        <w:t xml:space="preserve"> </w:t>
      </w:r>
      <w:proofErr w:type="spellStart"/>
      <w:r w:rsidR="00EA1E65">
        <w:t>kompot</w:t>
      </w:r>
      <w:proofErr w:type="spellEnd"/>
      <w:r w:rsidR="005648D8">
        <w:rPr>
          <w:i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>:</w:t>
      </w:r>
      <w:r w:rsidR="009216B1">
        <w:rPr>
          <w:i/>
        </w:rPr>
        <w:t xml:space="preserve"> </w:t>
      </w:r>
      <w:r w:rsidR="00A95177">
        <w:rPr>
          <w:i/>
        </w:rPr>
        <w:t>1</w:t>
      </w:r>
      <w:r w:rsidR="009216B1">
        <w:rPr>
          <w:i/>
        </w:rPr>
        <w:t>,</w:t>
      </w:r>
      <w:r w:rsidR="001E2F46">
        <w:rPr>
          <w:i/>
        </w:rPr>
        <w:t>7</w:t>
      </w:r>
      <w:r w:rsidR="009216B1">
        <w:rPr>
          <w:i/>
        </w:rPr>
        <w:t>,9</w:t>
      </w:r>
      <w:r>
        <w:rPr>
          <w:i/>
        </w:rPr>
        <w:t>)</w:t>
      </w:r>
    </w:p>
    <w:p w14:paraId="6A6D31A8" w14:textId="23240BD4" w:rsidR="009837D8" w:rsidRDefault="00484DA2">
      <w:pPr>
        <w:spacing w:after="40"/>
        <w:ind w:left="240"/>
      </w:pPr>
      <w:proofErr w:type="spellStart"/>
      <w:r>
        <w:rPr>
          <w:b/>
        </w:rPr>
        <w:t>Svačina</w:t>
      </w:r>
      <w:proofErr w:type="spellEnd"/>
      <w:r>
        <w:rPr>
          <w:b/>
        </w:rPr>
        <w:t>:</w:t>
      </w:r>
      <w:r w:rsidR="009216B1">
        <w:t xml:space="preserve"> </w:t>
      </w:r>
      <w:proofErr w:type="spellStart"/>
      <w:r w:rsidR="009216B1">
        <w:t>Kakaový</w:t>
      </w:r>
      <w:proofErr w:type="spellEnd"/>
      <w:r w:rsidR="009216B1">
        <w:t xml:space="preserve"> </w:t>
      </w:r>
      <w:proofErr w:type="spellStart"/>
      <w:r w:rsidR="009216B1">
        <w:t>Termix</w:t>
      </w:r>
      <w:proofErr w:type="spellEnd"/>
      <w:r w:rsidR="009216B1">
        <w:t xml:space="preserve"> </w:t>
      </w:r>
      <w:proofErr w:type="spellStart"/>
      <w:r w:rsidR="009216B1">
        <w:t>broskev</w:t>
      </w:r>
      <w:proofErr w:type="spellEnd"/>
      <w:r w:rsidR="00A95177">
        <w:t xml:space="preserve">, </w:t>
      </w:r>
      <w:proofErr w:type="spellStart"/>
      <w:r>
        <w:t>čaj</w:t>
      </w:r>
      <w:proofErr w:type="spellEnd"/>
      <w:r w:rsidR="00BE77F5">
        <w:t xml:space="preserve">, </w:t>
      </w:r>
      <w:proofErr w:type="spellStart"/>
      <w:r w:rsidR="00BE77F5">
        <w:t>mléko</w:t>
      </w:r>
      <w:proofErr w:type="spellEnd"/>
      <w:r>
        <w:t xml:space="preserve">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>:</w:t>
      </w:r>
      <w:r w:rsidR="009216B1">
        <w:rPr>
          <w:i/>
        </w:rPr>
        <w:t xml:space="preserve"> </w:t>
      </w:r>
      <w:r>
        <w:rPr>
          <w:i/>
        </w:rPr>
        <w:t>7)</w:t>
      </w:r>
    </w:p>
    <w:p w14:paraId="7A16F536" w14:textId="77777777" w:rsidR="009837D8" w:rsidRDefault="00484DA2">
      <w:proofErr w:type="spellStart"/>
      <w:r>
        <w:rPr>
          <w:b/>
        </w:rPr>
        <w:t>Středa</w:t>
      </w:r>
      <w:proofErr w:type="spellEnd"/>
    </w:p>
    <w:p w14:paraId="5DCA0A22" w14:textId="449296CC" w:rsidR="009837D8" w:rsidRDefault="00484DA2">
      <w:pPr>
        <w:spacing w:after="40"/>
        <w:ind w:left="240"/>
      </w:pPr>
      <w:proofErr w:type="spellStart"/>
      <w:r>
        <w:rPr>
          <w:b/>
        </w:rPr>
        <w:t>Přesnídávka</w:t>
      </w:r>
      <w:proofErr w:type="spellEnd"/>
      <w:r>
        <w:rPr>
          <w:b/>
        </w:rPr>
        <w:t xml:space="preserve">: </w:t>
      </w:r>
      <w:r w:rsidR="005648D8">
        <w:t xml:space="preserve"> </w:t>
      </w:r>
      <w:r w:rsidR="009216B1">
        <w:t xml:space="preserve">Chia </w:t>
      </w:r>
      <w:proofErr w:type="spellStart"/>
      <w:r w:rsidR="009216B1">
        <w:t>chléb</w:t>
      </w:r>
      <w:proofErr w:type="spellEnd"/>
      <w:r w:rsidR="009216B1">
        <w:t xml:space="preserve"> s </w:t>
      </w:r>
      <w:proofErr w:type="spellStart"/>
      <w:r w:rsidR="009216B1">
        <w:t>mrkvovou</w:t>
      </w:r>
      <w:proofErr w:type="spellEnd"/>
      <w:r w:rsidR="009216B1">
        <w:t xml:space="preserve"> </w:t>
      </w:r>
      <w:proofErr w:type="spellStart"/>
      <w:r w:rsidR="009216B1">
        <w:t>pomazánkou</w:t>
      </w:r>
      <w:proofErr w:type="spellEnd"/>
      <w:r w:rsidR="009216B1">
        <w:t xml:space="preserve">, mix </w:t>
      </w:r>
      <w:proofErr w:type="spellStart"/>
      <w:r w:rsidR="009216B1">
        <w:t>ovoce</w:t>
      </w:r>
      <w:proofErr w:type="spellEnd"/>
      <w:r w:rsidR="009216B1">
        <w:t>,</w:t>
      </w:r>
      <w:r w:rsidR="005648D8">
        <w:t xml:space="preserve"> </w:t>
      </w:r>
      <w:proofErr w:type="spellStart"/>
      <w:r>
        <w:t>čaj</w:t>
      </w:r>
      <w:proofErr w:type="spellEnd"/>
      <w:r w:rsidR="00BE77F5">
        <w:t xml:space="preserve">, </w:t>
      </w:r>
      <w:proofErr w:type="spellStart"/>
      <w:r w:rsidR="00BE77F5">
        <w:t>mléko</w:t>
      </w:r>
      <w:proofErr w:type="spellEnd"/>
      <w:r>
        <w:t xml:space="preserve">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>:</w:t>
      </w:r>
      <w:r w:rsidR="009216B1">
        <w:rPr>
          <w:i/>
        </w:rPr>
        <w:t xml:space="preserve"> </w:t>
      </w:r>
      <w:r>
        <w:rPr>
          <w:i/>
        </w:rPr>
        <w:t>1</w:t>
      </w:r>
      <w:r w:rsidR="003B4ACB">
        <w:rPr>
          <w:i/>
        </w:rPr>
        <w:t>,</w:t>
      </w:r>
      <w:r>
        <w:rPr>
          <w:i/>
        </w:rPr>
        <w:t>7)</w:t>
      </w:r>
    </w:p>
    <w:p w14:paraId="2AF39B63" w14:textId="12308633" w:rsidR="009837D8" w:rsidRDefault="00484DA2">
      <w:pPr>
        <w:spacing w:after="40"/>
        <w:ind w:left="240"/>
      </w:pPr>
      <w:proofErr w:type="spellStart"/>
      <w:r>
        <w:rPr>
          <w:b/>
        </w:rPr>
        <w:t>Polévka</w:t>
      </w:r>
      <w:proofErr w:type="spellEnd"/>
      <w:r>
        <w:rPr>
          <w:b/>
        </w:rPr>
        <w:t xml:space="preserve">: </w:t>
      </w:r>
      <w:r w:rsidR="005648D8">
        <w:rPr>
          <w:rFonts w:ascii="-webkit-standard" w:hAnsi="-webkit-standard"/>
          <w:color w:val="000000"/>
        </w:rPr>
        <w:t xml:space="preserve"> </w:t>
      </w:r>
      <w:proofErr w:type="spellStart"/>
      <w:r w:rsidR="009216B1">
        <w:rPr>
          <w:rFonts w:ascii="-webkit-standard" w:hAnsi="-webkit-standard"/>
          <w:color w:val="000000"/>
        </w:rPr>
        <w:t>Pórková</w:t>
      </w:r>
      <w:proofErr w:type="spellEnd"/>
      <w:r w:rsidR="009216B1">
        <w:rPr>
          <w:rFonts w:ascii="-webkit-standard" w:hAnsi="-webkit-standard"/>
          <w:color w:val="000000"/>
        </w:rPr>
        <w:t xml:space="preserve"> s </w:t>
      </w:r>
      <w:proofErr w:type="spellStart"/>
      <w:r w:rsidR="009216B1">
        <w:rPr>
          <w:rFonts w:ascii="-webkit-standard" w:hAnsi="-webkit-standard"/>
          <w:color w:val="000000"/>
        </w:rPr>
        <w:t>kapáním</w:t>
      </w:r>
      <w:proofErr w:type="spellEnd"/>
      <w:r w:rsidR="009216B1">
        <w:rPr>
          <w:rFonts w:ascii="-webkit-standard" w:hAnsi="-webkit-standard"/>
          <w:color w:val="000000"/>
        </w:rPr>
        <w:t xml:space="preserve">,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 xml:space="preserve">: </w:t>
      </w:r>
      <w:r w:rsidR="001E2F46">
        <w:rPr>
          <w:i/>
        </w:rPr>
        <w:t>1</w:t>
      </w:r>
      <w:r w:rsidR="005648D8">
        <w:rPr>
          <w:i/>
        </w:rPr>
        <w:t>,9</w:t>
      </w:r>
      <w:r>
        <w:rPr>
          <w:i/>
        </w:rPr>
        <w:t>)</w:t>
      </w:r>
    </w:p>
    <w:p w14:paraId="5E9CE10E" w14:textId="26ECFC01" w:rsidR="009837D8" w:rsidRDefault="00484DA2">
      <w:pPr>
        <w:spacing w:after="40"/>
        <w:ind w:left="240"/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 xml:space="preserve">: </w:t>
      </w:r>
      <w:r w:rsidR="005648D8">
        <w:t xml:space="preserve"> </w:t>
      </w:r>
      <w:proofErr w:type="spellStart"/>
      <w:r w:rsidR="009216B1">
        <w:t>Koprová</w:t>
      </w:r>
      <w:proofErr w:type="spellEnd"/>
      <w:r w:rsidR="009216B1">
        <w:t xml:space="preserve"> </w:t>
      </w:r>
      <w:proofErr w:type="spellStart"/>
      <w:r w:rsidR="009216B1">
        <w:t>omáčka</w:t>
      </w:r>
      <w:proofErr w:type="spellEnd"/>
      <w:r w:rsidR="009216B1">
        <w:t xml:space="preserve">, </w:t>
      </w:r>
      <w:proofErr w:type="spellStart"/>
      <w:r w:rsidR="009216B1">
        <w:t>hovězí</w:t>
      </w:r>
      <w:proofErr w:type="spellEnd"/>
      <w:r w:rsidR="009216B1">
        <w:t xml:space="preserve"> </w:t>
      </w:r>
      <w:proofErr w:type="spellStart"/>
      <w:r w:rsidR="009216B1">
        <w:t>plátek</w:t>
      </w:r>
      <w:proofErr w:type="spellEnd"/>
      <w:r w:rsidR="009216B1">
        <w:t xml:space="preserve"> z </w:t>
      </w:r>
      <w:proofErr w:type="spellStart"/>
      <w:r w:rsidR="009216B1">
        <w:t>roštěné</w:t>
      </w:r>
      <w:proofErr w:type="spellEnd"/>
      <w:r w:rsidR="009216B1">
        <w:t xml:space="preserve">, </w:t>
      </w:r>
      <w:proofErr w:type="spellStart"/>
      <w:r w:rsidR="009216B1">
        <w:t>houskový</w:t>
      </w:r>
      <w:proofErr w:type="spellEnd"/>
      <w:r w:rsidR="009216B1">
        <w:t xml:space="preserve"> </w:t>
      </w:r>
      <w:proofErr w:type="spellStart"/>
      <w:r w:rsidR="009216B1">
        <w:t>knedlík</w:t>
      </w:r>
      <w:proofErr w:type="spellEnd"/>
      <w:r w:rsidR="009216B1">
        <w:t xml:space="preserve">, </w:t>
      </w:r>
      <w:r>
        <w:rPr>
          <w:i/>
        </w:rPr>
        <w:t>(Alergeny:</w:t>
      </w:r>
      <w:r w:rsidR="009216B1">
        <w:rPr>
          <w:i/>
        </w:rPr>
        <w:t>1,3,7</w:t>
      </w:r>
      <w:r>
        <w:rPr>
          <w:i/>
        </w:rPr>
        <w:t>)</w:t>
      </w:r>
    </w:p>
    <w:p w14:paraId="4372C9DA" w14:textId="537B359C" w:rsidR="009837D8" w:rsidRDefault="00484DA2">
      <w:pPr>
        <w:spacing w:after="40"/>
        <w:ind w:left="240"/>
      </w:pPr>
      <w:proofErr w:type="spellStart"/>
      <w:r>
        <w:rPr>
          <w:b/>
        </w:rPr>
        <w:t>Svačina</w:t>
      </w:r>
      <w:proofErr w:type="spellEnd"/>
      <w:r>
        <w:rPr>
          <w:b/>
        </w:rPr>
        <w:t xml:space="preserve">: </w:t>
      </w:r>
      <w:r>
        <w:t xml:space="preserve"> </w:t>
      </w:r>
      <w:proofErr w:type="spellStart"/>
      <w:r w:rsidR="009216B1">
        <w:t>Chléb</w:t>
      </w:r>
      <w:proofErr w:type="spellEnd"/>
      <w:r w:rsidR="009216B1">
        <w:t xml:space="preserve"> s </w:t>
      </w:r>
      <w:proofErr w:type="spellStart"/>
      <w:r w:rsidR="009216B1">
        <w:t>cizrnovou</w:t>
      </w:r>
      <w:proofErr w:type="spellEnd"/>
      <w:r w:rsidR="009216B1">
        <w:t xml:space="preserve"> </w:t>
      </w:r>
      <w:proofErr w:type="spellStart"/>
      <w:r w:rsidR="009216B1">
        <w:t>pomazánkou</w:t>
      </w:r>
      <w:proofErr w:type="spellEnd"/>
      <w:r w:rsidR="009216B1">
        <w:t xml:space="preserve">, </w:t>
      </w:r>
      <w:proofErr w:type="spellStart"/>
      <w:r w:rsidR="009216B1">
        <w:t>čaj</w:t>
      </w:r>
      <w:proofErr w:type="spellEnd"/>
      <w:r w:rsidR="009216B1">
        <w:t xml:space="preserve">, </w:t>
      </w:r>
      <w:proofErr w:type="spellStart"/>
      <w:r w:rsidR="009216B1">
        <w:t>mléko</w:t>
      </w:r>
      <w:proofErr w:type="spellEnd"/>
      <w:r w:rsidR="009216B1">
        <w:t xml:space="preserve">,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>: 1</w:t>
      </w:r>
      <w:r w:rsidR="003071C8">
        <w:rPr>
          <w:i/>
        </w:rPr>
        <w:t>,</w:t>
      </w:r>
      <w:r>
        <w:rPr>
          <w:i/>
        </w:rPr>
        <w:t>7)</w:t>
      </w:r>
    </w:p>
    <w:p w14:paraId="25B67C06" w14:textId="77777777" w:rsidR="009837D8" w:rsidRDefault="00484DA2">
      <w:proofErr w:type="spellStart"/>
      <w:r>
        <w:rPr>
          <w:b/>
        </w:rPr>
        <w:t>Čtvrtek</w:t>
      </w:r>
      <w:proofErr w:type="spellEnd"/>
    </w:p>
    <w:p w14:paraId="64C0C520" w14:textId="33456A0B" w:rsidR="009837D8" w:rsidRDefault="00484DA2">
      <w:pPr>
        <w:spacing w:after="40"/>
        <w:ind w:left="240"/>
      </w:pPr>
      <w:proofErr w:type="spellStart"/>
      <w:r>
        <w:rPr>
          <w:b/>
        </w:rPr>
        <w:t>Přesnídávka</w:t>
      </w:r>
      <w:proofErr w:type="spellEnd"/>
      <w:r>
        <w:rPr>
          <w:b/>
        </w:rPr>
        <w:t>:</w:t>
      </w:r>
      <w:r w:rsidR="009216B1">
        <w:t xml:space="preserve"> </w:t>
      </w:r>
      <w:proofErr w:type="spellStart"/>
      <w:r w:rsidR="009216B1">
        <w:t>Grahamový</w:t>
      </w:r>
      <w:proofErr w:type="spellEnd"/>
      <w:r w:rsidR="009216B1">
        <w:t xml:space="preserve"> </w:t>
      </w:r>
      <w:proofErr w:type="spellStart"/>
      <w:r w:rsidR="009216B1">
        <w:t>rohlík</w:t>
      </w:r>
      <w:proofErr w:type="spellEnd"/>
      <w:r w:rsidR="009216B1">
        <w:t xml:space="preserve"> s </w:t>
      </w:r>
      <w:proofErr w:type="spellStart"/>
      <w:r w:rsidR="009216B1">
        <w:t>kedlubnovou</w:t>
      </w:r>
      <w:proofErr w:type="spellEnd"/>
      <w:r w:rsidR="009216B1">
        <w:t xml:space="preserve"> </w:t>
      </w:r>
      <w:proofErr w:type="spellStart"/>
      <w:r w:rsidR="009216B1">
        <w:t>pomazánkou</w:t>
      </w:r>
      <w:proofErr w:type="spellEnd"/>
      <w:r w:rsidR="009216B1">
        <w:t xml:space="preserve">, mix </w:t>
      </w:r>
      <w:proofErr w:type="spellStart"/>
      <w:r w:rsidR="009216B1">
        <w:t>ovoce</w:t>
      </w:r>
      <w:proofErr w:type="spellEnd"/>
      <w:r w:rsidR="009216B1">
        <w:t xml:space="preserve">, </w:t>
      </w:r>
      <w:proofErr w:type="spellStart"/>
      <w:r>
        <w:t>čaj</w:t>
      </w:r>
      <w:proofErr w:type="spellEnd"/>
      <w:r w:rsidR="00BE77F5">
        <w:t xml:space="preserve">, </w:t>
      </w:r>
      <w:proofErr w:type="spellStart"/>
      <w:r w:rsidR="00BE77F5">
        <w:t>mléko</w:t>
      </w:r>
      <w:proofErr w:type="spellEnd"/>
      <w:r>
        <w:t xml:space="preserve"> </w:t>
      </w:r>
      <w:r>
        <w:rPr>
          <w:i/>
        </w:rPr>
        <w:t>(Alergeny:1,7)</w:t>
      </w:r>
    </w:p>
    <w:p w14:paraId="52573963" w14:textId="7DF5D0F9" w:rsidR="009837D8" w:rsidRDefault="00484DA2">
      <w:pPr>
        <w:spacing w:after="40"/>
        <w:ind w:left="240"/>
      </w:pPr>
      <w:proofErr w:type="spellStart"/>
      <w:r>
        <w:rPr>
          <w:b/>
        </w:rPr>
        <w:t>Polévka</w:t>
      </w:r>
      <w:proofErr w:type="spellEnd"/>
      <w:r>
        <w:rPr>
          <w:b/>
        </w:rPr>
        <w:t>:</w:t>
      </w:r>
      <w:r w:rsidR="00C20C45" w:rsidRPr="00C20C45">
        <w:t xml:space="preserve"> </w:t>
      </w:r>
      <w:r>
        <w:t xml:space="preserve"> </w:t>
      </w:r>
      <w:proofErr w:type="spellStart"/>
      <w:r w:rsidR="000E6C4A">
        <w:t>Frankfurtská</w:t>
      </w:r>
      <w:proofErr w:type="spellEnd"/>
      <w:r w:rsidR="009216B1">
        <w:t xml:space="preserve">,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 xml:space="preserve">: </w:t>
      </w:r>
      <w:r w:rsidR="009216B1">
        <w:rPr>
          <w:i/>
        </w:rPr>
        <w:t>7,</w:t>
      </w:r>
      <w:r w:rsidR="00C20C45">
        <w:rPr>
          <w:i/>
        </w:rPr>
        <w:t>9</w:t>
      </w:r>
      <w:r>
        <w:rPr>
          <w:i/>
        </w:rPr>
        <w:t>)</w:t>
      </w:r>
    </w:p>
    <w:p w14:paraId="77415FDB" w14:textId="29B849DE" w:rsidR="009837D8" w:rsidRDefault="00484DA2">
      <w:pPr>
        <w:spacing w:after="40"/>
        <w:ind w:left="240"/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 xml:space="preserve">: </w:t>
      </w:r>
      <w:proofErr w:type="spellStart"/>
      <w:r w:rsidR="000E6C4A">
        <w:rPr>
          <w:bCs/>
        </w:rPr>
        <w:t>Kynuté</w:t>
      </w:r>
      <w:proofErr w:type="spellEnd"/>
      <w:r w:rsidR="000E6C4A">
        <w:rPr>
          <w:bCs/>
        </w:rPr>
        <w:t xml:space="preserve"> </w:t>
      </w:r>
      <w:proofErr w:type="spellStart"/>
      <w:r w:rsidR="000E6C4A">
        <w:rPr>
          <w:bCs/>
        </w:rPr>
        <w:t>koláče</w:t>
      </w:r>
      <w:proofErr w:type="spellEnd"/>
      <w:r w:rsidR="000E6C4A">
        <w:rPr>
          <w:bCs/>
        </w:rPr>
        <w:t xml:space="preserve"> s </w:t>
      </w:r>
      <w:proofErr w:type="spellStart"/>
      <w:r w:rsidR="000E6C4A">
        <w:rPr>
          <w:bCs/>
        </w:rPr>
        <w:t>tvarohem</w:t>
      </w:r>
      <w:proofErr w:type="spellEnd"/>
      <w:r w:rsidR="009216B1">
        <w:rPr>
          <w:bCs/>
        </w:rPr>
        <w:t>,</w:t>
      </w:r>
      <w:r w:rsidR="00D87611">
        <w:rPr>
          <w:bCs/>
        </w:rPr>
        <w:t xml:space="preserve"> </w:t>
      </w:r>
      <w:proofErr w:type="spellStart"/>
      <w:r w:rsidR="00D87611">
        <w:rPr>
          <w:bCs/>
        </w:rPr>
        <w:t>meruňkou</w:t>
      </w:r>
      <w:proofErr w:type="spellEnd"/>
      <w:r w:rsidR="000E6C4A">
        <w:rPr>
          <w:bCs/>
        </w:rPr>
        <w:t xml:space="preserve"> a </w:t>
      </w:r>
      <w:proofErr w:type="spellStart"/>
      <w:r w:rsidR="000E6C4A">
        <w:rPr>
          <w:bCs/>
        </w:rPr>
        <w:t>drobenkou</w:t>
      </w:r>
      <w:proofErr w:type="spellEnd"/>
      <w:r w:rsidR="000E6C4A">
        <w:rPr>
          <w:bCs/>
        </w:rPr>
        <w:t>,</w:t>
      </w:r>
      <w:r w:rsidR="009216B1">
        <w:rPr>
          <w:bCs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 xml:space="preserve">: </w:t>
      </w:r>
      <w:r w:rsidR="005A7839">
        <w:rPr>
          <w:i/>
        </w:rPr>
        <w:t>1</w:t>
      </w:r>
      <w:r w:rsidR="001E2F46">
        <w:rPr>
          <w:i/>
        </w:rPr>
        <w:t>,7</w:t>
      </w:r>
      <w:r>
        <w:rPr>
          <w:i/>
        </w:rPr>
        <w:t>)</w:t>
      </w:r>
    </w:p>
    <w:p w14:paraId="22074D0C" w14:textId="1B0EAE3F" w:rsidR="009837D8" w:rsidRDefault="00484DA2">
      <w:pPr>
        <w:spacing w:after="40"/>
        <w:ind w:left="240"/>
      </w:pPr>
      <w:proofErr w:type="spellStart"/>
      <w:r>
        <w:rPr>
          <w:b/>
        </w:rPr>
        <w:t>Svačina</w:t>
      </w:r>
      <w:proofErr w:type="spellEnd"/>
      <w:r>
        <w:rPr>
          <w:b/>
        </w:rPr>
        <w:t>:</w:t>
      </w:r>
      <w:r w:rsidR="009216B1">
        <w:rPr>
          <w:b/>
        </w:rPr>
        <w:t xml:space="preserve"> </w:t>
      </w:r>
      <w:proofErr w:type="spellStart"/>
      <w:r w:rsidR="009216B1">
        <w:rPr>
          <w:bCs/>
        </w:rPr>
        <w:t>Chléb</w:t>
      </w:r>
      <w:proofErr w:type="spellEnd"/>
      <w:r w:rsidR="009216B1">
        <w:rPr>
          <w:bCs/>
        </w:rPr>
        <w:t xml:space="preserve"> s </w:t>
      </w:r>
      <w:proofErr w:type="spellStart"/>
      <w:r w:rsidR="009216B1">
        <w:rPr>
          <w:bCs/>
        </w:rPr>
        <w:t>ovocným</w:t>
      </w:r>
      <w:proofErr w:type="spellEnd"/>
      <w:r w:rsidR="009216B1">
        <w:rPr>
          <w:bCs/>
        </w:rPr>
        <w:t xml:space="preserve"> </w:t>
      </w:r>
      <w:proofErr w:type="spellStart"/>
      <w:r w:rsidR="009216B1">
        <w:rPr>
          <w:bCs/>
        </w:rPr>
        <w:t>máslem</w:t>
      </w:r>
      <w:proofErr w:type="spellEnd"/>
      <w:r w:rsidR="009216B1">
        <w:t xml:space="preserve">, </w:t>
      </w:r>
      <w:proofErr w:type="spellStart"/>
      <w:proofErr w:type="gramStart"/>
      <w:r w:rsidR="00014812">
        <w:t>čaj,mléko</w:t>
      </w:r>
      <w:proofErr w:type="spellEnd"/>
      <w:proofErr w:type="gramEnd"/>
      <w:r w:rsidR="00014812">
        <w:t xml:space="preserve">, </w:t>
      </w:r>
      <w:r>
        <w:rPr>
          <w:i/>
        </w:rPr>
        <w:t>(Alergeny:</w:t>
      </w:r>
      <w:r w:rsidR="00C20C45">
        <w:rPr>
          <w:i/>
        </w:rPr>
        <w:t>1,</w:t>
      </w:r>
      <w:r>
        <w:rPr>
          <w:i/>
        </w:rPr>
        <w:t>7)</w:t>
      </w:r>
    </w:p>
    <w:p w14:paraId="0D237BD6" w14:textId="77777777" w:rsidR="009837D8" w:rsidRDefault="00484DA2">
      <w:proofErr w:type="spellStart"/>
      <w:r>
        <w:rPr>
          <w:b/>
        </w:rPr>
        <w:t>Pátek</w:t>
      </w:r>
      <w:proofErr w:type="spellEnd"/>
    </w:p>
    <w:p w14:paraId="2552763E" w14:textId="4EBDB7E0" w:rsidR="009837D8" w:rsidRDefault="00484DA2">
      <w:pPr>
        <w:spacing w:after="40"/>
        <w:ind w:left="240"/>
      </w:pPr>
      <w:proofErr w:type="spellStart"/>
      <w:r>
        <w:rPr>
          <w:b/>
        </w:rPr>
        <w:t>Přesnídávka</w:t>
      </w:r>
      <w:proofErr w:type="spellEnd"/>
      <w:r>
        <w:rPr>
          <w:b/>
        </w:rPr>
        <w:t>:</w:t>
      </w:r>
      <w:r w:rsidR="00C20C45" w:rsidRPr="00C20C45">
        <w:t xml:space="preserve"> </w:t>
      </w:r>
      <w:r>
        <w:t xml:space="preserve"> </w:t>
      </w:r>
      <w:proofErr w:type="spellStart"/>
      <w:r w:rsidR="00A81289">
        <w:t>Dýňová</w:t>
      </w:r>
      <w:proofErr w:type="spellEnd"/>
      <w:r w:rsidR="00A81289">
        <w:t xml:space="preserve"> </w:t>
      </w:r>
      <w:proofErr w:type="spellStart"/>
      <w:r w:rsidR="00A81289">
        <w:t>kostka</w:t>
      </w:r>
      <w:proofErr w:type="spellEnd"/>
      <w:r w:rsidR="009216B1">
        <w:t xml:space="preserve"> s </w:t>
      </w:r>
      <w:proofErr w:type="spellStart"/>
      <w:r w:rsidR="009216B1">
        <w:t>pomazánkou</w:t>
      </w:r>
      <w:proofErr w:type="spellEnd"/>
      <w:r w:rsidR="009216B1">
        <w:t xml:space="preserve"> z </w:t>
      </w:r>
      <w:proofErr w:type="spellStart"/>
      <w:r w:rsidR="009216B1">
        <w:t>červené</w:t>
      </w:r>
      <w:proofErr w:type="spellEnd"/>
      <w:r w:rsidR="009216B1">
        <w:t xml:space="preserve"> </w:t>
      </w:r>
      <w:proofErr w:type="spellStart"/>
      <w:r w:rsidR="009216B1">
        <w:t>čočky</w:t>
      </w:r>
      <w:proofErr w:type="spellEnd"/>
      <w:r w:rsidR="009216B1">
        <w:t xml:space="preserve">, mix </w:t>
      </w:r>
      <w:proofErr w:type="spellStart"/>
      <w:r w:rsidR="009216B1">
        <w:t>ovoce</w:t>
      </w:r>
      <w:proofErr w:type="spellEnd"/>
      <w:r w:rsidR="009216B1">
        <w:t xml:space="preserve">, </w:t>
      </w:r>
      <w:proofErr w:type="spellStart"/>
      <w:r>
        <w:t>čaj</w:t>
      </w:r>
      <w:proofErr w:type="spellEnd"/>
      <w:r w:rsidR="00BE77F5">
        <w:t xml:space="preserve">, </w:t>
      </w:r>
      <w:proofErr w:type="spellStart"/>
      <w:r w:rsidR="00BE77F5">
        <w:t>mléko</w:t>
      </w:r>
      <w:proofErr w:type="spellEnd"/>
      <w:r>
        <w:t xml:space="preserve">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>: 1,</w:t>
      </w:r>
      <w:r w:rsidR="005A7839">
        <w:rPr>
          <w:i/>
        </w:rPr>
        <w:t>7</w:t>
      </w:r>
      <w:r>
        <w:rPr>
          <w:i/>
        </w:rPr>
        <w:t>)</w:t>
      </w:r>
    </w:p>
    <w:p w14:paraId="678EF686" w14:textId="4672B4C4" w:rsidR="009837D8" w:rsidRDefault="00484DA2">
      <w:pPr>
        <w:spacing w:after="40"/>
        <w:ind w:left="240"/>
      </w:pPr>
      <w:proofErr w:type="spellStart"/>
      <w:r>
        <w:rPr>
          <w:b/>
        </w:rPr>
        <w:t>Polévka</w:t>
      </w:r>
      <w:proofErr w:type="spellEnd"/>
      <w:r>
        <w:rPr>
          <w:b/>
        </w:rPr>
        <w:t xml:space="preserve">: </w:t>
      </w:r>
      <w:proofErr w:type="spellStart"/>
      <w:r w:rsidR="009216B1">
        <w:rPr>
          <w:bCs/>
        </w:rPr>
        <w:t>Česneková</w:t>
      </w:r>
      <w:proofErr w:type="spellEnd"/>
      <w:r w:rsidR="009216B1">
        <w:rPr>
          <w:bCs/>
        </w:rPr>
        <w:t xml:space="preserve"> s </w:t>
      </w:r>
      <w:proofErr w:type="spellStart"/>
      <w:r w:rsidR="009216B1">
        <w:rPr>
          <w:bCs/>
        </w:rPr>
        <w:t>bramborem</w:t>
      </w:r>
      <w:proofErr w:type="spellEnd"/>
      <w:r w:rsidR="009216B1">
        <w:rPr>
          <w:bCs/>
        </w:rPr>
        <w:t xml:space="preserve">,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 xml:space="preserve">: </w:t>
      </w:r>
      <w:r w:rsidR="00C20C45">
        <w:rPr>
          <w:i/>
        </w:rPr>
        <w:t>7,</w:t>
      </w:r>
      <w:r w:rsidR="005A7839">
        <w:rPr>
          <w:i/>
        </w:rPr>
        <w:t>9</w:t>
      </w:r>
      <w:r>
        <w:rPr>
          <w:i/>
        </w:rPr>
        <w:t>)</w:t>
      </w:r>
    </w:p>
    <w:p w14:paraId="72944FE3" w14:textId="68C1BD3D" w:rsidR="009837D8" w:rsidRDefault="00484DA2">
      <w:pPr>
        <w:spacing w:after="40"/>
        <w:ind w:left="240"/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>:</w:t>
      </w:r>
      <w:r w:rsidR="00A81289">
        <w:rPr>
          <w:bCs/>
        </w:rPr>
        <w:t xml:space="preserve"> </w:t>
      </w:r>
      <w:proofErr w:type="spellStart"/>
      <w:r w:rsidR="00A81289">
        <w:rPr>
          <w:bCs/>
        </w:rPr>
        <w:t>Zapečené</w:t>
      </w:r>
      <w:proofErr w:type="spellEnd"/>
      <w:r w:rsidR="00A81289">
        <w:rPr>
          <w:bCs/>
        </w:rPr>
        <w:t xml:space="preserve"> </w:t>
      </w:r>
      <w:proofErr w:type="spellStart"/>
      <w:r w:rsidR="00A81289">
        <w:rPr>
          <w:bCs/>
        </w:rPr>
        <w:t>šunkofleky</w:t>
      </w:r>
      <w:proofErr w:type="spellEnd"/>
      <w:r w:rsidR="00A81289">
        <w:rPr>
          <w:bCs/>
        </w:rPr>
        <w:t>,</w:t>
      </w:r>
      <w:r w:rsidR="009216B1">
        <w:rPr>
          <w:bCs/>
        </w:rPr>
        <w:t xml:space="preserve"> </w:t>
      </w:r>
      <w:proofErr w:type="spellStart"/>
      <w:r w:rsidR="00A81289">
        <w:t>okurkový</w:t>
      </w:r>
      <w:proofErr w:type="spellEnd"/>
      <w:r w:rsidR="00916EC0">
        <w:t xml:space="preserve"> </w:t>
      </w:r>
      <w:proofErr w:type="spellStart"/>
      <w:r w:rsidR="005D666A">
        <w:t>salát</w:t>
      </w:r>
      <w:proofErr w:type="spellEnd"/>
      <w:r w:rsidR="009216B1">
        <w:t xml:space="preserve">,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 xml:space="preserve">: </w:t>
      </w:r>
      <w:r w:rsidR="00C879D3">
        <w:rPr>
          <w:i/>
        </w:rPr>
        <w:t>7</w:t>
      </w:r>
      <w:r>
        <w:rPr>
          <w:i/>
        </w:rPr>
        <w:t>)</w:t>
      </w:r>
    </w:p>
    <w:p w14:paraId="3EC9B62B" w14:textId="55D69244" w:rsidR="009837D8" w:rsidRDefault="00484DA2">
      <w:pPr>
        <w:spacing w:after="40"/>
        <w:ind w:left="240"/>
      </w:pPr>
      <w:proofErr w:type="spellStart"/>
      <w:r>
        <w:rPr>
          <w:b/>
        </w:rPr>
        <w:t>Svačina</w:t>
      </w:r>
      <w:proofErr w:type="spellEnd"/>
      <w:r>
        <w:rPr>
          <w:b/>
        </w:rPr>
        <w:t xml:space="preserve">: </w:t>
      </w:r>
      <w:proofErr w:type="spellStart"/>
      <w:r w:rsidR="009216B1">
        <w:t>Podmáslový</w:t>
      </w:r>
      <w:proofErr w:type="spellEnd"/>
      <w:r w:rsidR="009216B1">
        <w:t xml:space="preserve"> </w:t>
      </w:r>
      <w:proofErr w:type="spellStart"/>
      <w:r w:rsidR="009216B1">
        <w:t>chléb</w:t>
      </w:r>
      <w:proofErr w:type="spellEnd"/>
      <w:r w:rsidR="009216B1">
        <w:t xml:space="preserve"> s </w:t>
      </w:r>
      <w:proofErr w:type="spellStart"/>
      <w:r w:rsidR="009216B1">
        <w:t>vajíčkovou</w:t>
      </w:r>
      <w:proofErr w:type="spellEnd"/>
      <w:r w:rsidR="009216B1">
        <w:t xml:space="preserve"> </w:t>
      </w:r>
      <w:proofErr w:type="spellStart"/>
      <w:proofErr w:type="gramStart"/>
      <w:r w:rsidR="009216B1">
        <w:t>pomazánkou</w:t>
      </w:r>
      <w:proofErr w:type="spellEnd"/>
      <w:r w:rsidR="009216B1">
        <w:rPr>
          <w:bCs/>
        </w:rPr>
        <w:t xml:space="preserve"> </w:t>
      </w:r>
      <w:r w:rsidR="00014812">
        <w:t>,</w:t>
      </w:r>
      <w:proofErr w:type="spellStart"/>
      <w:r>
        <w:t>čaj</w:t>
      </w:r>
      <w:proofErr w:type="spellEnd"/>
      <w:proofErr w:type="gramEnd"/>
      <w:r>
        <w:t xml:space="preserve">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 xml:space="preserve">: </w:t>
      </w:r>
      <w:r w:rsidR="001E2F46">
        <w:rPr>
          <w:i/>
        </w:rPr>
        <w:t>1,</w:t>
      </w:r>
      <w:r w:rsidR="009216B1">
        <w:rPr>
          <w:i/>
        </w:rPr>
        <w:t>3,</w:t>
      </w:r>
      <w:r w:rsidR="001E2F46">
        <w:rPr>
          <w:i/>
        </w:rPr>
        <w:t>7</w:t>
      </w:r>
      <w:r>
        <w:rPr>
          <w:i/>
        </w:rPr>
        <w:t>)</w:t>
      </w:r>
    </w:p>
    <w:p w14:paraId="71210A30" w14:textId="77777777" w:rsidR="00165206" w:rsidRDefault="00165206" w:rsidP="008F7027">
      <w:pPr>
        <w:jc w:val="center"/>
        <w:rPr>
          <w:b/>
          <w:bCs/>
          <w:i/>
          <w:sz w:val="20"/>
          <w:szCs w:val="20"/>
        </w:rPr>
      </w:pPr>
    </w:p>
    <w:p w14:paraId="5B5E6F74" w14:textId="4450CCF8" w:rsidR="009837D8" w:rsidRPr="008F7027" w:rsidRDefault="008F7027" w:rsidP="008F7027">
      <w:pPr>
        <w:jc w:val="center"/>
        <w:rPr>
          <w:b/>
          <w:bCs/>
          <w:i/>
          <w:sz w:val="20"/>
          <w:szCs w:val="20"/>
        </w:rPr>
      </w:pPr>
      <w:r w:rsidRPr="008F7027">
        <w:rPr>
          <w:b/>
          <w:bCs/>
          <w:i/>
          <w:sz w:val="20"/>
          <w:szCs w:val="20"/>
        </w:rPr>
        <w:t>PO CELÝ DEN JE DĚTEM ZAJIŠTĚŇ PITNÝ REŽIM</w:t>
      </w:r>
      <w:r w:rsidR="00165206">
        <w:rPr>
          <w:b/>
          <w:bCs/>
          <w:i/>
          <w:sz w:val="20"/>
          <w:szCs w:val="20"/>
        </w:rPr>
        <w:t xml:space="preserve"> a ČERSTVÉ OVOCE. </w:t>
      </w:r>
      <w:proofErr w:type="gramStart"/>
      <w:r w:rsidRPr="008F7027">
        <w:rPr>
          <w:b/>
          <w:bCs/>
          <w:i/>
          <w:sz w:val="20"/>
          <w:szCs w:val="20"/>
        </w:rPr>
        <w:t>.ZMĚNA</w:t>
      </w:r>
      <w:proofErr w:type="gramEnd"/>
      <w:r w:rsidRPr="008F7027">
        <w:rPr>
          <w:b/>
          <w:bCs/>
          <w:i/>
          <w:sz w:val="20"/>
          <w:szCs w:val="20"/>
        </w:rPr>
        <w:t xml:space="preserve"> JÍDELNIČKU VYHRAZEN</w:t>
      </w:r>
      <w:r w:rsidR="00165206">
        <w:rPr>
          <w:b/>
          <w:bCs/>
          <w:i/>
          <w:sz w:val="20"/>
          <w:szCs w:val="20"/>
        </w:rPr>
        <w:t xml:space="preserve">A </w:t>
      </w:r>
      <w:r w:rsidRPr="008F7027">
        <w:rPr>
          <w:b/>
          <w:bCs/>
          <w:i/>
          <w:sz w:val="20"/>
          <w:szCs w:val="20"/>
        </w:rPr>
        <w:t>.JÍDLO JE URČENO K OKAMŽÍTÉ SPOTŘEBĚ</w:t>
      </w:r>
      <w:r>
        <w:rPr>
          <w:b/>
          <w:bCs/>
          <w:i/>
          <w:sz w:val="20"/>
          <w:szCs w:val="20"/>
        </w:rPr>
        <w:t>.</w:t>
      </w:r>
    </w:p>
    <w:sectPr w:rsidR="009837D8" w:rsidRPr="008F702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18A6C" w14:textId="77777777" w:rsidR="00714223" w:rsidRDefault="00714223" w:rsidP="009B5EC0">
      <w:pPr>
        <w:spacing w:after="0" w:line="240" w:lineRule="auto"/>
      </w:pPr>
      <w:r>
        <w:separator/>
      </w:r>
    </w:p>
  </w:endnote>
  <w:endnote w:type="continuationSeparator" w:id="0">
    <w:p w14:paraId="0FBB9C84" w14:textId="77777777" w:rsidR="00714223" w:rsidRDefault="00714223" w:rsidP="009B5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-webkit-standard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FB917" w14:textId="77777777" w:rsidR="00714223" w:rsidRDefault="00714223" w:rsidP="009B5EC0">
      <w:pPr>
        <w:spacing w:after="0" w:line="240" w:lineRule="auto"/>
      </w:pPr>
      <w:r>
        <w:separator/>
      </w:r>
    </w:p>
  </w:footnote>
  <w:footnote w:type="continuationSeparator" w:id="0">
    <w:p w14:paraId="3C565D68" w14:textId="77777777" w:rsidR="00714223" w:rsidRDefault="00714223" w:rsidP="009B5E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4812"/>
    <w:rsid w:val="00034616"/>
    <w:rsid w:val="0006063C"/>
    <w:rsid w:val="00061337"/>
    <w:rsid w:val="000E6C4A"/>
    <w:rsid w:val="0015074B"/>
    <w:rsid w:val="00165206"/>
    <w:rsid w:val="00171E28"/>
    <w:rsid w:val="001B437E"/>
    <w:rsid w:val="001E2F46"/>
    <w:rsid w:val="00231481"/>
    <w:rsid w:val="00253249"/>
    <w:rsid w:val="0029639D"/>
    <w:rsid w:val="002B0DF9"/>
    <w:rsid w:val="003071C8"/>
    <w:rsid w:val="00323803"/>
    <w:rsid w:val="00326F90"/>
    <w:rsid w:val="003649C9"/>
    <w:rsid w:val="003A1F50"/>
    <w:rsid w:val="003B4ACB"/>
    <w:rsid w:val="003D399F"/>
    <w:rsid w:val="00416842"/>
    <w:rsid w:val="00446F4D"/>
    <w:rsid w:val="00465AD3"/>
    <w:rsid w:val="00484DA2"/>
    <w:rsid w:val="004C378C"/>
    <w:rsid w:val="0051346D"/>
    <w:rsid w:val="00517DCF"/>
    <w:rsid w:val="005545E4"/>
    <w:rsid w:val="005648D8"/>
    <w:rsid w:val="00577161"/>
    <w:rsid w:val="005A1237"/>
    <w:rsid w:val="005A7839"/>
    <w:rsid w:val="005C68E8"/>
    <w:rsid w:val="005D666A"/>
    <w:rsid w:val="005E0707"/>
    <w:rsid w:val="00625A8F"/>
    <w:rsid w:val="006775D4"/>
    <w:rsid w:val="00682C88"/>
    <w:rsid w:val="006F5D62"/>
    <w:rsid w:val="00714223"/>
    <w:rsid w:val="007A2305"/>
    <w:rsid w:val="007A462C"/>
    <w:rsid w:val="007C4225"/>
    <w:rsid w:val="007F3C34"/>
    <w:rsid w:val="00834F8D"/>
    <w:rsid w:val="0086234C"/>
    <w:rsid w:val="008648D3"/>
    <w:rsid w:val="00874EF7"/>
    <w:rsid w:val="008D520A"/>
    <w:rsid w:val="008F6BF5"/>
    <w:rsid w:val="008F7027"/>
    <w:rsid w:val="00903770"/>
    <w:rsid w:val="00907295"/>
    <w:rsid w:val="00915F96"/>
    <w:rsid w:val="00916EC0"/>
    <w:rsid w:val="009216B1"/>
    <w:rsid w:val="00947103"/>
    <w:rsid w:val="009837D8"/>
    <w:rsid w:val="009A387C"/>
    <w:rsid w:val="009B5EC0"/>
    <w:rsid w:val="009D1880"/>
    <w:rsid w:val="009D197A"/>
    <w:rsid w:val="009D419E"/>
    <w:rsid w:val="00A11E1C"/>
    <w:rsid w:val="00A26D57"/>
    <w:rsid w:val="00A52408"/>
    <w:rsid w:val="00A81289"/>
    <w:rsid w:val="00A9357F"/>
    <w:rsid w:val="00A95177"/>
    <w:rsid w:val="00AA1D8D"/>
    <w:rsid w:val="00B47730"/>
    <w:rsid w:val="00B561A8"/>
    <w:rsid w:val="00BA4196"/>
    <w:rsid w:val="00BB13D2"/>
    <w:rsid w:val="00BB526D"/>
    <w:rsid w:val="00BC3A73"/>
    <w:rsid w:val="00BD6915"/>
    <w:rsid w:val="00BE77F5"/>
    <w:rsid w:val="00C20C45"/>
    <w:rsid w:val="00C776F2"/>
    <w:rsid w:val="00C879D3"/>
    <w:rsid w:val="00C97ECC"/>
    <w:rsid w:val="00CB0664"/>
    <w:rsid w:val="00D24CBE"/>
    <w:rsid w:val="00D61358"/>
    <w:rsid w:val="00D87611"/>
    <w:rsid w:val="00D908C9"/>
    <w:rsid w:val="00DA53CF"/>
    <w:rsid w:val="00DD1915"/>
    <w:rsid w:val="00E1451F"/>
    <w:rsid w:val="00E1496B"/>
    <w:rsid w:val="00E71629"/>
    <w:rsid w:val="00E932B0"/>
    <w:rsid w:val="00EA1E65"/>
    <w:rsid w:val="00EC5C63"/>
    <w:rsid w:val="00FC693F"/>
    <w:rsid w:val="00FC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2047F0"/>
  <w14:defaultImageDpi w14:val="300"/>
  <w15:docId w15:val="{D46C5B5E-3EEB-5648-B119-60C219922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F597CF-7E4F-42F0-B36F-771BED3A5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Vlaďka Marková</cp:lastModifiedBy>
  <cp:revision>2</cp:revision>
  <cp:lastPrinted>2026-05-15T07:02:00Z</cp:lastPrinted>
  <dcterms:created xsi:type="dcterms:W3CDTF">2026-05-15T07:03:00Z</dcterms:created>
  <dcterms:modified xsi:type="dcterms:W3CDTF">2026-05-15T07:03:00Z</dcterms:modified>
  <cp:category/>
</cp:coreProperties>
</file>