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CB47" w14:textId="6AD40D46" w:rsidR="009837D8" w:rsidRDefault="008F7027" w:rsidP="003649C9">
      <w:pPr>
        <w:pStyle w:val="Nadpis1"/>
        <w:jc w:val="center"/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210C3AE2" wp14:editId="4D10B0C9">
            <wp:simplePos x="0" y="0"/>
            <wp:positionH relativeFrom="page">
              <wp:posOffset>-882015</wp:posOffset>
            </wp:positionH>
            <wp:positionV relativeFrom="paragraph">
              <wp:posOffset>-1500617</wp:posOffset>
            </wp:positionV>
            <wp:extent cx="8601075" cy="1286703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1286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84DA2">
        <w:t>Jídelníček</w:t>
      </w:r>
      <w:proofErr w:type="spellEnd"/>
      <w:r w:rsidR="00484DA2">
        <w:t xml:space="preserve"> </w:t>
      </w:r>
      <w:r w:rsidR="0051346D">
        <w:t xml:space="preserve"> </w:t>
      </w:r>
      <w:r w:rsidR="005648D8">
        <w:t>2</w:t>
      </w:r>
      <w:proofErr w:type="gramEnd"/>
      <w:r w:rsidR="00484DA2">
        <w:t>.</w:t>
      </w:r>
      <w:r w:rsidR="00165206">
        <w:t xml:space="preserve"> </w:t>
      </w:r>
      <w:r w:rsidR="005648D8">
        <w:t>2.</w:t>
      </w:r>
      <w:r w:rsidR="00C20C45">
        <w:t xml:space="preserve"> </w:t>
      </w:r>
      <w:r w:rsidR="005648D8">
        <w:t>2026</w:t>
      </w:r>
      <w:r w:rsidR="00484DA2">
        <w:t xml:space="preserve"> – </w:t>
      </w:r>
      <w:r w:rsidR="005648D8">
        <w:t>6</w:t>
      </w:r>
      <w:r w:rsidR="00484DA2">
        <w:t xml:space="preserve">. </w:t>
      </w:r>
      <w:r w:rsidR="005648D8">
        <w:t>2</w:t>
      </w:r>
      <w:r w:rsidR="00484DA2">
        <w:t>. 2026</w:t>
      </w:r>
    </w:p>
    <w:p w14:paraId="7F3E3F67" w14:textId="77777777" w:rsidR="009837D8" w:rsidRDefault="00484DA2">
      <w:proofErr w:type="spellStart"/>
      <w:r>
        <w:rPr>
          <w:b/>
        </w:rPr>
        <w:t>Pondělí</w:t>
      </w:r>
      <w:proofErr w:type="spellEnd"/>
    </w:p>
    <w:p w14:paraId="12133FBE" w14:textId="09D402AE" w:rsidR="009837D8" w:rsidRDefault="00484DA2">
      <w:pPr>
        <w:spacing w:after="40"/>
        <w:ind w:left="240"/>
      </w:pPr>
      <w:proofErr w:type="spellStart"/>
      <w:r>
        <w:rPr>
          <w:b/>
        </w:rPr>
        <w:t>Přesnídávka</w:t>
      </w:r>
      <w:proofErr w:type="spellEnd"/>
      <w:r>
        <w:rPr>
          <w:b/>
        </w:rPr>
        <w:t xml:space="preserve">: </w:t>
      </w:r>
      <w:proofErr w:type="spellStart"/>
      <w:r w:rsidR="00EA1E65">
        <w:t>Grahamový</w:t>
      </w:r>
      <w:proofErr w:type="spellEnd"/>
      <w:r w:rsidR="00EA1E65">
        <w:t xml:space="preserve"> </w:t>
      </w:r>
      <w:proofErr w:type="spellStart"/>
      <w:r w:rsidR="00EA1E65">
        <w:t>rohlík</w:t>
      </w:r>
      <w:proofErr w:type="spellEnd"/>
      <w:r w:rsidR="005648D8">
        <w:t xml:space="preserve"> s </w:t>
      </w:r>
      <w:proofErr w:type="spellStart"/>
      <w:r w:rsidR="005648D8">
        <w:t>cizrnovou</w:t>
      </w:r>
      <w:proofErr w:type="spellEnd"/>
      <w:r w:rsidR="005648D8">
        <w:t xml:space="preserve"> </w:t>
      </w:r>
      <w:proofErr w:type="spellStart"/>
      <w:r w:rsidR="005648D8">
        <w:t>pomazánkou</w:t>
      </w:r>
      <w:proofErr w:type="spellEnd"/>
      <w:r w:rsidR="005648D8">
        <w:t xml:space="preserve">, </w:t>
      </w:r>
      <w:proofErr w:type="spellStart"/>
      <w:r w:rsidR="005648D8">
        <w:t>jablko</w:t>
      </w:r>
      <w:proofErr w:type="spellEnd"/>
      <w:r w:rsidR="00577161" w:rsidRPr="00577161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t>čaj</w:t>
      </w:r>
      <w:proofErr w:type="spellEnd"/>
      <w:r w:rsidR="00BE77F5">
        <w:t xml:space="preserve">, </w:t>
      </w:r>
      <w:proofErr w:type="spellStart"/>
      <w:r w:rsidR="00BE77F5">
        <w:t>mléko</w:t>
      </w:r>
      <w:proofErr w:type="spellEnd"/>
      <w:r>
        <w:t xml:space="preserve"> </w:t>
      </w:r>
      <w:r>
        <w:rPr>
          <w:i/>
        </w:rPr>
        <w:t>(Alergeny:1,7</w:t>
      </w:r>
      <w:r w:rsidR="003071C8">
        <w:rPr>
          <w:i/>
        </w:rPr>
        <w:t>,11</w:t>
      </w:r>
      <w:r>
        <w:rPr>
          <w:i/>
        </w:rPr>
        <w:t>)</w:t>
      </w:r>
    </w:p>
    <w:p w14:paraId="0781101A" w14:textId="498CE7F6" w:rsidR="009837D8" w:rsidRDefault="00484DA2">
      <w:pPr>
        <w:spacing w:after="40"/>
        <w:ind w:left="240"/>
      </w:pPr>
      <w:proofErr w:type="spellStart"/>
      <w:r>
        <w:rPr>
          <w:b/>
        </w:rPr>
        <w:t>Polévka</w:t>
      </w:r>
      <w:proofErr w:type="spellEnd"/>
      <w:r>
        <w:rPr>
          <w:b/>
        </w:rPr>
        <w:t xml:space="preserve">: </w:t>
      </w:r>
      <w:proofErr w:type="spellStart"/>
      <w:r w:rsidR="00EA1E65">
        <w:t>Zeleninová</w:t>
      </w:r>
      <w:proofErr w:type="spellEnd"/>
      <w:r w:rsidR="00EA1E65">
        <w:t xml:space="preserve"> s </w:t>
      </w:r>
      <w:proofErr w:type="spellStart"/>
      <w:r w:rsidR="00EA1E65">
        <w:t>krupicí</w:t>
      </w:r>
      <w:proofErr w:type="spellEnd"/>
      <w:r w:rsidR="00EA1E65"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>: 1,</w:t>
      </w:r>
      <w:r w:rsidR="005648D8">
        <w:rPr>
          <w:i/>
        </w:rPr>
        <w:t>3,9</w:t>
      </w:r>
      <w:r>
        <w:rPr>
          <w:i/>
        </w:rPr>
        <w:t>)</w:t>
      </w:r>
    </w:p>
    <w:p w14:paraId="7D537222" w14:textId="7346207B" w:rsidR="009837D8" w:rsidRDefault="00484DA2">
      <w:pPr>
        <w:spacing w:after="40"/>
        <w:ind w:left="240"/>
      </w:pPr>
      <w:proofErr w:type="spellStart"/>
      <w:r>
        <w:rPr>
          <w:b/>
        </w:rPr>
        <w:t>Hlavní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chod</w:t>
      </w:r>
      <w:proofErr w:type="spellEnd"/>
      <w:r>
        <w:rPr>
          <w:b/>
        </w:rPr>
        <w:t xml:space="preserve">: </w:t>
      </w:r>
      <w:proofErr w:type="spellStart"/>
      <w:r w:rsidR="00EA1E65">
        <w:t>Mac’n</w:t>
      </w:r>
      <w:proofErr w:type="spellEnd"/>
      <w:r w:rsidR="00EA1E65">
        <w:t xml:space="preserve"> Cheese (</w:t>
      </w:r>
      <w:proofErr w:type="spellStart"/>
      <w:r w:rsidR="00165206">
        <w:t>z</w:t>
      </w:r>
      <w:r w:rsidR="00EA1E65">
        <w:t>apečené</w:t>
      </w:r>
      <w:proofErr w:type="spellEnd"/>
      <w:r w:rsidR="00EA1E65">
        <w:t xml:space="preserve"> </w:t>
      </w:r>
      <w:proofErr w:type="spellStart"/>
      <w:r w:rsidR="00EA1E65">
        <w:t>těstoviny</w:t>
      </w:r>
      <w:proofErr w:type="spellEnd"/>
      <w:r w:rsidR="00EA1E65">
        <w:t xml:space="preserve"> v </w:t>
      </w:r>
      <w:proofErr w:type="spellStart"/>
      <w:r w:rsidR="00EA1E65">
        <w:t>bešamelovo-sýrové</w:t>
      </w:r>
      <w:proofErr w:type="spellEnd"/>
      <w:r w:rsidR="00EA1E65">
        <w:t xml:space="preserve"> </w:t>
      </w:r>
      <w:proofErr w:type="spellStart"/>
      <w:r w:rsidR="00EA1E65">
        <w:t>omáčce</w:t>
      </w:r>
      <w:proofErr w:type="spellEnd"/>
      <w:r w:rsidR="00EA1E65">
        <w:t>)</w:t>
      </w:r>
      <w:r w:rsidR="00B561A8">
        <w:t xml:space="preserve"> </w:t>
      </w:r>
      <w:r>
        <w:rPr>
          <w:i/>
        </w:rPr>
        <w:t>(Alergeny:</w:t>
      </w:r>
      <w:r w:rsidR="001E2F46">
        <w:rPr>
          <w:i/>
        </w:rPr>
        <w:t>1</w:t>
      </w:r>
      <w:r w:rsidR="003071C8">
        <w:rPr>
          <w:i/>
        </w:rPr>
        <w:t>,7</w:t>
      </w:r>
      <w:r>
        <w:rPr>
          <w:i/>
        </w:rPr>
        <w:t>)</w:t>
      </w:r>
    </w:p>
    <w:p w14:paraId="054E8781" w14:textId="1B0FAC25" w:rsidR="009837D8" w:rsidRDefault="00484DA2">
      <w:pPr>
        <w:spacing w:after="40"/>
        <w:ind w:left="240"/>
      </w:pPr>
      <w:proofErr w:type="spellStart"/>
      <w:r>
        <w:rPr>
          <w:b/>
        </w:rPr>
        <w:t>Svačina</w:t>
      </w:r>
      <w:proofErr w:type="spellEnd"/>
      <w:r>
        <w:rPr>
          <w:b/>
        </w:rPr>
        <w:t xml:space="preserve">: </w:t>
      </w:r>
      <w:proofErr w:type="spellStart"/>
      <w:r w:rsidR="00BC3A73">
        <w:t>Tvaroh</w:t>
      </w:r>
      <w:proofErr w:type="spellEnd"/>
      <w:r w:rsidR="005648D8">
        <w:t xml:space="preserve"> s </w:t>
      </w:r>
      <w:proofErr w:type="spellStart"/>
      <w:r w:rsidR="005648D8">
        <w:t>ovocem</w:t>
      </w:r>
      <w:proofErr w:type="spellEnd"/>
      <w:r w:rsidR="005648D8"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>:</w:t>
      </w:r>
      <w:r w:rsidR="00EC5C63">
        <w:rPr>
          <w:i/>
        </w:rPr>
        <w:t xml:space="preserve"> </w:t>
      </w:r>
      <w:r>
        <w:rPr>
          <w:i/>
        </w:rPr>
        <w:t>7)</w:t>
      </w:r>
    </w:p>
    <w:p w14:paraId="30B10ACC" w14:textId="77777777" w:rsidR="009837D8" w:rsidRDefault="00484DA2">
      <w:proofErr w:type="spellStart"/>
      <w:r>
        <w:rPr>
          <w:b/>
        </w:rPr>
        <w:t>Úterý</w:t>
      </w:r>
      <w:proofErr w:type="spellEnd"/>
    </w:p>
    <w:p w14:paraId="12F81106" w14:textId="43D437B8" w:rsidR="009837D8" w:rsidRDefault="00484DA2">
      <w:pPr>
        <w:spacing w:after="40"/>
        <w:ind w:left="240"/>
      </w:pPr>
      <w:proofErr w:type="spellStart"/>
      <w:r>
        <w:rPr>
          <w:b/>
        </w:rPr>
        <w:t>Přesnídávka</w:t>
      </w:r>
      <w:proofErr w:type="spellEnd"/>
      <w:r>
        <w:rPr>
          <w:b/>
        </w:rPr>
        <w:t xml:space="preserve">: </w:t>
      </w:r>
      <w:r w:rsidR="00EA1E65">
        <w:t xml:space="preserve">Chia </w:t>
      </w:r>
      <w:proofErr w:type="spellStart"/>
      <w:r w:rsidR="00EA1E65">
        <w:t>chlebík</w:t>
      </w:r>
      <w:proofErr w:type="spellEnd"/>
      <w:r w:rsidR="005648D8">
        <w:t xml:space="preserve"> s</w:t>
      </w:r>
      <w:r w:rsidR="00BC3A73">
        <w:t xml:space="preserve">e </w:t>
      </w:r>
      <w:proofErr w:type="spellStart"/>
      <w:r w:rsidR="00BC3A73">
        <w:t>vajíčkovou</w:t>
      </w:r>
      <w:proofErr w:type="spellEnd"/>
      <w:r w:rsidR="00BC3A73">
        <w:t xml:space="preserve"> </w:t>
      </w:r>
      <w:proofErr w:type="spellStart"/>
      <w:r w:rsidR="00BC3A73">
        <w:t>pomazánkou</w:t>
      </w:r>
      <w:proofErr w:type="spellEnd"/>
      <w:r w:rsidR="005648D8">
        <w:t xml:space="preserve">, </w:t>
      </w:r>
      <w:proofErr w:type="spellStart"/>
      <w:r w:rsidR="005648D8">
        <w:t>hruška</w:t>
      </w:r>
      <w:proofErr w:type="spellEnd"/>
      <w:r w:rsidR="005648D8">
        <w:t xml:space="preserve"> </w:t>
      </w:r>
      <w:proofErr w:type="spellStart"/>
      <w:proofErr w:type="gramStart"/>
      <w:r w:rsidR="005545E4">
        <w:t>čaj,mléko</w:t>
      </w:r>
      <w:proofErr w:type="spellEnd"/>
      <w:proofErr w:type="gramEnd"/>
      <w:r w:rsidR="005545E4">
        <w:t>,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>: 1,</w:t>
      </w:r>
      <w:r w:rsidR="003071C8">
        <w:rPr>
          <w:i/>
        </w:rPr>
        <w:t>3,</w:t>
      </w:r>
      <w:r>
        <w:rPr>
          <w:i/>
        </w:rPr>
        <w:t>7)</w:t>
      </w:r>
    </w:p>
    <w:p w14:paraId="51B1CFA5" w14:textId="29D3873C" w:rsidR="009837D8" w:rsidRDefault="00484DA2">
      <w:pPr>
        <w:spacing w:after="40"/>
        <w:ind w:left="240"/>
      </w:pPr>
      <w:proofErr w:type="spellStart"/>
      <w:r>
        <w:rPr>
          <w:b/>
        </w:rPr>
        <w:t>Polévka</w:t>
      </w:r>
      <w:proofErr w:type="spellEnd"/>
      <w:r>
        <w:rPr>
          <w:b/>
        </w:rPr>
        <w:t xml:space="preserve">: </w:t>
      </w:r>
      <w:proofErr w:type="spellStart"/>
      <w:r w:rsidR="00EA1E65">
        <w:t>Kachní</w:t>
      </w:r>
      <w:proofErr w:type="spellEnd"/>
      <w:r w:rsidR="00EA1E65">
        <w:t xml:space="preserve"> </w:t>
      </w:r>
      <w:proofErr w:type="spellStart"/>
      <w:r w:rsidR="00EA1E65">
        <w:t>vývar</w:t>
      </w:r>
      <w:proofErr w:type="spellEnd"/>
      <w:r w:rsidR="00EA1E65">
        <w:t xml:space="preserve"> s </w:t>
      </w:r>
      <w:proofErr w:type="spellStart"/>
      <w:r w:rsidR="00EA1E65">
        <w:t>nudlemi</w:t>
      </w:r>
      <w:proofErr w:type="spellEnd"/>
      <w:r w:rsidR="00EA1E65">
        <w:t xml:space="preserve"> </w:t>
      </w:r>
      <w:r>
        <w:rPr>
          <w:i/>
        </w:rPr>
        <w:t>(Alergeny:</w:t>
      </w:r>
      <w:r w:rsidR="005648D8">
        <w:rPr>
          <w:i/>
        </w:rPr>
        <w:t>1,3,</w:t>
      </w:r>
      <w:r>
        <w:rPr>
          <w:i/>
        </w:rPr>
        <w:t xml:space="preserve"> </w:t>
      </w:r>
      <w:r w:rsidR="00907295">
        <w:rPr>
          <w:i/>
        </w:rPr>
        <w:t>9</w:t>
      </w:r>
      <w:r>
        <w:rPr>
          <w:i/>
        </w:rPr>
        <w:t>)</w:t>
      </w:r>
    </w:p>
    <w:p w14:paraId="2D77DD2F" w14:textId="1D695DB0" w:rsidR="009837D8" w:rsidRDefault="00484DA2">
      <w:pPr>
        <w:spacing w:after="40"/>
        <w:ind w:left="240"/>
      </w:pPr>
      <w:proofErr w:type="spellStart"/>
      <w:r>
        <w:rPr>
          <w:b/>
        </w:rPr>
        <w:t>Hlavní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chod</w:t>
      </w:r>
      <w:proofErr w:type="spellEnd"/>
      <w:r>
        <w:rPr>
          <w:b/>
        </w:rPr>
        <w:t>:</w:t>
      </w:r>
      <w:r w:rsidR="005545E4">
        <w:rPr>
          <w:b/>
        </w:rPr>
        <w:t xml:space="preserve"> </w:t>
      </w:r>
      <w:proofErr w:type="spellStart"/>
      <w:r w:rsidR="00EA1E65">
        <w:t>Pečená</w:t>
      </w:r>
      <w:proofErr w:type="spellEnd"/>
      <w:r w:rsidR="00EA1E65">
        <w:t xml:space="preserve"> </w:t>
      </w:r>
      <w:proofErr w:type="spellStart"/>
      <w:r w:rsidR="00EA1E65">
        <w:t>kachna</w:t>
      </w:r>
      <w:proofErr w:type="spellEnd"/>
      <w:r w:rsidR="00EA1E65">
        <w:t xml:space="preserve"> </w:t>
      </w:r>
      <w:proofErr w:type="spellStart"/>
      <w:r w:rsidR="00EA1E65">
        <w:t>na</w:t>
      </w:r>
      <w:proofErr w:type="spellEnd"/>
      <w:r w:rsidR="00EA1E65">
        <w:t xml:space="preserve"> </w:t>
      </w:r>
      <w:proofErr w:type="spellStart"/>
      <w:r w:rsidR="00EA1E65">
        <w:t>medu</w:t>
      </w:r>
      <w:proofErr w:type="spellEnd"/>
      <w:r w:rsidR="00EA1E65">
        <w:t xml:space="preserve">, </w:t>
      </w:r>
      <w:proofErr w:type="spellStart"/>
      <w:r w:rsidR="00EA1E65">
        <w:t>vařené</w:t>
      </w:r>
      <w:proofErr w:type="spellEnd"/>
      <w:r w:rsidR="00EA1E65">
        <w:t xml:space="preserve"> </w:t>
      </w:r>
      <w:proofErr w:type="spellStart"/>
      <w:r w:rsidR="00EA1E65">
        <w:t>brambory</w:t>
      </w:r>
      <w:proofErr w:type="spellEnd"/>
      <w:r w:rsidR="00BC3A73">
        <w:t xml:space="preserve"> s </w:t>
      </w:r>
      <w:proofErr w:type="spellStart"/>
      <w:r w:rsidR="00BC3A73">
        <w:t>máslem</w:t>
      </w:r>
      <w:proofErr w:type="spellEnd"/>
      <w:proofErr w:type="gramStart"/>
      <w:r w:rsidR="00BC3A73">
        <w:t xml:space="preserve">, </w:t>
      </w:r>
      <w:r w:rsidR="00EA1E65">
        <w:t>,</w:t>
      </w:r>
      <w:proofErr w:type="spellStart"/>
      <w:r w:rsidR="00EA1E65">
        <w:t>ovocný</w:t>
      </w:r>
      <w:proofErr w:type="spellEnd"/>
      <w:proofErr w:type="gramEnd"/>
      <w:r w:rsidR="00EA1E65">
        <w:t xml:space="preserve"> </w:t>
      </w:r>
      <w:proofErr w:type="spellStart"/>
      <w:r w:rsidR="00EA1E65">
        <w:t>kompot</w:t>
      </w:r>
      <w:proofErr w:type="spellEnd"/>
      <w:r w:rsidR="005648D8">
        <w:rPr>
          <w:i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1E2F46">
        <w:rPr>
          <w:i/>
        </w:rPr>
        <w:t>7</w:t>
      </w:r>
      <w:r>
        <w:rPr>
          <w:i/>
        </w:rPr>
        <w:t>)</w:t>
      </w:r>
    </w:p>
    <w:p w14:paraId="6A6D31A8" w14:textId="1D7D84D2" w:rsidR="009837D8" w:rsidRDefault="00484DA2">
      <w:pPr>
        <w:spacing w:after="40"/>
        <w:ind w:left="240"/>
      </w:pPr>
      <w:proofErr w:type="spellStart"/>
      <w:r>
        <w:rPr>
          <w:b/>
        </w:rPr>
        <w:t>Svačina</w:t>
      </w:r>
      <w:proofErr w:type="spellEnd"/>
      <w:r>
        <w:rPr>
          <w:b/>
        </w:rPr>
        <w:t xml:space="preserve">: </w:t>
      </w:r>
      <w:proofErr w:type="spellStart"/>
      <w:r w:rsidR="00BC3A73">
        <w:t>P</w:t>
      </w:r>
      <w:r w:rsidR="00EA1E65">
        <w:t>odmáslový</w:t>
      </w:r>
      <w:proofErr w:type="spellEnd"/>
      <w:r w:rsidR="00EA1E65">
        <w:t xml:space="preserve"> </w:t>
      </w:r>
      <w:proofErr w:type="spellStart"/>
      <w:r w:rsidR="00EA1E65">
        <w:t>chléb</w:t>
      </w:r>
      <w:proofErr w:type="spellEnd"/>
      <w:r w:rsidR="005648D8">
        <w:t xml:space="preserve"> s </w:t>
      </w:r>
      <w:proofErr w:type="spellStart"/>
      <w:r w:rsidR="00BC3A73">
        <w:t>Budapešť</w:t>
      </w:r>
      <w:proofErr w:type="spellEnd"/>
      <w:r w:rsidR="005648D8">
        <w:t xml:space="preserve"> </w:t>
      </w:r>
      <w:proofErr w:type="spellStart"/>
      <w:r w:rsidR="005648D8">
        <w:t>pomazánkou</w:t>
      </w:r>
      <w:proofErr w:type="spellEnd"/>
      <w:r w:rsidR="005648D8">
        <w:t xml:space="preserve">, </w:t>
      </w:r>
      <w:proofErr w:type="spellStart"/>
      <w:proofErr w:type="gramStart"/>
      <w:r w:rsidR="005648D8">
        <w:t>mrkev</w:t>
      </w:r>
      <w:proofErr w:type="spellEnd"/>
      <w:r w:rsidR="005648D8">
        <w:t xml:space="preserve"> ,</w:t>
      </w:r>
      <w:proofErr w:type="spellStart"/>
      <w:r>
        <w:t>čaj</w:t>
      </w:r>
      <w:proofErr w:type="spellEnd"/>
      <w:proofErr w:type="gramEnd"/>
      <w:r w:rsidR="00BE77F5">
        <w:t xml:space="preserve">, </w:t>
      </w:r>
      <w:proofErr w:type="spellStart"/>
      <w:r w:rsidR="00BE77F5">
        <w:t>mléko</w:t>
      </w:r>
      <w:proofErr w:type="spellEnd"/>
      <w:r>
        <w:t xml:space="preserve"> </w:t>
      </w:r>
      <w:r>
        <w:rPr>
          <w:i/>
        </w:rPr>
        <w:t>(Alergeny:</w:t>
      </w:r>
      <w:r w:rsidR="003B4ACB">
        <w:rPr>
          <w:i/>
        </w:rPr>
        <w:t>1</w:t>
      </w:r>
      <w:r>
        <w:rPr>
          <w:i/>
        </w:rPr>
        <w:t xml:space="preserve"> ,7)</w:t>
      </w:r>
    </w:p>
    <w:p w14:paraId="7A16F536" w14:textId="77777777" w:rsidR="009837D8" w:rsidRDefault="00484DA2">
      <w:proofErr w:type="spellStart"/>
      <w:r>
        <w:rPr>
          <w:b/>
        </w:rPr>
        <w:t>Středa</w:t>
      </w:r>
      <w:proofErr w:type="spellEnd"/>
    </w:p>
    <w:p w14:paraId="5DCA0A22" w14:textId="7A52DA04" w:rsidR="009837D8" w:rsidRDefault="00484DA2">
      <w:pPr>
        <w:spacing w:after="40"/>
        <w:ind w:left="240"/>
      </w:pPr>
      <w:proofErr w:type="spellStart"/>
      <w:r>
        <w:rPr>
          <w:b/>
        </w:rPr>
        <w:t>Přesnídávka</w:t>
      </w:r>
      <w:proofErr w:type="spellEnd"/>
      <w:r>
        <w:rPr>
          <w:b/>
        </w:rPr>
        <w:t xml:space="preserve">: </w:t>
      </w:r>
      <w:proofErr w:type="spellStart"/>
      <w:r w:rsidR="00EA1E65">
        <w:t>Veka</w:t>
      </w:r>
      <w:proofErr w:type="spellEnd"/>
      <w:r w:rsidR="005648D8">
        <w:t xml:space="preserve"> s </w:t>
      </w:r>
      <w:proofErr w:type="spellStart"/>
      <w:r w:rsidR="005648D8">
        <w:t>hráškovo</w:t>
      </w:r>
      <w:r w:rsidR="00BC3A73">
        <w:t>-sýrovou</w:t>
      </w:r>
      <w:proofErr w:type="spellEnd"/>
      <w:r w:rsidR="005648D8">
        <w:t xml:space="preserve"> </w:t>
      </w:r>
      <w:proofErr w:type="spellStart"/>
      <w:r w:rsidR="005648D8">
        <w:t>pomazánkou</w:t>
      </w:r>
      <w:proofErr w:type="spellEnd"/>
      <w:r w:rsidR="005648D8">
        <w:t xml:space="preserve">, </w:t>
      </w:r>
      <w:proofErr w:type="spellStart"/>
      <w:r w:rsidR="005648D8">
        <w:t>zelenina</w:t>
      </w:r>
      <w:proofErr w:type="spellEnd"/>
      <w:r w:rsidR="005648D8">
        <w:t xml:space="preserve"> </w:t>
      </w:r>
      <w:proofErr w:type="spellStart"/>
      <w:r>
        <w:t>čaj</w:t>
      </w:r>
      <w:proofErr w:type="spellEnd"/>
      <w:r w:rsidR="00BE77F5">
        <w:t xml:space="preserve">, </w:t>
      </w:r>
      <w:proofErr w:type="spellStart"/>
      <w:r w:rsidR="00BE77F5">
        <w:t>mléko</w:t>
      </w:r>
      <w:proofErr w:type="spellEnd"/>
      <w:r>
        <w:t xml:space="preserve"> </w:t>
      </w:r>
      <w:r>
        <w:rPr>
          <w:i/>
        </w:rPr>
        <w:t>(Alergeny:1</w:t>
      </w:r>
      <w:r w:rsidR="003B4ACB">
        <w:rPr>
          <w:i/>
        </w:rPr>
        <w:t>,</w:t>
      </w:r>
      <w:r>
        <w:rPr>
          <w:i/>
        </w:rPr>
        <w:t>7)</w:t>
      </w:r>
    </w:p>
    <w:p w14:paraId="2AF39B63" w14:textId="0DB3CFF2" w:rsidR="009837D8" w:rsidRDefault="00484DA2">
      <w:pPr>
        <w:spacing w:after="40"/>
        <w:ind w:left="240"/>
      </w:pPr>
      <w:proofErr w:type="spellStart"/>
      <w:r>
        <w:rPr>
          <w:b/>
        </w:rPr>
        <w:t>Polévka</w:t>
      </w:r>
      <w:proofErr w:type="spellEnd"/>
      <w:r>
        <w:rPr>
          <w:b/>
        </w:rPr>
        <w:t xml:space="preserve">: </w:t>
      </w:r>
      <w:proofErr w:type="spellStart"/>
      <w:r w:rsidR="005648D8">
        <w:rPr>
          <w:rFonts w:ascii="-webkit-standard" w:hAnsi="-webkit-standard"/>
          <w:color w:val="000000"/>
        </w:rPr>
        <w:t>Hrstková</w:t>
      </w:r>
      <w:proofErr w:type="spellEnd"/>
      <w:r w:rsidR="005648D8">
        <w:rPr>
          <w:rFonts w:ascii="-webkit-standard" w:hAnsi="-webkit-standard"/>
          <w:color w:val="000000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1E2F46">
        <w:rPr>
          <w:i/>
        </w:rPr>
        <w:t>1</w:t>
      </w:r>
      <w:r w:rsidR="005648D8">
        <w:rPr>
          <w:i/>
        </w:rPr>
        <w:t>,9</w:t>
      </w:r>
      <w:r>
        <w:rPr>
          <w:i/>
        </w:rPr>
        <w:t>)</w:t>
      </w:r>
    </w:p>
    <w:p w14:paraId="5E9CE10E" w14:textId="7DC21DC2" w:rsidR="009837D8" w:rsidRDefault="00484DA2">
      <w:pPr>
        <w:spacing w:after="40"/>
        <w:ind w:left="240"/>
      </w:pPr>
      <w:proofErr w:type="spellStart"/>
      <w:r>
        <w:rPr>
          <w:b/>
        </w:rPr>
        <w:t>Hlavní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chod</w:t>
      </w:r>
      <w:proofErr w:type="spellEnd"/>
      <w:r>
        <w:rPr>
          <w:b/>
        </w:rPr>
        <w:t xml:space="preserve">: </w:t>
      </w:r>
      <w:proofErr w:type="spellStart"/>
      <w:r w:rsidR="00EA1E65">
        <w:t>Jemný</w:t>
      </w:r>
      <w:proofErr w:type="spellEnd"/>
      <w:r w:rsidR="00EA1E65">
        <w:t xml:space="preserve"> </w:t>
      </w:r>
      <w:proofErr w:type="spellStart"/>
      <w:r w:rsidR="00EA1E65">
        <w:t>vepřový</w:t>
      </w:r>
      <w:proofErr w:type="spellEnd"/>
      <w:r w:rsidR="00EA1E65">
        <w:t xml:space="preserve"> </w:t>
      </w:r>
      <w:proofErr w:type="spellStart"/>
      <w:r w:rsidR="00EA1E65">
        <w:t>guláš</w:t>
      </w:r>
      <w:proofErr w:type="spellEnd"/>
      <w:r w:rsidR="00EA1E65">
        <w:t xml:space="preserve">, </w:t>
      </w:r>
      <w:proofErr w:type="spellStart"/>
      <w:r w:rsidR="00EA1E65">
        <w:t>rohlík</w:t>
      </w:r>
      <w:proofErr w:type="spellEnd"/>
      <w:r w:rsidR="005648D8">
        <w:t xml:space="preserve"> </w:t>
      </w:r>
      <w:r>
        <w:rPr>
          <w:i/>
        </w:rPr>
        <w:t>(Alergeny:</w:t>
      </w:r>
      <w:r w:rsidR="005648D8">
        <w:rPr>
          <w:i/>
        </w:rPr>
        <w:t>1</w:t>
      </w:r>
      <w:r>
        <w:rPr>
          <w:i/>
        </w:rPr>
        <w:t>)</w:t>
      </w:r>
    </w:p>
    <w:p w14:paraId="4372C9DA" w14:textId="69B07F94" w:rsidR="009837D8" w:rsidRDefault="00484DA2">
      <w:pPr>
        <w:spacing w:after="40"/>
        <w:ind w:left="240"/>
      </w:pPr>
      <w:proofErr w:type="spellStart"/>
      <w:r>
        <w:rPr>
          <w:b/>
        </w:rPr>
        <w:t>Svačina</w:t>
      </w:r>
      <w:proofErr w:type="spellEnd"/>
      <w:r>
        <w:rPr>
          <w:b/>
        </w:rPr>
        <w:t xml:space="preserve">: </w:t>
      </w:r>
      <w:proofErr w:type="spellStart"/>
      <w:r w:rsidR="00BC3A73">
        <w:rPr>
          <w:rStyle w:val="Siln"/>
          <w:b w:val="0"/>
          <w:bCs w:val="0"/>
          <w:color w:val="000000"/>
        </w:rPr>
        <w:t>Chléb</w:t>
      </w:r>
      <w:proofErr w:type="spellEnd"/>
      <w:r w:rsidR="00BC3A73">
        <w:rPr>
          <w:rStyle w:val="Siln"/>
          <w:b w:val="0"/>
          <w:bCs w:val="0"/>
          <w:color w:val="000000"/>
        </w:rPr>
        <w:t xml:space="preserve"> s </w:t>
      </w:r>
      <w:proofErr w:type="spellStart"/>
      <w:r w:rsidR="00BC3A73">
        <w:rPr>
          <w:rStyle w:val="Siln"/>
          <w:b w:val="0"/>
          <w:bCs w:val="0"/>
          <w:color w:val="000000"/>
        </w:rPr>
        <w:t>rybičkovou</w:t>
      </w:r>
      <w:proofErr w:type="spellEnd"/>
      <w:r w:rsidR="00BC3A73">
        <w:rPr>
          <w:rStyle w:val="Siln"/>
          <w:b w:val="0"/>
          <w:bCs w:val="0"/>
          <w:color w:val="000000"/>
        </w:rPr>
        <w:t xml:space="preserve"> </w:t>
      </w:r>
      <w:proofErr w:type="spellStart"/>
      <w:r w:rsidR="00BC3A73">
        <w:rPr>
          <w:rStyle w:val="Siln"/>
          <w:b w:val="0"/>
          <w:bCs w:val="0"/>
          <w:color w:val="000000"/>
        </w:rPr>
        <w:t>pomazánkou</w:t>
      </w:r>
      <w:proofErr w:type="spellEnd"/>
      <w:r w:rsidR="00BC3A73">
        <w:rPr>
          <w:rStyle w:val="Siln"/>
          <w:b w:val="0"/>
          <w:bCs w:val="0"/>
          <w:color w:val="000000"/>
        </w:rPr>
        <w:t xml:space="preserve">, </w:t>
      </w:r>
      <w:proofErr w:type="spellStart"/>
      <w:r w:rsidR="00BC3A73">
        <w:rPr>
          <w:rStyle w:val="Siln"/>
          <w:b w:val="0"/>
          <w:bCs w:val="0"/>
          <w:color w:val="000000"/>
        </w:rPr>
        <w:t>čerstvá</w:t>
      </w:r>
      <w:proofErr w:type="spellEnd"/>
      <w:r w:rsidR="00BC3A73">
        <w:rPr>
          <w:rStyle w:val="Siln"/>
          <w:b w:val="0"/>
          <w:bCs w:val="0"/>
          <w:color w:val="000000"/>
        </w:rPr>
        <w:t xml:space="preserve"> </w:t>
      </w:r>
      <w:proofErr w:type="spellStart"/>
      <w:r w:rsidR="00BC3A73">
        <w:rPr>
          <w:rStyle w:val="Siln"/>
          <w:b w:val="0"/>
          <w:bCs w:val="0"/>
          <w:color w:val="000000"/>
        </w:rPr>
        <w:t>zelenina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>: 1,</w:t>
      </w:r>
      <w:r w:rsidR="003071C8">
        <w:rPr>
          <w:i/>
        </w:rPr>
        <w:t>4,</w:t>
      </w:r>
      <w:r>
        <w:rPr>
          <w:i/>
        </w:rPr>
        <w:t>7)</w:t>
      </w:r>
    </w:p>
    <w:p w14:paraId="25B67C06" w14:textId="77777777" w:rsidR="009837D8" w:rsidRDefault="00484DA2">
      <w:proofErr w:type="spellStart"/>
      <w:r>
        <w:rPr>
          <w:b/>
        </w:rPr>
        <w:t>Čtvrtek</w:t>
      </w:r>
      <w:proofErr w:type="spellEnd"/>
    </w:p>
    <w:p w14:paraId="64C0C520" w14:textId="6AFC59AE" w:rsidR="009837D8" w:rsidRDefault="00484DA2">
      <w:pPr>
        <w:spacing w:after="40"/>
        <w:ind w:left="240"/>
      </w:pPr>
      <w:proofErr w:type="spellStart"/>
      <w:r>
        <w:rPr>
          <w:b/>
        </w:rPr>
        <w:t>Přesnídávka</w:t>
      </w:r>
      <w:proofErr w:type="spellEnd"/>
      <w:r>
        <w:rPr>
          <w:b/>
        </w:rPr>
        <w:t>:</w:t>
      </w:r>
      <w:r w:rsidR="005648D8" w:rsidRPr="005648D8">
        <w:t xml:space="preserve"> </w:t>
      </w:r>
      <w:proofErr w:type="spellStart"/>
      <w:r w:rsidR="00BC3A73">
        <w:t>Oranžový</w:t>
      </w:r>
      <w:proofErr w:type="spellEnd"/>
      <w:r w:rsidR="00BC3A73">
        <w:t xml:space="preserve"> </w:t>
      </w:r>
      <w:proofErr w:type="spellStart"/>
      <w:r w:rsidR="00BC3A73">
        <w:t>chlebík</w:t>
      </w:r>
      <w:proofErr w:type="spellEnd"/>
      <w:r w:rsidR="00BC3A73">
        <w:t xml:space="preserve"> (</w:t>
      </w:r>
      <w:proofErr w:type="spellStart"/>
      <w:r w:rsidR="00BC3A73">
        <w:t>pomazánka</w:t>
      </w:r>
      <w:proofErr w:type="spellEnd"/>
      <w:r w:rsidR="00BC3A73">
        <w:t xml:space="preserve"> z </w:t>
      </w:r>
      <w:proofErr w:type="spellStart"/>
      <w:r w:rsidR="00BC3A73">
        <w:t>červené</w:t>
      </w:r>
      <w:proofErr w:type="spellEnd"/>
      <w:r w:rsidR="00BC3A73">
        <w:t xml:space="preserve"> </w:t>
      </w:r>
      <w:proofErr w:type="spellStart"/>
      <w:r w:rsidR="00BC3A73">
        <w:t>čočky</w:t>
      </w:r>
      <w:proofErr w:type="spellEnd"/>
      <w:r w:rsidR="00BC3A73">
        <w:t xml:space="preserve"> a </w:t>
      </w:r>
      <w:proofErr w:type="spellStart"/>
      <w:r w:rsidR="00BC3A73">
        <w:t>mrkve</w:t>
      </w:r>
      <w:proofErr w:type="spellEnd"/>
      <w:r w:rsidR="00BC3A73">
        <w:t>)</w:t>
      </w:r>
      <w:r w:rsidR="005648D8">
        <w:t xml:space="preserve">, </w:t>
      </w:r>
      <w:proofErr w:type="spellStart"/>
      <w:r w:rsidR="005648D8">
        <w:t>kedlubna</w:t>
      </w:r>
      <w:proofErr w:type="spellEnd"/>
      <w:r w:rsidR="00D24CBE">
        <w:rPr>
          <w:rStyle w:val="Siln"/>
          <w:b w:val="0"/>
          <w:bCs w:val="0"/>
          <w:color w:val="000000"/>
        </w:rPr>
        <w:t>,</w:t>
      </w:r>
      <w:r w:rsidR="00BB526D">
        <w:t xml:space="preserve"> </w:t>
      </w:r>
      <w:proofErr w:type="spellStart"/>
      <w:r>
        <w:t>čaj</w:t>
      </w:r>
      <w:proofErr w:type="spellEnd"/>
      <w:r w:rsidR="00BE77F5">
        <w:t xml:space="preserve">, </w:t>
      </w:r>
      <w:proofErr w:type="spellStart"/>
      <w:r w:rsidR="00BE77F5">
        <w:t>mléko</w:t>
      </w:r>
      <w:proofErr w:type="spellEnd"/>
      <w:r>
        <w:t xml:space="preserve"> </w:t>
      </w:r>
      <w:r>
        <w:rPr>
          <w:i/>
        </w:rPr>
        <w:t>(Alergeny:1,7)</w:t>
      </w:r>
    </w:p>
    <w:p w14:paraId="52573963" w14:textId="6819C33D" w:rsidR="009837D8" w:rsidRDefault="00484DA2">
      <w:pPr>
        <w:spacing w:after="40"/>
        <w:ind w:left="240"/>
      </w:pPr>
      <w:proofErr w:type="spellStart"/>
      <w:r>
        <w:rPr>
          <w:b/>
        </w:rPr>
        <w:t>Polévka</w:t>
      </w:r>
      <w:proofErr w:type="spellEnd"/>
      <w:r>
        <w:rPr>
          <w:b/>
        </w:rPr>
        <w:t>:</w:t>
      </w:r>
      <w:r w:rsidR="00C20C45" w:rsidRPr="00C20C45">
        <w:t xml:space="preserve"> </w:t>
      </w:r>
      <w:proofErr w:type="spellStart"/>
      <w:r w:rsidR="00BC3A73">
        <w:t>Lehký</w:t>
      </w:r>
      <w:proofErr w:type="spellEnd"/>
      <w:r w:rsidR="00BC3A73">
        <w:t xml:space="preserve"> </w:t>
      </w:r>
      <w:proofErr w:type="spellStart"/>
      <w:r w:rsidR="00BC3A73">
        <w:t>zeleninový</w:t>
      </w:r>
      <w:proofErr w:type="spellEnd"/>
      <w:r w:rsidR="00BC3A73">
        <w:t xml:space="preserve"> </w:t>
      </w:r>
      <w:proofErr w:type="spellStart"/>
      <w:r w:rsidR="00BC3A73">
        <w:t>vývar</w:t>
      </w:r>
      <w:proofErr w:type="spellEnd"/>
      <w:r w:rsidR="00BC3A73">
        <w:t xml:space="preserve"> s </w:t>
      </w:r>
      <w:proofErr w:type="spellStart"/>
      <w:r w:rsidR="00BC3A73">
        <w:t>quinoiou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C20C45">
        <w:rPr>
          <w:i/>
        </w:rPr>
        <w:t>9</w:t>
      </w:r>
      <w:r>
        <w:rPr>
          <w:i/>
        </w:rPr>
        <w:t>)</w:t>
      </w:r>
    </w:p>
    <w:p w14:paraId="77415FDB" w14:textId="121B7491" w:rsidR="009837D8" w:rsidRDefault="00484DA2">
      <w:pPr>
        <w:spacing w:after="40"/>
        <w:ind w:left="240"/>
      </w:pPr>
      <w:proofErr w:type="spellStart"/>
      <w:r>
        <w:rPr>
          <w:b/>
        </w:rPr>
        <w:t>Hlavní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chod</w:t>
      </w:r>
      <w:proofErr w:type="spellEnd"/>
      <w:r>
        <w:rPr>
          <w:b/>
        </w:rPr>
        <w:t xml:space="preserve">: </w:t>
      </w:r>
      <w:proofErr w:type="spellStart"/>
      <w:r w:rsidR="00014812">
        <w:t>Svíčková</w:t>
      </w:r>
      <w:proofErr w:type="spellEnd"/>
      <w:r w:rsidR="00014812">
        <w:t xml:space="preserve"> </w:t>
      </w:r>
      <w:proofErr w:type="spellStart"/>
      <w:r w:rsidR="00014812">
        <w:t>na</w:t>
      </w:r>
      <w:proofErr w:type="spellEnd"/>
      <w:r w:rsidR="00014812">
        <w:t xml:space="preserve"> </w:t>
      </w:r>
      <w:proofErr w:type="spellStart"/>
      <w:r w:rsidR="00014812">
        <w:t>smetaně</w:t>
      </w:r>
      <w:proofErr w:type="spellEnd"/>
      <w:r w:rsidR="00014812">
        <w:t xml:space="preserve">, </w:t>
      </w:r>
      <w:proofErr w:type="spellStart"/>
      <w:r w:rsidR="00014812">
        <w:t>domácí</w:t>
      </w:r>
      <w:proofErr w:type="spellEnd"/>
      <w:r w:rsidR="00014812">
        <w:t xml:space="preserve"> </w:t>
      </w:r>
      <w:proofErr w:type="spellStart"/>
      <w:r w:rsidR="00014812">
        <w:t>houskový</w:t>
      </w:r>
      <w:proofErr w:type="spellEnd"/>
      <w:r w:rsidR="00014812">
        <w:t xml:space="preserve"> </w:t>
      </w:r>
      <w:proofErr w:type="spellStart"/>
      <w:r w:rsidR="00014812">
        <w:t>knedlík</w:t>
      </w:r>
      <w:proofErr w:type="spellEnd"/>
      <w:r w:rsidR="00014812"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5A7839">
        <w:rPr>
          <w:i/>
        </w:rPr>
        <w:t>1</w:t>
      </w:r>
      <w:r w:rsidR="001E2F46">
        <w:rPr>
          <w:i/>
        </w:rPr>
        <w:t>,7</w:t>
      </w:r>
      <w:r w:rsidR="003071C8">
        <w:rPr>
          <w:i/>
        </w:rPr>
        <w:t>,9,10</w:t>
      </w:r>
      <w:r>
        <w:rPr>
          <w:i/>
        </w:rPr>
        <w:t>)</w:t>
      </w:r>
    </w:p>
    <w:p w14:paraId="22074D0C" w14:textId="1BD7F072" w:rsidR="009837D8" w:rsidRDefault="00484DA2">
      <w:pPr>
        <w:spacing w:after="40"/>
        <w:ind w:left="240"/>
      </w:pPr>
      <w:proofErr w:type="spellStart"/>
      <w:r>
        <w:rPr>
          <w:b/>
        </w:rPr>
        <w:t>Svačina</w:t>
      </w:r>
      <w:proofErr w:type="spellEnd"/>
      <w:r>
        <w:rPr>
          <w:b/>
        </w:rPr>
        <w:t xml:space="preserve">: </w:t>
      </w:r>
      <w:proofErr w:type="spellStart"/>
      <w:r w:rsidR="00014812">
        <w:t>C</w:t>
      </w:r>
      <w:r w:rsidR="00C20C45">
        <w:t>hleb</w:t>
      </w:r>
      <w:r w:rsidR="00014812">
        <w:t>ík</w:t>
      </w:r>
      <w:proofErr w:type="spellEnd"/>
      <w:r w:rsidR="00014812">
        <w:t xml:space="preserve"> </w:t>
      </w:r>
      <w:r w:rsidR="00C20C45">
        <w:t xml:space="preserve">s </w:t>
      </w:r>
      <w:proofErr w:type="spellStart"/>
      <w:r w:rsidR="00014812">
        <w:t>ovoc</w:t>
      </w:r>
      <w:r w:rsidR="00165206">
        <w:t>ným</w:t>
      </w:r>
      <w:proofErr w:type="spellEnd"/>
      <w:r w:rsidR="00165206">
        <w:t xml:space="preserve"> </w:t>
      </w:r>
      <w:proofErr w:type="spellStart"/>
      <w:r w:rsidR="00165206">
        <w:t>máslem</w:t>
      </w:r>
      <w:proofErr w:type="spellEnd"/>
      <w:r w:rsidR="00165206">
        <w:t xml:space="preserve">, </w:t>
      </w:r>
      <w:proofErr w:type="spellStart"/>
      <w:r w:rsidR="00014812">
        <w:t>hruška</w:t>
      </w:r>
      <w:proofErr w:type="spellEnd"/>
      <w:r w:rsidR="00014812">
        <w:t xml:space="preserve">, </w:t>
      </w:r>
      <w:proofErr w:type="spellStart"/>
      <w:proofErr w:type="gramStart"/>
      <w:r w:rsidR="00014812">
        <w:t>čaj,mléko</w:t>
      </w:r>
      <w:proofErr w:type="spellEnd"/>
      <w:proofErr w:type="gramEnd"/>
      <w:r w:rsidR="00014812">
        <w:t xml:space="preserve">, </w:t>
      </w:r>
      <w:r>
        <w:rPr>
          <w:i/>
        </w:rPr>
        <w:t>(Alergeny:</w:t>
      </w:r>
      <w:r w:rsidR="00C20C45">
        <w:rPr>
          <w:i/>
        </w:rPr>
        <w:t>1,</w:t>
      </w:r>
      <w:r>
        <w:rPr>
          <w:i/>
        </w:rPr>
        <w:t xml:space="preserve"> 7)</w:t>
      </w:r>
    </w:p>
    <w:p w14:paraId="0D237BD6" w14:textId="77777777" w:rsidR="009837D8" w:rsidRDefault="00484DA2">
      <w:proofErr w:type="spellStart"/>
      <w:r>
        <w:rPr>
          <w:b/>
        </w:rPr>
        <w:t>Pátek</w:t>
      </w:r>
      <w:proofErr w:type="spellEnd"/>
    </w:p>
    <w:p w14:paraId="2552763E" w14:textId="4253917A" w:rsidR="009837D8" w:rsidRDefault="00484DA2">
      <w:pPr>
        <w:spacing w:after="40"/>
        <w:ind w:left="240"/>
      </w:pPr>
      <w:proofErr w:type="spellStart"/>
      <w:r>
        <w:rPr>
          <w:b/>
        </w:rPr>
        <w:t>Přesnídávka</w:t>
      </w:r>
      <w:proofErr w:type="spellEnd"/>
      <w:r>
        <w:rPr>
          <w:b/>
        </w:rPr>
        <w:t>:</w:t>
      </w:r>
      <w:r w:rsidR="00C20C45" w:rsidRPr="00C20C45">
        <w:t xml:space="preserve"> </w:t>
      </w:r>
      <w:proofErr w:type="spellStart"/>
      <w:r w:rsidR="00C20C45">
        <w:t>Slunečnicová</w:t>
      </w:r>
      <w:proofErr w:type="spellEnd"/>
      <w:r w:rsidR="00C20C45">
        <w:t xml:space="preserve"> </w:t>
      </w:r>
      <w:proofErr w:type="spellStart"/>
      <w:r w:rsidR="00C20C45">
        <w:t>kostka</w:t>
      </w:r>
      <w:proofErr w:type="spellEnd"/>
      <w:r w:rsidR="00C20C45">
        <w:t xml:space="preserve"> s </w:t>
      </w:r>
      <w:proofErr w:type="spellStart"/>
      <w:r w:rsidR="00C20C45">
        <w:t>brokolicovo</w:t>
      </w:r>
      <w:r w:rsidR="00165206">
        <w:t>u</w:t>
      </w:r>
      <w:proofErr w:type="spellEnd"/>
      <w:r w:rsidR="00C20C45">
        <w:t xml:space="preserve"> </w:t>
      </w:r>
      <w:proofErr w:type="spellStart"/>
      <w:r w:rsidR="00C20C45">
        <w:t>pomazánkou</w:t>
      </w:r>
      <w:proofErr w:type="spellEnd"/>
      <w:r w:rsidR="00C20C45">
        <w:t xml:space="preserve">, </w:t>
      </w:r>
      <w:proofErr w:type="spellStart"/>
      <w:r w:rsidR="00C20C45">
        <w:t>jablko</w:t>
      </w:r>
      <w:proofErr w:type="spellEnd"/>
      <w:r>
        <w:t xml:space="preserve">, </w:t>
      </w:r>
      <w:proofErr w:type="spellStart"/>
      <w:r>
        <w:t>čaj</w:t>
      </w:r>
      <w:proofErr w:type="spellEnd"/>
      <w:r w:rsidR="00BE77F5">
        <w:t xml:space="preserve">, </w:t>
      </w:r>
      <w:proofErr w:type="spellStart"/>
      <w:r w:rsidR="00BE77F5">
        <w:t>mléko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>: 1,</w:t>
      </w:r>
      <w:r w:rsidR="005A7839">
        <w:rPr>
          <w:i/>
        </w:rPr>
        <w:t>7</w:t>
      </w:r>
      <w:r>
        <w:rPr>
          <w:i/>
        </w:rPr>
        <w:t>)</w:t>
      </w:r>
    </w:p>
    <w:p w14:paraId="678EF686" w14:textId="09F85F7C" w:rsidR="009837D8" w:rsidRDefault="00484DA2">
      <w:pPr>
        <w:spacing w:after="40"/>
        <w:ind w:left="240"/>
      </w:pPr>
      <w:proofErr w:type="spellStart"/>
      <w:r>
        <w:rPr>
          <w:b/>
        </w:rPr>
        <w:t>Polévka</w:t>
      </w:r>
      <w:proofErr w:type="spellEnd"/>
      <w:r>
        <w:rPr>
          <w:b/>
        </w:rPr>
        <w:t xml:space="preserve">: </w:t>
      </w:r>
      <w:proofErr w:type="spellStart"/>
      <w:r w:rsidR="00C20C45">
        <w:t>Rajská</w:t>
      </w:r>
      <w:proofErr w:type="spellEnd"/>
      <w:r w:rsidR="00C20C45">
        <w:t xml:space="preserve"> s </w:t>
      </w:r>
      <w:proofErr w:type="spellStart"/>
      <w:r w:rsidR="00C20C45">
        <w:t>rýží</w:t>
      </w:r>
      <w:proofErr w:type="spellEnd"/>
      <w:r w:rsidR="00C20C45"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C20C45">
        <w:rPr>
          <w:i/>
        </w:rPr>
        <w:t>7,</w:t>
      </w:r>
      <w:r w:rsidR="005A7839">
        <w:rPr>
          <w:i/>
        </w:rPr>
        <w:t>9</w:t>
      </w:r>
      <w:r>
        <w:rPr>
          <w:i/>
        </w:rPr>
        <w:t>)</w:t>
      </w:r>
    </w:p>
    <w:p w14:paraId="72944FE3" w14:textId="21F623FA" w:rsidR="009837D8" w:rsidRDefault="00484DA2">
      <w:pPr>
        <w:spacing w:after="40"/>
        <w:ind w:left="240"/>
      </w:pPr>
      <w:proofErr w:type="spellStart"/>
      <w:r>
        <w:rPr>
          <w:b/>
        </w:rPr>
        <w:t>Hlavní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chod</w:t>
      </w:r>
      <w:proofErr w:type="spellEnd"/>
      <w:r>
        <w:rPr>
          <w:b/>
        </w:rPr>
        <w:t>:</w:t>
      </w:r>
      <w:r w:rsidR="006F5D62">
        <w:rPr>
          <w:b/>
        </w:rPr>
        <w:t xml:space="preserve"> </w:t>
      </w:r>
      <w:proofErr w:type="spellStart"/>
      <w:r w:rsidR="00165206">
        <w:t>Pečené</w:t>
      </w:r>
      <w:proofErr w:type="spellEnd"/>
      <w:r w:rsidR="00165206">
        <w:t xml:space="preserve"> </w:t>
      </w:r>
      <w:proofErr w:type="spellStart"/>
      <w:r w:rsidR="00165206">
        <w:t>t</w:t>
      </w:r>
      <w:r w:rsidR="00C20C45">
        <w:t>resčí</w:t>
      </w:r>
      <w:proofErr w:type="spellEnd"/>
      <w:r w:rsidR="00C20C45">
        <w:t xml:space="preserve"> </w:t>
      </w:r>
      <w:r w:rsidR="00165206">
        <w:t>file,</w:t>
      </w:r>
      <w:r w:rsidR="00C20C45">
        <w:t xml:space="preserve"> </w:t>
      </w:r>
      <w:proofErr w:type="spellStart"/>
      <w:r w:rsidR="00165206">
        <w:t>šťouchané</w:t>
      </w:r>
      <w:proofErr w:type="spellEnd"/>
      <w:r w:rsidR="00C20C45">
        <w:t xml:space="preserve"> </w:t>
      </w:r>
      <w:proofErr w:type="spellStart"/>
      <w:proofErr w:type="gramStart"/>
      <w:r w:rsidR="00C20C45">
        <w:t>brambory</w:t>
      </w:r>
      <w:r w:rsidR="005D666A">
        <w:t>,zeleninový</w:t>
      </w:r>
      <w:proofErr w:type="spellEnd"/>
      <w:proofErr w:type="gramEnd"/>
      <w:r w:rsidR="005D666A">
        <w:t xml:space="preserve"> </w:t>
      </w:r>
      <w:proofErr w:type="spellStart"/>
      <w:r w:rsidR="005D666A">
        <w:t>salátek</w:t>
      </w:r>
      <w:proofErr w:type="spellEnd"/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C879D3">
        <w:rPr>
          <w:i/>
        </w:rPr>
        <w:t>4,7</w:t>
      </w:r>
      <w:r>
        <w:rPr>
          <w:i/>
        </w:rPr>
        <w:t>)</w:t>
      </w:r>
    </w:p>
    <w:p w14:paraId="3EC9B62B" w14:textId="762E71FC" w:rsidR="009837D8" w:rsidRDefault="00484DA2">
      <w:pPr>
        <w:spacing w:after="40"/>
        <w:ind w:left="240"/>
      </w:pPr>
      <w:proofErr w:type="spellStart"/>
      <w:r>
        <w:rPr>
          <w:b/>
        </w:rPr>
        <w:t>Svačina</w:t>
      </w:r>
      <w:proofErr w:type="spellEnd"/>
      <w:r>
        <w:rPr>
          <w:b/>
        </w:rPr>
        <w:t xml:space="preserve">: </w:t>
      </w:r>
      <w:proofErr w:type="spellStart"/>
      <w:r w:rsidR="00C20C45">
        <w:t>Chléb</w:t>
      </w:r>
      <w:r w:rsidR="00014812">
        <w:t>ík</w:t>
      </w:r>
      <w:proofErr w:type="spellEnd"/>
      <w:r w:rsidR="00C20C45">
        <w:t xml:space="preserve"> </w:t>
      </w:r>
      <w:r w:rsidR="005D666A">
        <w:t>s</w:t>
      </w:r>
      <w:r w:rsidR="00C20C45">
        <w:t xml:space="preserve"> </w:t>
      </w:r>
      <w:proofErr w:type="spellStart"/>
      <w:r w:rsidR="00C20C45">
        <w:t>pomazánkou</w:t>
      </w:r>
      <w:proofErr w:type="spellEnd"/>
      <w:r w:rsidR="00C20C45">
        <w:t xml:space="preserve"> z </w:t>
      </w:r>
      <w:proofErr w:type="spellStart"/>
      <w:r w:rsidR="00C20C45">
        <w:t>Lučiny</w:t>
      </w:r>
      <w:proofErr w:type="spellEnd"/>
      <w:r w:rsidR="00D24CBE">
        <w:t>,</w:t>
      </w:r>
      <w:r w:rsidR="00BE77F5">
        <w:t xml:space="preserve"> </w:t>
      </w:r>
      <w:proofErr w:type="spellStart"/>
      <w:proofErr w:type="gramStart"/>
      <w:r w:rsidR="00014812">
        <w:t>mandarinka,</w:t>
      </w:r>
      <w:r>
        <w:t>čaj</w:t>
      </w:r>
      <w:proofErr w:type="spellEnd"/>
      <w:proofErr w:type="gram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Alergeny</w:t>
      </w:r>
      <w:proofErr w:type="spellEnd"/>
      <w:r>
        <w:rPr>
          <w:i/>
        </w:rPr>
        <w:t xml:space="preserve">: </w:t>
      </w:r>
      <w:r w:rsidR="001E2F46">
        <w:rPr>
          <w:i/>
        </w:rPr>
        <w:t>1,7</w:t>
      </w:r>
      <w:r>
        <w:rPr>
          <w:i/>
        </w:rPr>
        <w:t>)</w:t>
      </w:r>
    </w:p>
    <w:p w14:paraId="71210A30" w14:textId="77777777" w:rsidR="00165206" w:rsidRDefault="00165206" w:rsidP="008F7027">
      <w:pPr>
        <w:jc w:val="center"/>
        <w:rPr>
          <w:b/>
          <w:bCs/>
          <w:i/>
          <w:sz w:val="20"/>
          <w:szCs w:val="20"/>
        </w:rPr>
      </w:pPr>
    </w:p>
    <w:p w14:paraId="5B5E6F74" w14:textId="4450CCF8" w:rsidR="009837D8" w:rsidRPr="008F7027" w:rsidRDefault="008F7027" w:rsidP="008F7027">
      <w:pPr>
        <w:jc w:val="center"/>
        <w:rPr>
          <w:b/>
          <w:bCs/>
          <w:i/>
          <w:sz w:val="20"/>
          <w:szCs w:val="20"/>
        </w:rPr>
      </w:pPr>
      <w:r w:rsidRPr="008F7027">
        <w:rPr>
          <w:b/>
          <w:bCs/>
          <w:i/>
          <w:sz w:val="20"/>
          <w:szCs w:val="20"/>
        </w:rPr>
        <w:t>PO CELÝ DEN JE DĚTEM ZAJIŠTĚŇ PITNÝ REŽIM</w:t>
      </w:r>
      <w:r w:rsidR="00165206">
        <w:rPr>
          <w:b/>
          <w:bCs/>
          <w:i/>
          <w:sz w:val="20"/>
          <w:szCs w:val="20"/>
        </w:rPr>
        <w:t xml:space="preserve"> a ČERSTVÉ OVOCE. </w:t>
      </w:r>
      <w:proofErr w:type="gramStart"/>
      <w:r w:rsidRPr="008F7027">
        <w:rPr>
          <w:b/>
          <w:bCs/>
          <w:i/>
          <w:sz w:val="20"/>
          <w:szCs w:val="20"/>
        </w:rPr>
        <w:t>.ZMĚNA</w:t>
      </w:r>
      <w:proofErr w:type="gramEnd"/>
      <w:r w:rsidRPr="008F7027">
        <w:rPr>
          <w:b/>
          <w:bCs/>
          <w:i/>
          <w:sz w:val="20"/>
          <w:szCs w:val="20"/>
        </w:rPr>
        <w:t xml:space="preserve"> JÍDELNIČKU VYHRAZEN</w:t>
      </w:r>
      <w:r w:rsidR="00165206">
        <w:rPr>
          <w:b/>
          <w:bCs/>
          <w:i/>
          <w:sz w:val="20"/>
          <w:szCs w:val="20"/>
        </w:rPr>
        <w:t xml:space="preserve">A </w:t>
      </w:r>
      <w:r w:rsidRPr="008F7027">
        <w:rPr>
          <w:b/>
          <w:bCs/>
          <w:i/>
          <w:sz w:val="20"/>
          <w:szCs w:val="20"/>
        </w:rPr>
        <w:t>.JÍDLO JE URČENO K OKAMŽÍTÉ SPOTŘEBĚ</w:t>
      </w:r>
      <w:r>
        <w:rPr>
          <w:b/>
          <w:bCs/>
          <w:i/>
          <w:sz w:val="20"/>
          <w:szCs w:val="20"/>
        </w:rPr>
        <w:t>.</w:t>
      </w:r>
    </w:p>
    <w:sectPr w:rsidR="009837D8" w:rsidRPr="008F702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F422" w14:textId="77777777" w:rsidR="00854FB2" w:rsidRDefault="00854FB2" w:rsidP="009B5EC0">
      <w:pPr>
        <w:spacing w:after="0" w:line="240" w:lineRule="auto"/>
      </w:pPr>
      <w:r>
        <w:separator/>
      </w:r>
    </w:p>
  </w:endnote>
  <w:endnote w:type="continuationSeparator" w:id="0">
    <w:p w14:paraId="33CD09EE" w14:textId="77777777" w:rsidR="00854FB2" w:rsidRDefault="00854FB2" w:rsidP="009B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9BBB0" w14:textId="77777777" w:rsidR="00854FB2" w:rsidRDefault="00854FB2" w:rsidP="009B5EC0">
      <w:pPr>
        <w:spacing w:after="0" w:line="240" w:lineRule="auto"/>
      </w:pPr>
      <w:r>
        <w:separator/>
      </w:r>
    </w:p>
  </w:footnote>
  <w:footnote w:type="continuationSeparator" w:id="0">
    <w:p w14:paraId="7B45DC12" w14:textId="77777777" w:rsidR="00854FB2" w:rsidRDefault="00854FB2" w:rsidP="009B5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4812"/>
    <w:rsid w:val="00034616"/>
    <w:rsid w:val="0006063C"/>
    <w:rsid w:val="00061337"/>
    <w:rsid w:val="0015074B"/>
    <w:rsid w:val="00165206"/>
    <w:rsid w:val="001B437E"/>
    <w:rsid w:val="001E2F46"/>
    <w:rsid w:val="00231481"/>
    <w:rsid w:val="00253249"/>
    <w:rsid w:val="0029639D"/>
    <w:rsid w:val="003071C8"/>
    <w:rsid w:val="00323803"/>
    <w:rsid w:val="00326F90"/>
    <w:rsid w:val="003649C9"/>
    <w:rsid w:val="00382CEC"/>
    <w:rsid w:val="003A1F50"/>
    <w:rsid w:val="003B4ACB"/>
    <w:rsid w:val="00416842"/>
    <w:rsid w:val="00465AD3"/>
    <w:rsid w:val="00484DA2"/>
    <w:rsid w:val="0051346D"/>
    <w:rsid w:val="00517DCF"/>
    <w:rsid w:val="005545E4"/>
    <w:rsid w:val="005648D8"/>
    <w:rsid w:val="00577161"/>
    <w:rsid w:val="005A1237"/>
    <w:rsid w:val="005A7839"/>
    <w:rsid w:val="005C68E8"/>
    <w:rsid w:val="005D666A"/>
    <w:rsid w:val="005E0707"/>
    <w:rsid w:val="00625A8F"/>
    <w:rsid w:val="006775D4"/>
    <w:rsid w:val="006F5D62"/>
    <w:rsid w:val="007A2305"/>
    <w:rsid w:val="007A462C"/>
    <w:rsid w:val="007C4225"/>
    <w:rsid w:val="007F3C34"/>
    <w:rsid w:val="00854FB2"/>
    <w:rsid w:val="0086234C"/>
    <w:rsid w:val="008648D3"/>
    <w:rsid w:val="00874EF7"/>
    <w:rsid w:val="008F6BF5"/>
    <w:rsid w:val="008F7027"/>
    <w:rsid w:val="00903770"/>
    <w:rsid w:val="00907295"/>
    <w:rsid w:val="00915F96"/>
    <w:rsid w:val="00947103"/>
    <w:rsid w:val="009837D8"/>
    <w:rsid w:val="009A387C"/>
    <w:rsid w:val="009B5EC0"/>
    <w:rsid w:val="009D1880"/>
    <w:rsid w:val="009D197A"/>
    <w:rsid w:val="009D419E"/>
    <w:rsid w:val="00A11E1C"/>
    <w:rsid w:val="00A52408"/>
    <w:rsid w:val="00A9357F"/>
    <w:rsid w:val="00AA1D8D"/>
    <w:rsid w:val="00B47730"/>
    <w:rsid w:val="00B561A8"/>
    <w:rsid w:val="00BA4196"/>
    <w:rsid w:val="00BB13D2"/>
    <w:rsid w:val="00BB526D"/>
    <w:rsid w:val="00BC3A73"/>
    <w:rsid w:val="00BD6915"/>
    <w:rsid w:val="00BE77F5"/>
    <w:rsid w:val="00C20C45"/>
    <w:rsid w:val="00C776F2"/>
    <w:rsid w:val="00C879D3"/>
    <w:rsid w:val="00C97ECC"/>
    <w:rsid w:val="00CB0664"/>
    <w:rsid w:val="00D24CBE"/>
    <w:rsid w:val="00D908C9"/>
    <w:rsid w:val="00DA53CF"/>
    <w:rsid w:val="00DD1915"/>
    <w:rsid w:val="00E1451F"/>
    <w:rsid w:val="00E932B0"/>
    <w:rsid w:val="00EA1E65"/>
    <w:rsid w:val="00EC5C63"/>
    <w:rsid w:val="00FC693F"/>
    <w:rsid w:val="00FC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2047F0"/>
  <w14:defaultImageDpi w14:val="300"/>
  <w15:docId w15:val="{D46C5B5E-3EEB-5648-B119-60C219922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F597CF-7E4F-42F0-B36F-771BED3A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Vlaďka Marková</cp:lastModifiedBy>
  <cp:revision>2</cp:revision>
  <cp:lastPrinted>2026-01-21T09:09:00Z</cp:lastPrinted>
  <dcterms:created xsi:type="dcterms:W3CDTF">2026-01-28T12:05:00Z</dcterms:created>
  <dcterms:modified xsi:type="dcterms:W3CDTF">2026-01-28T12:05:00Z</dcterms:modified>
  <cp:category/>
</cp:coreProperties>
</file>