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47575" w14:textId="6B0AE552" w:rsidR="00F00235" w:rsidRDefault="00605DE8" w:rsidP="004E3AA1">
      <w:pPr>
        <w:rPr>
          <w:i/>
          <w:iCs/>
          <w:sz w:val="28"/>
          <w:szCs w:val="28"/>
        </w:rPr>
      </w:pPr>
      <w:r w:rsidRPr="0008603B">
        <w:rPr>
          <w:i/>
          <w:noProof/>
          <w:color w:val="4F81BD" w:themeColor="accent1"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7E7EA36E" wp14:editId="5EEE07E4">
            <wp:simplePos x="0" y="0"/>
            <wp:positionH relativeFrom="page">
              <wp:posOffset>-693615</wp:posOffset>
            </wp:positionH>
            <wp:positionV relativeFrom="paragraph">
              <wp:posOffset>-1796262</wp:posOffset>
            </wp:positionV>
            <wp:extent cx="8601075" cy="12867033"/>
            <wp:effectExtent l="0" t="0" r="0" b="0"/>
            <wp:wrapNone/>
            <wp:docPr id="617898354" name="Obrázek 617898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1075" cy="12867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603B">
        <w:rPr>
          <w:i/>
          <w:noProof/>
          <w:color w:val="4F81BD" w:themeColor="accent1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364E37D" wp14:editId="09DCB280">
            <wp:simplePos x="0" y="0"/>
            <wp:positionH relativeFrom="page">
              <wp:posOffset>-432435</wp:posOffset>
            </wp:positionH>
            <wp:positionV relativeFrom="paragraph">
              <wp:posOffset>-1645920</wp:posOffset>
            </wp:positionV>
            <wp:extent cx="8601075" cy="12867033"/>
            <wp:effectExtent l="0" t="0" r="0" b="0"/>
            <wp:wrapNone/>
            <wp:docPr id="1888226766" name="Obrázek 1888226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1075" cy="12867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2330" w:rsidRPr="0008603B">
        <w:rPr>
          <w:i/>
          <w:noProof/>
          <w:color w:val="4F81BD" w:themeColor="accent1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1172E50" wp14:editId="3B9094E7">
            <wp:simplePos x="0" y="0"/>
            <wp:positionH relativeFrom="page">
              <wp:posOffset>-585470</wp:posOffset>
            </wp:positionH>
            <wp:positionV relativeFrom="paragraph">
              <wp:posOffset>-1798864</wp:posOffset>
            </wp:positionV>
            <wp:extent cx="8601075" cy="12867033"/>
            <wp:effectExtent l="0" t="0" r="0" b="0"/>
            <wp:wrapNone/>
            <wp:docPr id="1984672170" name="Obrázek 1984672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1075" cy="12867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9C9" w:rsidRPr="0008603B">
        <w:rPr>
          <w:i/>
          <w:noProof/>
          <w:color w:val="4F81BD" w:themeColor="accent1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10C3AE2" wp14:editId="53E18138">
            <wp:simplePos x="0" y="0"/>
            <wp:positionH relativeFrom="page">
              <wp:posOffset>31712</wp:posOffset>
            </wp:positionH>
            <wp:positionV relativeFrom="paragraph">
              <wp:posOffset>-1384412</wp:posOffset>
            </wp:positionV>
            <wp:extent cx="8601075" cy="12867033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1075" cy="12867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235">
        <w:rPr>
          <w:i/>
          <w:iCs/>
          <w:color w:val="4F81BD" w:themeColor="accent1"/>
          <w:sz w:val="28"/>
          <w:szCs w:val="28"/>
        </w:rPr>
        <w:t xml:space="preserve">                                        </w:t>
      </w:r>
      <w:r w:rsidR="004E3AA1" w:rsidRPr="0008603B">
        <w:rPr>
          <w:i/>
          <w:iCs/>
          <w:color w:val="4F81BD" w:themeColor="accent1"/>
          <w:sz w:val="28"/>
          <w:szCs w:val="28"/>
        </w:rPr>
        <w:t xml:space="preserve"> </w:t>
      </w:r>
      <w:proofErr w:type="spellStart"/>
      <w:r w:rsidR="004E3AA1" w:rsidRPr="0008603B">
        <w:rPr>
          <w:color w:val="4F81BD" w:themeColor="accent1"/>
          <w:sz w:val="28"/>
          <w:szCs w:val="28"/>
        </w:rPr>
        <w:t>Jídelníček</w:t>
      </w:r>
      <w:proofErr w:type="spellEnd"/>
      <w:r w:rsidR="004E3AA1" w:rsidRPr="0008603B">
        <w:rPr>
          <w:color w:val="4F81BD" w:themeColor="accent1"/>
          <w:sz w:val="28"/>
          <w:szCs w:val="28"/>
        </w:rPr>
        <w:t xml:space="preserve"> </w:t>
      </w:r>
      <w:r w:rsidR="008106DB">
        <w:rPr>
          <w:color w:val="4F81BD" w:themeColor="accent1"/>
          <w:sz w:val="28"/>
          <w:szCs w:val="28"/>
        </w:rPr>
        <w:t>29</w:t>
      </w:r>
      <w:r w:rsidR="004E3AA1" w:rsidRPr="0008603B">
        <w:rPr>
          <w:color w:val="4F81BD" w:themeColor="accent1"/>
          <w:sz w:val="28"/>
          <w:szCs w:val="28"/>
        </w:rPr>
        <w:t xml:space="preserve">. </w:t>
      </w:r>
      <w:r w:rsidR="008106DB">
        <w:rPr>
          <w:color w:val="4F81BD" w:themeColor="accent1"/>
          <w:sz w:val="28"/>
          <w:szCs w:val="28"/>
        </w:rPr>
        <w:t>6</w:t>
      </w:r>
      <w:r w:rsidR="004E3AA1" w:rsidRPr="0008603B">
        <w:rPr>
          <w:color w:val="4F81BD" w:themeColor="accent1"/>
          <w:sz w:val="28"/>
          <w:szCs w:val="28"/>
        </w:rPr>
        <w:t xml:space="preserve">. -  </w:t>
      </w:r>
      <w:r w:rsidR="008106DB">
        <w:rPr>
          <w:color w:val="4F81BD" w:themeColor="accent1"/>
          <w:sz w:val="28"/>
          <w:szCs w:val="28"/>
        </w:rPr>
        <w:t>3</w:t>
      </w:r>
      <w:r w:rsidR="004E3AA1" w:rsidRPr="0008603B">
        <w:rPr>
          <w:color w:val="4F81BD" w:themeColor="accent1"/>
          <w:sz w:val="28"/>
          <w:szCs w:val="28"/>
        </w:rPr>
        <w:t>.</w:t>
      </w:r>
      <w:r w:rsidR="008106DB">
        <w:rPr>
          <w:color w:val="4F81BD" w:themeColor="accent1"/>
          <w:sz w:val="28"/>
          <w:szCs w:val="28"/>
        </w:rPr>
        <w:t>7</w:t>
      </w:r>
      <w:r w:rsidR="004E3AA1" w:rsidRPr="0008603B">
        <w:rPr>
          <w:color w:val="4F81BD" w:themeColor="accent1"/>
          <w:sz w:val="28"/>
          <w:szCs w:val="28"/>
        </w:rPr>
        <w:t>. 2026</w:t>
      </w:r>
    </w:p>
    <w:p w14:paraId="0C08AE13" w14:textId="738806A9" w:rsidR="004E3AA1" w:rsidRPr="00F00235" w:rsidRDefault="004E3AA1" w:rsidP="004E3AA1">
      <w:pPr>
        <w:rPr>
          <w:i/>
          <w:iCs/>
          <w:sz w:val="28"/>
          <w:szCs w:val="28"/>
        </w:rPr>
      </w:pPr>
      <w:proofErr w:type="spellStart"/>
      <w:r>
        <w:rPr>
          <w:b/>
        </w:rPr>
        <w:t>Pondělí</w:t>
      </w:r>
      <w:proofErr w:type="spellEnd"/>
    </w:p>
    <w:p w14:paraId="440AC3CD" w14:textId="6D6C6DAA" w:rsidR="004E3AA1" w:rsidRPr="00110DF9" w:rsidRDefault="004E3AA1" w:rsidP="004E3AA1">
      <w:pPr>
        <w:spacing w:after="40"/>
        <w:ind w:left="240"/>
        <w:rPr>
          <w:bCs/>
        </w:rPr>
      </w:pPr>
      <w:proofErr w:type="spellStart"/>
      <w:r>
        <w:rPr>
          <w:b/>
        </w:rPr>
        <w:t>Přesnídávka</w:t>
      </w:r>
      <w:proofErr w:type="spellEnd"/>
      <w:r>
        <w:rPr>
          <w:b/>
        </w:rPr>
        <w:t xml:space="preserve">: </w:t>
      </w:r>
      <w:proofErr w:type="spellStart"/>
      <w:r w:rsidR="008106DB">
        <w:rPr>
          <w:bCs/>
        </w:rPr>
        <w:t>Grahamovgý</w:t>
      </w:r>
      <w:proofErr w:type="spellEnd"/>
      <w:r w:rsidR="008106DB">
        <w:rPr>
          <w:bCs/>
        </w:rPr>
        <w:t xml:space="preserve"> </w:t>
      </w:r>
      <w:proofErr w:type="spellStart"/>
      <w:r w:rsidR="008106DB">
        <w:rPr>
          <w:bCs/>
        </w:rPr>
        <w:t>rohlík</w:t>
      </w:r>
      <w:proofErr w:type="spellEnd"/>
      <w:r w:rsidR="00B552CC">
        <w:rPr>
          <w:bCs/>
        </w:rPr>
        <w:t xml:space="preserve"> se </w:t>
      </w:r>
      <w:proofErr w:type="spellStart"/>
      <w:r w:rsidR="00B552CC">
        <w:rPr>
          <w:bCs/>
        </w:rPr>
        <w:t>sýrovou</w:t>
      </w:r>
      <w:proofErr w:type="spellEnd"/>
      <w:r w:rsidR="00B552CC">
        <w:rPr>
          <w:bCs/>
        </w:rPr>
        <w:t xml:space="preserve"> </w:t>
      </w:r>
      <w:proofErr w:type="spellStart"/>
      <w:r w:rsidR="00B552CC">
        <w:rPr>
          <w:bCs/>
        </w:rPr>
        <w:t>pomaz</w:t>
      </w:r>
      <w:r w:rsidR="00E648DE">
        <w:rPr>
          <w:bCs/>
        </w:rPr>
        <w:t>á</w:t>
      </w:r>
      <w:r w:rsidR="00B552CC">
        <w:rPr>
          <w:bCs/>
        </w:rPr>
        <w:t>nkou</w:t>
      </w:r>
      <w:r>
        <w:rPr>
          <w:bCs/>
        </w:rPr>
        <w:t>,</w:t>
      </w:r>
      <w:r w:rsidR="00B552CC">
        <w:rPr>
          <w:bCs/>
        </w:rPr>
        <w:t>zelenina,ovoce</w:t>
      </w:r>
      <w:proofErr w:type="spellEnd"/>
      <w:r w:rsidR="00B552CC">
        <w:rPr>
          <w:bCs/>
        </w:rPr>
        <w:t>,</w:t>
      </w:r>
      <w:r>
        <w:rPr>
          <w:bCs/>
        </w:rPr>
        <w:t xml:space="preserve"> </w:t>
      </w:r>
      <w:proofErr w:type="spellStart"/>
      <w:r>
        <w:rPr>
          <w:bCs/>
        </w:rPr>
        <w:t>čaj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mléko</w:t>
      </w:r>
      <w:r w:rsidR="0008603B">
        <w:rPr>
          <w:bCs/>
        </w:rPr>
        <w:t>,</w:t>
      </w:r>
      <w:r w:rsidR="00523320">
        <w:rPr>
          <w:bCs/>
        </w:rPr>
        <w:t>jablko</w:t>
      </w:r>
      <w:proofErr w:type="spellEnd"/>
      <w:r w:rsidR="00523320">
        <w:rPr>
          <w:bCs/>
        </w:rPr>
        <w:t>,</w:t>
      </w:r>
      <w:r w:rsidR="0008603B">
        <w:rPr>
          <w:bCs/>
        </w:rPr>
        <w:t xml:space="preserve"> </w:t>
      </w:r>
      <w:proofErr w:type="spellStart"/>
      <w:r w:rsidR="0008603B">
        <w:rPr>
          <w:bCs/>
        </w:rPr>
        <w:t>Alergeny</w:t>
      </w:r>
      <w:proofErr w:type="spellEnd"/>
      <w:r w:rsidR="0008603B">
        <w:rPr>
          <w:bCs/>
        </w:rPr>
        <w:t xml:space="preserve"> (1,7)</w:t>
      </w:r>
    </w:p>
    <w:p w14:paraId="6C067273" w14:textId="1DAB3D1A" w:rsidR="004E3AA1" w:rsidRDefault="004E3AA1" w:rsidP="004E3AA1">
      <w:pPr>
        <w:spacing w:after="40"/>
        <w:ind w:left="240"/>
      </w:pPr>
      <w:proofErr w:type="spellStart"/>
      <w:r>
        <w:rPr>
          <w:b/>
        </w:rPr>
        <w:t>Polévka</w:t>
      </w:r>
      <w:proofErr w:type="spellEnd"/>
      <w:r>
        <w:rPr>
          <w:b/>
        </w:rPr>
        <w:t>:</w:t>
      </w:r>
      <w:r w:rsidRPr="00110DF9">
        <w:rPr>
          <w:bCs/>
        </w:rPr>
        <w:t xml:space="preserve"> </w:t>
      </w:r>
      <w:proofErr w:type="spellStart"/>
      <w:r w:rsidR="00E648DE">
        <w:rPr>
          <w:bCs/>
        </w:rPr>
        <w:t>Bramboračka</w:t>
      </w:r>
      <w:proofErr w:type="spellEnd"/>
      <w:r w:rsidR="0008603B">
        <w:rPr>
          <w:bCs/>
        </w:rPr>
        <w:t xml:space="preserve">, </w:t>
      </w:r>
      <w:proofErr w:type="spellStart"/>
      <w:r w:rsidR="0008603B">
        <w:rPr>
          <w:bCs/>
        </w:rPr>
        <w:t>Alergeny</w:t>
      </w:r>
      <w:proofErr w:type="spellEnd"/>
      <w:r w:rsidR="0008603B">
        <w:rPr>
          <w:bCs/>
        </w:rPr>
        <w:t xml:space="preserve"> (1,</w:t>
      </w:r>
      <w:r w:rsidR="000E06CE">
        <w:rPr>
          <w:bCs/>
        </w:rPr>
        <w:t>7,</w:t>
      </w:r>
      <w:r w:rsidR="0008603B">
        <w:rPr>
          <w:bCs/>
        </w:rPr>
        <w:t>9)</w:t>
      </w:r>
    </w:p>
    <w:p w14:paraId="4E61A3F5" w14:textId="30DE1352" w:rsidR="004E3AA1" w:rsidRDefault="004E3AA1" w:rsidP="004E3AA1">
      <w:pPr>
        <w:spacing w:after="40"/>
        <w:ind w:left="240"/>
      </w:pPr>
      <w:proofErr w:type="spellStart"/>
      <w:r>
        <w:rPr>
          <w:b/>
        </w:rPr>
        <w:t>Hlavní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chod</w:t>
      </w:r>
      <w:proofErr w:type="spellEnd"/>
      <w:r>
        <w:rPr>
          <w:b/>
        </w:rPr>
        <w:t>:</w:t>
      </w:r>
      <w:r w:rsidR="00A95FAD">
        <w:rPr>
          <w:b/>
        </w:rPr>
        <w:t xml:space="preserve"> </w:t>
      </w:r>
      <w:proofErr w:type="spellStart"/>
      <w:r w:rsidR="008106DB">
        <w:rPr>
          <w:bCs/>
        </w:rPr>
        <w:t>Č</w:t>
      </w:r>
      <w:r w:rsidR="00C84F23">
        <w:rPr>
          <w:bCs/>
        </w:rPr>
        <w:t>ervená</w:t>
      </w:r>
      <w:proofErr w:type="spellEnd"/>
      <w:r w:rsidR="00C84F23">
        <w:rPr>
          <w:bCs/>
        </w:rPr>
        <w:t xml:space="preserve"> </w:t>
      </w:r>
      <w:proofErr w:type="spellStart"/>
      <w:r w:rsidR="00C84F23">
        <w:rPr>
          <w:bCs/>
        </w:rPr>
        <w:t>č</w:t>
      </w:r>
      <w:r w:rsidR="008106DB">
        <w:rPr>
          <w:bCs/>
        </w:rPr>
        <w:t>očka</w:t>
      </w:r>
      <w:proofErr w:type="spellEnd"/>
      <w:r w:rsidR="008106DB">
        <w:rPr>
          <w:bCs/>
        </w:rPr>
        <w:t xml:space="preserve"> po </w:t>
      </w:r>
      <w:proofErr w:type="spellStart"/>
      <w:r w:rsidR="008106DB">
        <w:rPr>
          <w:bCs/>
        </w:rPr>
        <w:t>Srbsku</w:t>
      </w:r>
      <w:proofErr w:type="spellEnd"/>
      <w:r w:rsidR="00B552CC">
        <w:rPr>
          <w:bCs/>
        </w:rPr>
        <w:t>,</w:t>
      </w:r>
      <w:r w:rsidR="00523320">
        <w:rPr>
          <w:bCs/>
        </w:rPr>
        <w:t xml:space="preserve"> </w:t>
      </w:r>
      <w:proofErr w:type="spellStart"/>
      <w:r w:rsidR="008106DB">
        <w:rPr>
          <w:bCs/>
        </w:rPr>
        <w:t>chléb</w:t>
      </w:r>
      <w:proofErr w:type="spellEnd"/>
      <w:r w:rsidR="008106DB">
        <w:rPr>
          <w:bCs/>
        </w:rPr>
        <w:t xml:space="preserve">, </w:t>
      </w:r>
      <w:proofErr w:type="spellStart"/>
      <w:r w:rsidR="0008603B">
        <w:t>Alergeny</w:t>
      </w:r>
      <w:proofErr w:type="spellEnd"/>
      <w:r w:rsidR="0008603B">
        <w:t>(</w:t>
      </w:r>
      <w:r w:rsidR="005B63B5">
        <w:t>1</w:t>
      </w:r>
      <w:r w:rsidR="0008603B">
        <w:t>,7)</w:t>
      </w:r>
    </w:p>
    <w:p w14:paraId="12DBC35A" w14:textId="6C9448A1" w:rsidR="004E3AA1" w:rsidRPr="00110DF9" w:rsidRDefault="004E3AA1" w:rsidP="004E3AA1">
      <w:pPr>
        <w:spacing w:after="40"/>
        <w:rPr>
          <w:bCs/>
        </w:rPr>
      </w:pPr>
      <w:r>
        <w:t xml:space="preserve">    </w:t>
      </w:r>
      <w:proofErr w:type="spellStart"/>
      <w:r>
        <w:rPr>
          <w:b/>
        </w:rPr>
        <w:t>Svačina</w:t>
      </w:r>
      <w:proofErr w:type="spellEnd"/>
      <w:r w:rsidR="00A95FAD">
        <w:rPr>
          <w:b/>
        </w:rPr>
        <w:t xml:space="preserve">: </w:t>
      </w:r>
      <w:proofErr w:type="spellStart"/>
      <w:r w:rsidR="008106DB">
        <w:rPr>
          <w:bCs/>
        </w:rPr>
        <w:t>Chléb</w:t>
      </w:r>
      <w:proofErr w:type="spellEnd"/>
      <w:r w:rsidR="00523320">
        <w:rPr>
          <w:bCs/>
        </w:rPr>
        <w:t xml:space="preserve"> </w:t>
      </w:r>
      <w:r w:rsidR="00DF299E">
        <w:rPr>
          <w:bCs/>
        </w:rPr>
        <w:t xml:space="preserve">se </w:t>
      </w:r>
      <w:proofErr w:type="spellStart"/>
      <w:r w:rsidR="00DF299E">
        <w:rPr>
          <w:bCs/>
        </w:rPr>
        <w:t>špenátovou</w:t>
      </w:r>
      <w:proofErr w:type="spellEnd"/>
      <w:r w:rsidR="00E648DE">
        <w:rPr>
          <w:bCs/>
        </w:rPr>
        <w:t xml:space="preserve"> </w:t>
      </w:r>
      <w:proofErr w:type="spellStart"/>
      <w:r w:rsidR="00E648DE">
        <w:rPr>
          <w:bCs/>
        </w:rPr>
        <w:t>pomazánkou</w:t>
      </w:r>
      <w:proofErr w:type="spellEnd"/>
      <w:r w:rsidR="00A95FAD">
        <w:rPr>
          <w:bCs/>
        </w:rPr>
        <w:t xml:space="preserve">, </w:t>
      </w:r>
      <w:proofErr w:type="spellStart"/>
      <w:r w:rsidR="00E648DE">
        <w:rPr>
          <w:bCs/>
        </w:rPr>
        <w:t>čerstvé</w:t>
      </w:r>
      <w:proofErr w:type="spellEnd"/>
      <w:r w:rsidR="00E648DE">
        <w:rPr>
          <w:bCs/>
        </w:rPr>
        <w:t xml:space="preserve"> </w:t>
      </w:r>
      <w:proofErr w:type="spellStart"/>
      <w:r w:rsidR="00E648DE">
        <w:rPr>
          <w:bCs/>
        </w:rPr>
        <w:t>ovoce</w:t>
      </w:r>
      <w:r w:rsidR="0008603B">
        <w:rPr>
          <w:bCs/>
        </w:rPr>
        <w:t>,</w:t>
      </w:r>
      <w:r w:rsidR="00523320">
        <w:rPr>
          <w:bCs/>
        </w:rPr>
        <w:t>čaj,mléko</w:t>
      </w:r>
      <w:proofErr w:type="spellEnd"/>
      <w:r w:rsidR="0008603B">
        <w:rPr>
          <w:bCs/>
        </w:rPr>
        <w:t xml:space="preserve"> </w:t>
      </w:r>
      <w:proofErr w:type="spellStart"/>
      <w:r w:rsidR="0008603B">
        <w:rPr>
          <w:bCs/>
        </w:rPr>
        <w:t>Alergeny</w:t>
      </w:r>
      <w:proofErr w:type="spellEnd"/>
      <w:r w:rsidR="0008603B">
        <w:rPr>
          <w:bCs/>
        </w:rPr>
        <w:t>(1,7)</w:t>
      </w:r>
    </w:p>
    <w:p w14:paraId="13E202E7" w14:textId="77777777" w:rsidR="004E3AA1" w:rsidRDefault="004E3AA1" w:rsidP="004E3AA1">
      <w:proofErr w:type="spellStart"/>
      <w:r>
        <w:rPr>
          <w:b/>
        </w:rPr>
        <w:t>Úterý</w:t>
      </w:r>
      <w:proofErr w:type="spellEnd"/>
    </w:p>
    <w:p w14:paraId="60961C07" w14:textId="5CB2001F" w:rsidR="004E3AA1" w:rsidRDefault="004E3AA1" w:rsidP="004E3AA1">
      <w:pPr>
        <w:spacing w:after="40"/>
        <w:ind w:left="240"/>
      </w:pPr>
      <w:proofErr w:type="spellStart"/>
      <w:r>
        <w:rPr>
          <w:b/>
        </w:rPr>
        <w:t>Přesnídávka</w:t>
      </w:r>
      <w:proofErr w:type="spellEnd"/>
      <w:r>
        <w:rPr>
          <w:b/>
        </w:rPr>
        <w:t xml:space="preserve">: </w:t>
      </w:r>
      <w:r w:rsidR="00E648DE">
        <w:t xml:space="preserve">Chia </w:t>
      </w:r>
      <w:proofErr w:type="spellStart"/>
      <w:r w:rsidR="00E648DE">
        <w:t>chl</w:t>
      </w:r>
      <w:r w:rsidR="008106DB">
        <w:t>éb</w:t>
      </w:r>
      <w:proofErr w:type="spellEnd"/>
      <w:r w:rsidR="00523320">
        <w:t xml:space="preserve"> s </w:t>
      </w:r>
      <w:proofErr w:type="spellStart"/>
      <w:r w:rsidR="00523320">
        <w:t>tvorohovo</w:t>
      </w:r>
      <w:r w:rsidR="00E648DE">
        <w:t>u</w:t>
      </w:r>
      <w:proofErr w:type="spellEnd"/>
      <w:r w:rsidR="00523320">
        <w:t xml:space="preserve"> </w:t>
      </w:r>
      <w:proofErr w:type="spellStart"/>
      <w:r w:rsidR="00523320">
        <w:t>pomazánkou</w:t>
      </w:r>
      <w:proofErr w:type="spellEnd"/>
      <w:r>
        <w:t xml:space="preserve">, </w:t>
      </w:r>
      <w:proofErr w:type="spellStart"/>
      <w:r>
        <w:t>čaj</w:t>
      </w:r>
      <w:proofErr w:type="spellEnd"/>
      <w:r>
        <w:t xml:space="preserve">, </w:t>
      </w:r>
      <w:proofErr w:type="spellStart"/>
      <w:r>
        <w:t>mléko</w:t>
      </w:r>
      <w:proofErr w:type="spellEnd"/>
      <w:r>
        <w:t xml:space="preserve">, </w:t>
      </w:r>
      <w:proofErr w:type="spellStart"/>
      <w:r w:rsidR="00A95FAD">
        <w:t>ředkvičky</w:t>
      </w:r>
      <w:proofErr w:type="spellEnd"/>
      <w:r w:rsidR="0008603B">
        <w:t xml:space="preserve">, </w:t>
      </w:r>
      <w:proofErr w:type="spellStart"/>
      <w:r w:rsidR="0008603B">
        <w:t>Alergeny</w:t>
      </w:r>
      <w:proofErr w:type="spellEnd"/>
      <w:r w:rsidR="0008603B">
        <w:t>(1,7)</w:t>
      </w:r>
    </w:p>
    <w:p w14:paraId="79BE16A6" w14:textId="7B6508EE" w:rsidR="004E3AA1" w:rsidRDefault="004E3AA1" w:rsidP="004E3AA1">
      <w:pPr>
        <w:spacing w:after="40"/>
        <w:ind w:left="240"/>
      </w:pPr>
      <w:proofErr w:type="spellStart"/>
      <w:r>
        <w:rPr>
          <w:b/>
        </w:rPr>
        <w:t>Polévka</w:t>
      </w:r>
      <w:proofErr w:type="spellEnd"/>
      <w:r>
        <w:rPr>
          <w:b/>
        </w:rPr>
        <w:t xml:space="preserve">: </w:t>
      </w:r>
      <w:proofErr w:type="spellStart"/>
      <w:r w:rsidR="00E648DE">
        <w:rPr>
          <w:bCs/>
        </w:rPr>
        <w:t>Cizrnový</w:t>
      </w:r>
      <w:proofErr w:type="spellEnd"/>
      <w:r w:rsidR="00E648DE">
        <w:rPr>
          <w:bCs/>
        </w:rPr>
        <w:t xml:space="preserve"> </w:t>
      </w:r>
      <w:proofErr w:type="spellStart"/>
      <w:r w:rsidR="00E648DE">
        <w:rPr>
          <w:bCs/>
        </w:rPr>
        <w:t>krém</w:t>
      </w:r>
      <w:proofErr w:type="spellEnd"/>
      <w:r w:rsidR="00A95FAD">
        <w:rPr>
          <w:bCs/>
        </w:rPr>
        <w:t xml:space="preserve"> </w:t>
      </w:r>
      <w:r w:rsidR="0008603B">
        <w:rPr>
          <w:bCs/>
        </w:rPr>
        <w:t xml:space="preserve">, </w:t>
      </w:r>
      <w:proofErr w:type="spellStart"/>
      <w:r w:rsidR="0008603B">
        <w:rPr>
          <w:bCs/>
        </w:rPr>
        <w:t>Alergeny</w:t>
      </w:r>
      <w:proofErr w:type="spellEnd"/>
      <w:r w:rsidR="0008603B">
        <w:rPr>
          <w:bCs/>
        </w:rPr>
        <w:t>(</w:t>
      </w:r>
      <w:r w:rsidR="000E06CE">
        <w:rPr>
          <w:bCs/>
        </w:rPr>
        <w:t>1,7,</w:t>
      </w:r>
      <w:r w:rsidR="0008603B">
        <w:rPr>
          <w:bCs/>
        </w:rPr>
        <w:t>9)</w:t>
      </w:r>
    </w:p>
    <w:p w14:paraId="0C77E3E8" w14:textId="661D1A9A" w:rsidR="004E3AA1" w:rsidRDefault="004E3AA1" w:rsidP="004E3AA1">
      <w:pPr>
        <w:spacing w:after="40"/>
        <w:ind w:left="240"/>
      </w:pPr>
      <w:proofErr w:type="spellStart"/>
      <w:r>
        <w:rPr>
          <w:b/>
        </w:rPr>
        <w:t>Hlavní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chod</w:t>
      </w:r>
      <w:proofErr w:type="spellEnd"/>
      <w:r>
        <w:rPr>
          <w:b/>
        </w:rPr>
        <w:t xml:space="preserve">: </w:t>
      </w:r>
      <w:proofErr w:type="spellStart"/>
      <w:r w:rsidR="008106DB">
        <w:t>Králík</w:t>
      </w:r>
      <w:proofErr w:type="spellEnd"/>
      <w:r w:rsidR="008106DB">
        <w:t xml:space="preserve"> </w:t>
      </w:r>
      <w:proofErr w:type="spellStart"/>
      <w:r w:rsidR="008106DB">
        <w:t>na</w:t>
      </w:r>
      <w:proofErr w:type="spellEnd"/>
      <w:r w:rsidR="008106DB">
        <w:t xml:space="preserve"> </w:t>
      </w:r>
      <w:proofErr w:type="spellStart"/>
      <w:r w:rsidR="008106DB">
        <w:t>smetaně</w:t>
      </w:r>
      <w:proofErr w:type="spellEnd"/>
      <w:r w:rsidR="008106DB">
        <w:t xml:space="preserve">, </w:t>
      </w:r>
      <w:proofErr w:type="spellStart"/>
      <w:r w:rsidR="008106DB">
        <w:t>těstoviny</w:t>
      </w:r>
      <w:proofErr w:type="spellEnd"/>
      <w:r w:rsidR="008106DB">
        <w:t xml:space="preserve"> </w:t>
      </w:r>
      <w:r w:rsidR="00E648DE">
        <w:t>,</w:t>
      </w:r>
      <w:proofErr w:type="spellStart"/>
      <w:r w:rsidR="00E648DE">
        <w:t>okurkový</w:t>
      </w:r>
      <w:proofErr w:type="spellEnd"/>
      <w:r w:rsidR="00E648DE">
        <w:t xml:space="preserve"> </w:t>
      </w:r>
      <w:proofErr w:type="spellStart"/>
      <w:r w:rsidR="00E648DE">
        <w:t>salát</w:t>
      </w:r>
      <w:proofErr w:type="spellEnd"/>
      <w:r w:rsidR="00E648DE">
        <w:t>,</w:t>
      </w:r>
      <w:r w:rsidR="0008603B">
        <w:t xml:space="preserve"> </w:t>
      </w:r>
      <w:proofErr w:type="spellStart"/>
      <w:r w:rsidR="0008603B">
        <w:t>Alergeny</w:t>
      </w:r>
      <w:proofErr w:type="spellEnd"/>
      <w:r w:rsidR="0008603B">
        <w:t>(1,7)</w:t>
      </w:r>
    </w:p>
    <w:p w14:paraId="6E6EE9A9" w14:textId="37283018" w:rsidR="004E3AA1" w:rsidRDefault="004E3AA1" w:rsidP="004E3AA1">
      <w:pPr>
        <w:spacing w:after="40"/>
        <w:ind w:left="240"/>
      </w:pPr>
      <w:proofErr w:type="spellStart"/>
      <w:r>
        <w:rPr>
          <w:b/>
        </w:rPr>
        <w:t>Svačina</w:t>
      </w:r>
      <w:proofErr w:type="spellEnd"/>
      <w:r>
        <w:rPr>
          <w:b/>
        </w:rPr>
        <w:t xml:space="preserve">: </w:t>
      </w:r>
      <w:proofErr w:type="spellStart"/>
      <w:r w:rsidR="00B552CC">
        <w:t>Chléb</w:t>
      </w:r>
      <w:proofErr w:type="spellEnd"/>
      <w:r>
        <w:t xml:space="preserve"> s</w:t>
      </w:r>
      <w:r w:rsidR="00523320">
        <w:t xml:space="preserve"> </w:t>
      </w:r>
      <w:proofErr w:type="spellStart"/>
      <w:r w:rsidR="00E648DE">
        <w:t>hráškovou</w:t>
      </w:r>
      <w:proofErr w:type="spellEnd"/>
      <w:r w:rsidR="00E648DE">
        <w:t xml:space="preserve"> </w:t>
      </w:r>
      <w:proofErr w:type="spellStart"/>
      <w:r w:rsidR="00523320">
        <w:t>pomazánkou</w:t>
      </w:r>
      <w:proofErr w:type="spellEnd"/>
      <w:r>
        <w:t xml:space="preserve">, </w:t>
      </w:r>
      <w:proofErr w:type="spellStart"/>
      <w:r w:rsidR="00B43687">
        <w:t>jablko</w:t>
      </w:r>
      <w:proofErr w:type="spellEnd"/>
      <w:r w:rsidR="00B43687">
        <w:t xml:space="preserve">, </w:t>
      </w:r>
      <w:proofErr w:type="spellStart"/>
      <w:r w:rsidR="00B43687">
        <w:t>čaj</w:t>
      </w:r>
      <w:proofErr w:type="spellEnd"/>
      <w:r w:rsidR="00B43687">
        <w:t xml:space="preserve">, </w:t>
      </w:r>
      <w:proofErr w:type="spellStart"/>
      <w:r w:rsidR="00B43687">
        <w:t>mléko</w:t>
      </w:r>
      <w:proofErr w:type="spellEnd"/>
      <w:r w:rsidR="0008603B">
        <w:t>, Alergeny(1,7)</w:t>
      </w:r>
    </w:p>
    <w:p w14:paraId="3006E2F2" w14:textId="77777777" w:rsidR="004E3AA1" w:rsidRDefault="004E3AA1" w:rsidP="004E3AA1">
      <w:proofErr w:type="spellStart"/>
      <w:r>
        <w:rPr>
          <w:b/>
        </w:rPr>
        <w:t>Středa</w:t>
      </w:r>
      <w:proofErr w:type="spellEnd"/>
    </w:p>
    <w:p w14:paraId="133D1CA2" w14:textId="5BCCFC5D" w:rsidR="004E3AA1" w:rsidRPr="00B43687" w:rsidRDefault="004E3AA1" w:rsidP="004E3AA1">
      <w:pPr>
        <w:spacing w:after="40"/>
        <w:ind w:left="240"/>
        <w:rPr>
          <w:bCs/>
        </w:rPr>
      </w:pPr>
      <w:proofErr w:type="spellStart"/>
      <w:r>
        <w:rPr>
          <w:b/>
        </w:rPr>
        <w:t>Přesnídávka</w:t>
      </w:r>
      <w:proofErr w:type="spellEnd"/>
      <w:r w:rsidR="00B43687">
        <w:rPr>
          <w:b/>
        </w:rPr>
        <w:t>:</w:t>
      </w:r>
      <w:r w:rsidR="000343BE">
        <w:rPr>
          <w:b/>
        </w:rPr>
        <w:t xml:space="preserve"> </w:t>
      </w:r>
      <w:proofErr w:type="spellStart"/>
      <w:r w:rsidR="00F00235">
        <w:rPr>
          <w:bCs/>
        </w:rPr>
        <w:t>Rohlík</w:t>
      </w:r>
      <w:proofErr w:type="spellEnd"/>
      <w:r w:rsidR="00F00235">
        <w:rPr>
          <w:bCs/>
        </w:rPr>
        <w:t xml:space="preserve"> s </w:t>
      </w:r>
      <w:proofErr w:type="spellStart"/>
      <w:r w:rsidR="00F00235">
        <w:rPr>
          <w:bCs/>
        </w:rPr>
        <w:t>bylinkovou</w:t>
      </w:r>
      <w:proofErr w:type="spellEnd"/>
      <w:r w:rsidR="00F00235">
        <w:rPr>
          <w:bCs/>
        </w:rPr>
        <w:t xml:space="preserve"> </w:t>
      </w:r>
      <w:proofErr w:type="spellStart"/>
      <w:r w:rsidR="00F00235">
        <w:rPr>
          <w:bCs/>
        </w:rPr>
        <w:t>pamazánkou</w:t>
      </w:r>
      <w:proofErr w:type="spellEnd"/>
      <w:r w:rsidR="00B43687" w:rsidRPr="000343BE">
        <w:rPr>
          <w:bCs/>
        </w:rPr>
        <w:t>,</w:t>
      </w:r>
      <w:r w:rsidR="00B43687">
        <w:rPr>
          <w:bCs/>
        </w:rPr>
        <w:t xml:space="preserve"> </w:t>
      </w:r>
      <w:proofErr w:type="spellStart"/>
      <w:r w:rsidR="00B43687">
        <w:rPr>
          <w:bCs/>
        </w:rPr>
        <w:t>čaj</w:t>
      </w:r>
      <w:proofErr w:type="spellEnd"/>
      <w:r w:rsidR="00B43687">
        <w:rPr>
          <w:bCs/>
        </w:rPr>
        <w:t xml:space="preserve">, </w:t>
      </w:r>
      <w:proofErr w:type="spellStart"/>
      <w:r w:rsidR="00F00235">
        <w:rPr>
          <w:bCs/>
        </w:rPr>
        <w:t>mléko</w:t>
      </w:r>
      <w:proofErr w:type="spellEnd"/>
      <w:r w:rsidR="0008603B">
        <w:rPr>
          <w:bCs/>
        </w:rPr>
        <w:t xml:space="preserve">, </w:t>
      </w:r>
      <w:proofErr w:type="spellStart"/>
      <w:r w:rsidR="0008603B">
        <w:rPr>
          <w:bCs/>
        </w:rPr>
        <w:t>Alergeny</w:t>
      </w:r>
      <w:proofErr w:type="spellEnd"/>
      <w:r w:rsidR="0008603B">
        <w:rPr>
          <w:bCs/>
        </w:rPr>
        <w:t>(1,7)</w:t>
      </w:r>
    </w:p>
    <w:p w14:paraId="2A80279A" w14:textId="7EDFF97D" w:rsidR="004E3AA1" w:rsidRDefault="004E3AA1" w:rsidP="004E3AA1">
      <w:pPr>
        <w:spacing w:after="40"/>
        <w:ind w:left="240"/>
      </w:pPr>
      <w:proofErr w:type="spellStart"/>
      <w:r>
        <w:rPr>
          <w:b/>
        </w:rPr>
        <w:t>Polévka</w:t>
      </w:r>
      <w:proofErr w:type="spellEnd"/>
      <w:r>
        <w:rPr>
          <w:b/>
        </w:rPr>
        <w:t xml:space="preserve">: </w:t>
      </w:r>
      <w:proofErr w:type="spellStart"/>
      <w:r w:rsidR="008106DB">
        <w:t>Květáková</w:t>
      </w:r>
      <w:proofErr w:type="spellEnd"/>
      <w:r w:rsidR="0008603B">
        <w:t xml:space="preserve">, </w:t>
      </w:r>
      <w:proofErr w:type="spellStart"/>
      <w:r w:rsidR="0008603B">
        <w:t>Alergeny</w:t>
      </w:r>
      <w:proofErr w:type="spellEnd"/>
      <w:r w:rsidR="0008603B">
        <w:t>(7</w:t>
      </w:r>
      <w:r w:rsidR="00D6398D">
        <w:t>,9</w:t>
      </w:r>
      <w:r w:rsidR="0008603B">
        <w:t>)</w:t>
      </w:r>
    </w:p>
    <w:p w14:paraId="117C13FE" w14:textId="3A7AAE2D" w:rsidR="004E3AA1" w:rsidRDefault="004E3AA1" w:rsidP="004E3AA1">
      <w:pPr>
        <w:spacing w:after="40"/>
        <w:ind w:left="240"/>
      </w:pPr>
      <w:proofErr w:type="spellStart"/>
      <w:r>
        <w:rPr>
          <w:b/>
        </w:rPr>
        <w:t>Hlavní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chod</w:t>
      </w:r>
      <w:proofErr w:type="spellEnd"/>
      <w:r>
        <w:rPr>
          <w:b/>
        </w:rPr>
        <w:t xml:space="preserve">: </w:t>
      </w:r>
      <w:proofErr w:type="spellStart"/>
      <w:r w:rsidR="008106DB">
        <w:t>Holandské</w:t>
      </w:r>
      <w:proofErr w:type="spellEnd"/>
      <w:r w:rsidR="008106DB">
        <w:t xml:space="preserve"> </w:t>
      </w:r>
      <w:proofErr w:type="spellStart"/>
      <w:r w:rsidR="008106DB">
        <w:t>řízky</w:t>
      </w:r>
      <w:proofErr w:type="spellEnd"/>
      <w:r w:rsidR="008106DB">
        <w:t>,</w:t>
      </w:r>
      <w:r w:rsidR="00E648DE">
        <w:t xml:space="preserve"> </w:t>
      </w:r>
      <w:proofErr w:type="spellStart"/>
      <w:r w:rsidR="00E648DE">
        <w:t>brambor</w:t>
      </w:r>
      <w:r w:rsidR="008106DB">
        <w:t>ová</w:t>
      </w:r>
      <w:proofErr w:type="spellEnd"/>
      <w:r w:rsidR="008106DB">
        <w:t xml:space="preserve"> </w:t>
      </w:r>
      <w:proofErr w:type="spellStart"/>
      <w:r w:rsidR="008106DB">
        <w:t>kaše</w:t>
      </w:r>
      <w:proofErr w:type="spellEnd"/>
      <w:r w:rsidR="00D6398D">
        <w:t>,</w:t>
      </w:r>
      <w:r w:rsidR="008106DB">
        <w:t xml:space="preserve"> </w:t>
      </w:r>
      <w:proofErr w:type="spellStart"/>
      <w:r w:rsidR="008106DB">
        <w:t>zeleninový</w:t>
      </w:r>
      <w:proofErr w:type="spellEnd"/>
      <w:r w:rsidR="008106DB">
        <w:t xml:space="preserve"> </w:t>
      </w:r>
      <w:proofErr w:type="spellStart"/>
      <w:r w:rsidR="008106DB">
        <w:t>salát</w:t>
      </w:r>
      <w:proofErr w:type="spellEnd"/>
      <w:r w:rsidR="008106DB">
        <w:t>,</w:t>
      </w:r>
      <w:r w:rsidR="0008603B">
        <w:t xml:space="preserve"> </w:t>
      </w:r>
      <w:proofErr w:type="spellStart"/>
      <w:r w:rsidR="0008603B">
        <w:t>Alergeny</w:t>
      </w:r>
      <w:proofErr w:type="spellEnd"/>
      <w:r w:rsidR="0008603B">
        <w:t>(</w:t>
      </w:r>
      <w:r w:rsidR="008106DB">
        <w:t>1,3,</w:t>
      </w:r>
      <w:r w:rsidR="0008603B">
        <w:t>7)</w:t>
      </w:r>
    </w:p>
    <w:p w14:paraId="6017B0F7" w14:textId="517537FA" w:rsidR="004E3AA1" w:rsidRDefault="004E3AA1" w:rsidP="004E3AA1">
      <w:pPr>
        <w:spacing w:after="40"/>
        <w:ind w:left="240"/>
      </w:pPr>
      <w:proofErr w:type="spellStart"/>
      <w:r>
        <w:rPr>
          <w:b/>
        </w:rPr>
        <w:t>Svačina</w:t>
      </w:r>
      <w:proofErr w:type="spellEnd"/>
      <w:r>
        <w:rPr>
          <w:b/>
        </w:rPr>
        <w:t xml:space="preserve">: </w:t>
      </w:r>
      <w:r w:rsidR="00D6398D">
        <w:t xml:space="preserve"> </w:t>
      </w:r>
      <w:proofErr w:type="spellStart"/>
      <w:r w:rsidR="008106DB">
        <w:t>Veka</w:t>
      </w:r>
      <w:proofErr w:type="spellEnd"/>
      <w:r w:rsidR="00F00235">
        <w:t xml:space="preserve"> s </w:t>
      </w:r>
      <w:proofErr w:type="spellStart"/>
      <w:r w:rsidR="00F00235">
        <w:t>ovocnou</w:t>
      </w:r>
      <w:proofErr w:type="spellEnd"/>
      <w:r w:rsidR="00D6398D">
        <w:t xml:space="preserve"> </w:t>
      </w:r>
      <w:proofErr w:type="spellStart"/>
      <w:r w:rsidR="00044DE2">
        <w:t>pomazánkou</w:t>
      </w:r>
      <w:proofErr w:type="spellEnd"/>
      <w:r>
        <w:t xml:space="preserve">, </w:t>
      </w:r>
      <w:proofErr w:type="spellStart"/>
      <w:r w:rsidR="00605DE8">
        <w:t>banán</w:t>
      </w:r>
      <w:proofErr w:type="spellEnd"/>
      <w:r w:rsidR="00F00235">
        <w:t>,</w:t>
      </w:r>
      <w:r>
        <w:t xml:space="preserve"> </w:t>
      </w:r>
      <w:proofErr w:type="spellStart"/>
      <w:r>
        <w:t>čaj</w:t>
      </w:r>
      <w:proofErr w:type="spellEnd"/>
      <w:r>
        <w:t xml:space="preserve">, </w:t>
      </w:r>
      <w:proofErr w:type="spellStart"/>
      <w:r>
        <w:t>mléko</w:t>
      </w:r>
      <w:proofErr w:type="spellEnd"/>
      <w:r w:rsidR="0008603B">
        <w:t>, Alergeny(1,7)</w:t>
      </w:r>
    </w:p>
    <w:p w14:paraId="07ECEEB1" w14:textId="77777777" w:rsidR="004E3AA1" w:rsidRDefault="004E3AA1" w:rsidP="004E3AA1">
      <w:proofErr w:type="spellStart"/>
      <w:r>
        <w:rPr>
          <w:b/>
        </w:rPr>
        <w:t>Čtvrtek</w:t>
      </w:r>
      <w:proofErr w:type="spellEnd"/>
    </w:p>
    <w:p w14:paraId="278DB28D" w14:textId="02241B86" w:rsidR="004E3AA1" w:rsidRPr="006E7032" w:rsidRDefault="004E3AA1" w:rsidP="004E3AA1">
      <w:pPr>
        <w:spacing w:after="40"/>
        <w:ind w:left="240"/>
        <w:rPr>
          <w:bCs/>
        </w:rPr>
      </w:pPr>
      <w:proofErr w:type="spellStart"/>
      <w:r>
        <w:rPr>
          <w:b/>
        </w:rPr>
        <w:t>Přesnídávka</w:t>
      </w:r>
      <w:proofErr w:type="spellEnd"/>
      <w:r>
        <w:rPr>
          <w:b/>
        </w:rPr>
        <w:t>:</w:t>
      </w:r>
      <w:r w:rsidR="000343BE" w:rsidRPr="000343BE">
        <w:rPr>
          <w:bCs/>
        </w:rPr>
        <w:t xml:space="preserve"> </w:t>
      </w:r>
      <w:proofErr w:type="spellStart"/>
      <w:r w:rsidR="00605DE8">
        <w:rPr>
          <w:bCs/>
        </w:rPr>
        <w:t>C</w:t>
      </w:r>
      <w:r w:rsidR="000343BE">
        <w:rPr>
          <w:bCs/>
        </w:rPr>
        <w:t>hléb</w:t>
      </w:r>
      <w:r w:rsidR="00F00235">
        <w:rPr>
          <w:bCs/>
        </w:rPr>
        <w:t>ík</w:t>
      </w:r>
      <w:proofErr w:type="spellEnd"/>
      <w:r w:rsidR="000343BE">
        <w:rPr>
          <w:bCs/>
        </w:rPr>
        <w:t xml:space="preserve"> s </w:t>
      </w:r>
      <w:proofErr w:type="spellStart"/>
      <w:r w:rsidR="000343BE">
        <w:rPr>
          <w:bCs/>
        </w:rPr>
        <w:t>rybičkovou</w:t>
      </w:r>
      <w:proofErr w:type="spellEnd"/>
      <w:r w:rsidR="000343BE">
        <w:rPr>
          <w:bCs/>
        </w:rPr>
        <w:t xml:space="preserve"> </w:t>
      </w:r>
      <w:proofErr w:type="spellStart"/>
      <w:r w:rsidR="000343BE">
        <w:rPr>
          <w:bCs/>
        </w:rPr>
        <w:t>pomazánkou</w:t>
      </w:r>
      <w:proofErr w:type="spellEnd"/>
      <w:r w:rsidR="00B43687">
        <w:rPr>
          <w:bCs/>
        </w:rPr>
        <w:t>,</w:t>
      </w:r>
      <w:r>
        <w:rPr>
          <w:bCs/>
        </w:rPr>
        <w:t xml:space="preserve"> </w:t>
      </w:r>
      <w:proofErr w:type="spellStart"/>
      <w:r>
        <w:rPr>
          <w:bCs/>
        </w:rPr>
        <w:t>ovoce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mléko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čaj</w:t>
      </w:r>
      <w:proofErr w:type="spellEnd"/>
      <w:r w:rsidR="0008603B">
        <w:rPr>
          <w:bCs/>
        </w:rPr>
        <w:t xml:space="preserve">, </w:t>
      </w:r>
      <w:proofErr w:type="spellStart"/>
      <w:r w:rsidR="0008603B">
        <w:rPr>
          <w:bCs/>
        </w:rPr>
        <w:t>Alergeny</w:t>
      </w:r>
      <w:proofErr w:type="spellEnd"/>
      <w:r w:rsidR="0008603B">
        <w:rPr>
          <w:bCs/>
        </w:rPr>
        <w:t>(1,</w:t>
      </w:r>
      <w:r w:rsidR="00605DE8">
        <w:rPr>
          <w:bCs/>
        </w:rPr>
        <w:t>4,</w:t>
      </w:r>
      <w:r w:rsidR="0008603B">
        <w:rPr>
          <w:bCs/>
        </w:rPr>
        <w:t>7)</w:t>
      </w:r>
    </w:p>
    <w:p w14:paraId="0207922F" w14:textId="69EE0807" w:rsidR="004E3AA1" w:rsidRDefault="004E3AA1" w:rsidP="004E3AA1">
      <w:pPr>
        <w:spacing w:after="40"/>
        <w:ind w:left="240"/>
      </w:pPr>
      <w:proofErr w:type="spellStart"/>
      <w:r>
        <w:rPr>
          <w:b/>
        </w:rPr>
        <w:t>Polévka</w:t>
      </w:r>
      <w:proofErr w:type="spellEnd"/>
      <w:r>
        <w:rPr>
          <w:b/>
        </w:rPr>
        <w:t xml:space="preserve">: </w:t>
      </w:r>
      <w:proofErr w:type="spellStart"/>
      <w:r w:rsidR="00F00235">
        <w:t>Hrášková</w:t>
      </w:r>
      <w:proofErr w:type="spellEnd"/>
      <w:r w:rsidR="00F00235">
        <w:t xml:space="preserve"> s </w:t>
      </w:r>
      <w:proofErr w:type="spellStart"/>
      <w:r w:rsidR="00F00235">
        <w:t>mrkví</w:t>
      </w:r>
      <w:proofErr w:type="spellEnd"/>
      <w:r w:rsidR="0008603B">
        <w:t>, Alergeny(</w:t>
      </w:r>
      <w:r w:rsidR="005B63B5">
        <w:t>1,</w:t>
      </w:r>
      <w:r w:rsidR="00D6398D">
        <w:t>7,</w:t>
      </w:r>
      <w:r w:rsidR="0008603B">
        <w:t>9)</w:t>
      </w:r>
    </w:p>
    <w:p w14:paraId="777FC912" w14:textId="78D03733" w:rsidR="004E3AA1" w:rsidRDefault="004E3AA1" w:rsidP="004E3AA1">
      <w:pPr>
        <w:spacing w:after="40"/>
        <w:ind w:left="240"/>
      </w:pPr>
      <w:proofErr w:type="spellStart"/>
      <w:r>
        <w:rPr>
          <w:b/>
        </w:rPr>
        <w:t>Hlavní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chod</w:t>
      </w:r>
      <w:proofErr w:type="spellEnd"/>
      <w:r>
        <w:rPr>
          <w:b/>
        </w:rPr>
        <w:t xml:space="preserve">: </w:t>
      </w:r>
      <w:proofErr w:type="spellStart"/>
      <w:r w:rsidR="008106DB">
        <w:t>Kuřecí</w:t>
      </w:r>
      <w:proofErr w:type="spellEnd"/>
      <w:r w:rsidR="008106DB">
        <w:t xml:space="preserve"> </w:t>
      </w:r>
      <w:proofErr w:type="spellStart"/>
      <w:r w:rsidR="008106DB">
        <w:t>rizoto</w:t>
      </w:r>
      <w:proofErr w:type="spellEnd"/>
      <w:r w:rsidR="008106DB">
        <w:t xml:space="preserve"> </w:t>
      </w:r>
      <w:proofErr w:type="spellStart"/>
      <w:r w:rsidR="008106DB">
        <w:t>sypané</w:t>
      </w:r>
      <w:proofErr w:type="spellEnd"/>
      <w:r w:rsidR="008106DB">
        <w:t xml:space="preserve"> </w:t>
      </w:r>
      <w:proofErr w:type="spellStart"/>
      <w:r w:rsidR="008106DB">
        <w:t>sýrem,kys</w:t>
      </w:r>
      <w:proofErr w:type="spellEnd"/>
      <w:r w:rsidR="008106DB">
        <w:t xml:space="preserve">. </w:t>
      </w:r>
      <w:proofErr w:type="spellStart"/>
      <w:r w:rsidR="008106DB">
        <w:t>okurek</w:t>
      </w:r>
      <w:proofErr w:type="spellEnd"/>
      <w:r w:rsidR="008106DB">
        <w:t xml:space="preserve">, </w:t>
      </w:r>
      <w:r w:rsidR="0008603B">
        <w:t xml:space="preserve"> </w:t>
      </w:r>
      <w:proofErr w:type="spellStart"/>
      <w:r w:rsidR="0008603B">
        <w:t>Alergeny</w:t>
      </w:r>
      <w:proofErr w:type="spellEnd"/>
      <w:r w:rsidR="0008603B">
        <w:t>(1,7</w:t>
      </w:r>
      <w:r w:rsidR="000E06CE">
        <w:t>,9</w:t>
      </w:r>
      <w:r w:rsidR="0008603B">
        <w:t>)</w:t>
      </w:r>
    </w:p>
    <w:p w14:paraId="50E0903A" w14:textId="65B671EC" w:rsidR="00044DE2" w:rsidRDefault="004E3AA1" w:rsidP="00D6398D">
      <w:pPr>
        <w:spacing w:after="40"/>
        <w:ind w:left="240"/>
        <w:rPr>
          <w:bCs/>
        </w:rPr>
      </w:pPr>
      <w:proofErr w:type="spellStart"/>
      <w:r>
        <w:rPr>
          <w:b/>
        </w:rPr>
        <w:t>Svačina</w:t>
      </w:r>
      <w:proofErr w:type="spellEnd"/>
      <w:r>
        <w:rPr>
          <w:b/>
        </w:rPr>
        <w:t xml:space="preserve">: </w:t>
      </w:r>
      <w:r w:rsidR="008106DB">
        <w:rPr>
          <w:bCs/>
        </w:rPr>
        <w:t xml:space="preserve">Chia </w:t>
      </w:r>
      <w:proofErr w:type="spellStart"/>
      <w:r w:rsidR="008106DB">
        <w:rPr>
          <w:bCs/>
        </w:rPr>
        <w:t>kostka</w:t>
      </w:r>
      <w:proofErr w:type="spellEnd"/>
      <w:r w:rsidR="00D6398D">
        <w:rPr>
          <w:bCs/>
        </w:rPr>
        <w:t xml:space="preserve"> </w:t>
      </w:r>
      <w:r w:rsidR="00F00235">
        <w:rPr>
          <w:bCs/>
        </w:rPr>
        <w:t xml:space="preserve">s </w:t>
      </w:r>
      <w:proofErr w:type="spellStart"/>
      <w:r w:rsidR="00F00235">
        <w:rPr>
          <w:bCs/>
        </w:rPr>
        <w:t>pažitkovou</w:t>
      </w:r>
      <w:proofErr w:type="spellEnd"/>
      <w:r w:rsidR="00F00235">
        <w:rPr>
          <w:bCs/>
        </w:rPr>
        <w:t xml:space="preserve"> </w:t>
      </w:r>
      <w:proofErr w:type="spellStart"/>
      <w:r w:rsidR="00F00235">
        <w:rPr>
          <w:bCs/>
        </w:rPr>
        <w:t>pomazánkou</w:t>
      </w:r>
      <w:proofErr w:type="spellEnd"/>
      <w:r w:rsidR="00F00235">
        <w:rPr>
          <w:bCs/>
        </w:rPr>
        <w:t xml:space="preserve"> paprika</w:t>
      </w:r>
      <w:r w:rsidR="0008603B">
        <w:rPr>
          <w:bCs/>
        </w:rPr>
        <w:t xml:space="preserve">, </w:t>
      </w:r>
      <w:proofErr w:type="spellStart"/>
      <w:r w:rsidR="0008603B">
        <w:rPr>
          <w:bCs/>
        </w:rPr>
        <w:t>Alergeny</w:t>
      </w:r>
      <w:proofErr w:type="spellEnd"/>
      <w:r w:rsidR="0008603B">
        <w:rPr>
          <w:bCs/>
        </w:rPr>
        <w:t>(1,7)</w:t>
      </w:r>
    </w:p>
    <w:p w14:paraId="0F03283C" w14:textId="45BEDA9D" w:rsidR="00F00235" w:rsidRDefault="00F00235" w:rsidP="00D6398D">
      <w:pPr>
        <w:spacing w:after="40"/>
        <w:ind w:left="240"/>
        <w:rPr>
          <w:b/>
        </w:rPr>
      </w:pPr>
      <w:proofErr w:type="spellStart"/>
      <w:r>
        <w:rPr>
          <w:b/>
        </w:rPr>
        <w:t>Pátek</w:t>
      </w:r>
      <w:proofErr w:type="spellEnd"/>
    </w:p>
    <w:p w14:paraId="2D07376E" w14:textId="77777777" w:rsidR="00F00235" w:rsidRDefault="00F00235" w:rsidP="00D6398D">
      <w:pPr>
        <w:spacing w:after="40"/>
        <w:ind w:left="240"/>
        <w:rPr>
          <w:b/>
        </w:rPr>
      </w:pPr>
    </w:p>
    <w:p w14:paraId="3FCCFA00" w14:textId="0C3966E9" w:rsidR="00F00235" w:rsidRPr="00F00235" w:rsidRDefault="00F00235" w:rsidP="00D6398D">
      <w:pPr>
        <w:spacing w:after="40"/>
        <w:ind w:left="240"/>
        <w:rPr>
          <w:bCs/>
        </w:rPr>
      </w:pPr>
      <w:proofErr w:type="spellStart"/>
      <w:r>
        <w:rPr>
          <w:b/>
        </w:rPr>
        <w:t>Přesnídávka</w:t>
      </w:r>
      <w:proofErr w:type="spellEnd"/>
      <w:r>
        <w:rPr>
          <w:b/>
        </w:rPr>
        <w:t xml:space="preserve">: </w:t>
      </w:r>
      <w:r w:rsidR="00605DE8">
        <w:rPr>
          <w:b/>
        </w:rPr>
        <w:t xml:space="preserve"> </w:t>
      </w:r>
      <w:proofErr w:type="spellStart"/>
      <w:r w:rsidR="00605DE8" w:rsidRPr="00605DE8">
        <w:rPr>
          <w:bCs/>
        </w:rPr>
        <w:t>Dýňová</w:t>
      </w:r>
      <w:proofErr w:type="spellEnd"/>
      <w:r w:rsidR="00605DE8" w:rsidRPr="00605DE8">
        <w:rPr>
          <w:bCs/>
        </w:rPr>
        <w:t xml:space="preserve"> </w:t>
      </w:r>
      <w:proofErr w:type="spellStart"/>
      <w:r w:rsidR="00605DE8" w:rsidRPr="00605DE8">
        <w:rPr>
          <w:bCs/>
        </w:rPr>
        <w:t>Kostka</w:t>
      </w:r>
      <w:proofErr w:type="spellEnd"/>
      <w:r w:rsidR="00605DE8" w:rsidRPr="00605DE8">
        <w:rPr>
          <w:bCs/>
        </w:rPr>
        <w:t xml:space="preserve"> s </w:t>
      </w:r>
      <w:proofErr w:type="spellStart"/>
      <w:r w:rsidR="00605DE8" w:rsidRPr="00605DE8">
        <w:rPr>
          <w:bCs/>
        </w:rPr>
        <w:t>vaječnou</w:t>
      </w:r>
      <w:proofErr w:type="spellEnd"/>
      <w:r w:rsidR="00605DE8" w:rsidRPr="00605DE8">
        <w:rPr>
          <w:bCs/>
        </w:rPr>
        <w:t xml:space="preserve"> </w:t>
      </w:r>
      <w:proofErr w:type="spellStart"/>
      <w:r w:rsidR="00605DE8" w:rsidRPr="00605DE8">
        <w:rPr>
          <w:bCs/>
        </w:rPr>
        <w:t>pomazánkou</w:t>
      </w:r>
      <w:r w:rsidR="00605DE8">
        <w:rPr>
          <w:bCs/>
        </w:rPr>
        <w:t>,ovoce,čaj,mléko</w:t>
      </w:r>
      <w:proofErr w:type="spellEnd"/>
      <w:r w:rsidR="00605DE8">
        <w:rPr>
          <w:bCs/>
        </w:rPr>
        <w:t xml:space="preserve">, </w:t>
      </w:r>
      <w:proofErr w:type="spellStart"/>
      <w:r w:rsidR="00605DE8">
        <w:rPr>
          <w:bCs/>
        </w:rPr>
        <w:t>Alergeny</w:t>
      </w:r>
      <w:proofErr w:type="spellEnd"/>
      <w:r w:rsidR="00605DE8">
        <w:rPr>
          <w:bCs/>
        </w:rPr>
        <w:t>(1,3,7)</w:t>
      </w:r>
    </w:p>
    <w:p w14:paraId="051E4515" w14:textId="14A62D78" w:rsidR="00F00235" w:rsidRPr="00F00235" w:rsidRDefault="00F00235" w:rsidP="00D6398D">
      <w:pPr>
        <w:spacing w:after="40"/>
        <w:ind w:left="240"/>
        <w:rPr>
          <w:bCs/>
        </w:rPr>
      </w:pPr>
      <w:proofErr w:type="spellStart"/>
      <w:r>
        <w:rPr>
          <w:b/>
        </w:rPr>
        <w:t>Polévka</w:t>
      </w:r>
      <w:proofErr w:type="spellEnd"/>
      <w:r>
        <w:rPr>
          <w:b/>
        </w:rPr>
        <w:t xml:space="preserve">: </w:t>
      </w:r>
      <w:proofErr w:type="spellStart"/>
      <w:r w:rsidR="008106DB">
        <w:rPr>
          <w:bCs/>
        </w:rPr>
        <w:t>Frankfurtská</w:t>
      </w:r>
      <w:proofErr w:type="spellEnd"/>
      <w:r w:rsidR="008106DB">
        <w:rPr>
          <w:bCs/>
        </w:rPr>
        <w:t xml:space="preserve"> </w:t>
      </w:r>
      <w:r w:rsidR="00CD6BE7">
        <w:rPr>
          <w:bCs/>
        </w:rPr>
        <w:t>,</w:t>
      </w:r>
      <w:proofErr w:type="spellStart"/>
      <w:r w:rsidR="00CD6BE7">
        <w:rPr>
          <w:bCs/>
        </w:rPr>
        <w:t>Alergeny</w:t>
      </w:r>
      <w:proofErr w:type="spellEnd"/>
      <w:r w:rsidR="00CD6BE7">
        <w:rPr>
          <w:bCs/>
        </w:rPr>
        <w:t>(1,7,9)</w:t>
      </w:r>
    </w:p>
    <w:p w14:paraId="1077D622" w14:textId="17BEAF00" w:rsidR="00F00235" w:rsidRPr="00F00235" w:rsidRDefault="00F00235" w:rsidP="00D6398D">
      <w:pPr>
        <w:spacing w:after="40"/>
        <w:ind w:left="240"/>
        <w:rPr>
          <w:bCs/>
        </w:rPr>
      </w:pPr>
      <w:proofErr w:type="spellStart"/>
      <w:r>
        <w:rPr>
          <w:b/>
        </w:rPr>
        <w:t>Hlavní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chod</w:t>
      </w:r>
      <w:proofErr w:type="spellEnd"/>
      <w:r>
        <w:rPr>
          <w:b/>
        </w:rPr>
        <w:t xml:space="preserve">: </w:t>
      </w:r>
      <w:proofErr w:type="spellStart"/>
      <w:r w:rsidR="007F6144">
        <w:rPr>
          <w:bCs/>
        </w:rPr>
        <w:t>Nudle</w:t>
      </w:r>
      <w:proofErr w:type="spellEnd"/>
      <w:r w:rsidR="008106DB">
        <w:rPr>
          <w:bCs/>
        </w:rPr>
        <w:t xml:space="preserve"> s </w:t>
      </w:r>
      <w:proofErr w:type="spellStart"/>
      <w:r w:rsidR="008106DB">
        <w:rPr>
          <w:bCs/>
        </w:rPr>
        <w:t>mákem</w:t>
      </w:r>
      <w:proofErr w:type="spellEnd"/>
      <w:r w:rsidR="008106DB">
        <w:rPr>
          <w:bCs/>
        </w:rPr>
        <w:t xml:space="preserve"> </w:t>
      </w:r>
      <w:r w:rsidR="00CD6BE7">
        <w:rPr>
          <w:bCs/>
        </w:rPr>
        <w:t>,</w:t>
      </w:r>
      <w:r w:rsidR="007F6144">
        <w:rPr>
          <w:bCs/>
        </w:rPr>
        <w:t xml:space="preserve"> </w:t>
      </w:r>
      <w:proofErr w:type="spellStart"/>
      <w:r w:rsidR="00CD6BE7">
        <w:rPr>
          <w:bCs/>
        </w:rPr>
        <w:t>Alergeny</w:t>
      </w:r>
      <w:proofErr w:type="spellEnd"/>
      <w:r w:rsidR="00CD6BE7">
        <w:rPr>
          <w:bCs/>
        </w:rPr>
        <w:t>(1,</w:t>
      </w:r>
      <w:r w:rsidR="008106DB">
        <w:rPr>
          <w:bCs/>
        </w:rPr>
        <w:t>3,</w:t>
      </w:r>
      <w:r w:rsidR="00CD6BE7">
        <w:rPr>
          <w:bCs/>
        </w:rPr>
        <w:t>7)</w:t>
      </w:r>
    </w:p>
    <w:p w14:paraId="1A5BDC24" w14:textId="6E34FDF3" w:rsidR="00F00235" w:rsidRPr="00605DE8" w:rsidRDefault="00F00235" w:rsidP="00D6398D">
      <w:pPr>
        <w:spacing w:after="40"/>
        <w:ind w:left="240"/>
        <w:rPr>
          <w:bCs/>
        </w:rPr>
      </w:pPr>
      <w:proofErr w:type="spellStart"/>
      <w:r>
        <w:rPr>
          <w:b/>
        </w:rPr>
        <w:t>Svačina</w:t>
      </w:r>
      <w:proofErr w:type="spellEnd"/>
      <w:r>
        <w:rPr>
          <w:b/>
        </w:rPr>
        <w:t>:</w:t>
      </w:r>
      <w:r w:rsidR="00605DE8">
        <w:rPr>
          <w:b/>
        </w:rPr>
        <w:t xml:space="preserve"> </w:t>
      </w:r>
      <w:proofErr w:type="spellStart"/>
      <w:r w:rsidR="008106DB">
        <w:rPr>
          <w:bCs/>
        </w:rPr>
        <w:t>Veka</w:t>
      </w:r>
      <w:proofErr w:type="spellEnd"/>
      <w:r w:rsidR="008106DB">
        <w:rPr>
          <w:bCs/>
        </w:rPr>
        <w:t xml:space="preserve"> s </w:t>
      </w:r>
      <w:proofErr w:type="spellStart"/>
      <w:r w:rsidR="008106DB">
        <w:rPr>
          <w:bCs/>
        </w:rPr>
        <w:t>máslem</w:t>
      </w:r>
      <w:proofErr w:type="spellEnd"/>
      <w:r w:rsidR="008106DB">
        <w:rPr>
          <w:bCs/>
        </w:rPr>
        <w:t xml:space="preserve"> a rajčetem</w:t>
      </w:r>
      <w:r w:rsidR="00605DE8">
        <w:rPr>
          <w:bCs/>
        </w:rPr>
        <w:t>, Alergeny(1,7)</w:t>
      </w:r>
    </w:p>
    <w:p w14:paraId="5EA733BF" w14:textId="77777777" w:rsidR="00044DE2" w:rsidRDefault="00044DE2" w:rsidP="00044DE2">
      <w:pPr>
        <w:spacing w:after="40"/>
        <w:ind w:left="240"/>
      </w:pPr>
    </w:p>
    <w:p w14:paraId="72EA61A2" w14:textId="77777777" w:rsidR="00044DE2" w:rsidRDefault="00044DE2" w:rsidP="00044DE2">
      <w:pPr>
        <w:spacing w:after="40"/>
        <w:ind w:left="240"/>
      </w:pPr>
    </w:p>
    <w:p w14:paraId="188813F7" w14:textId="77777777" w:rsidR="00F00235" w:rsidRDefault="00F00235" w:rsidP="00044DE2">
      <w:pPr>
        <w:spacing w:after="40"/>
        <w:ind w:left="240"/>
        <w:rPr>
          <w:i/>
        </w:rPr>
      </w:pPr>
    </w:p>
    <w:p w14:paraId="44C45690" w14:textId="77777777" w:rsidR="00F00235" w:rsidRDefault="00F00235" w:rsidP="00044DE2">
      <w:pPr>
        <w:spacing w:after="40"/>
        <w:ind w:left="240"/>
        <w:rPr>
          <w:i/>
        </w:rPr>
      </w:pPr>
    </w:p>
    <w:p w14:paraId="2AF7CB47" w14:textId="3772A8D9" w:rsidR="009837D8" w:rsidRDefault="004E3AA1" w:rsidP="00044DE2">
      <w:pPr>
        <w:spacing w:after="40"/>
        <w:ind w:left="240"/>
        <w:rPr>
          <w:i/>
        </w:rPr>
      </w:pPr>
      <w:proofErr w:type="spellStart"/>
      <w:r>
        <w:rPr>
          <w:i/>
        </w:rPr>
        <w:t>Poznámka</w:t>
      </w:r>
      <w:proofErr w:type="spellEnd"/>
      <w:r>
        <w:rPr>
          <w:i/>
        </w:rPr>
        <w:t xml:space="preserve">: Po </w:t>
      </w:r>
      <w:proofErr w:type="spellStart"/>
      <w:r>
        <w:rPr>
          <w:i/>
        </w:rPr>
        <w:t>celý</w:t>
      </w:r>
      <w:proofErr w:type="spellEnd"/>
      <w:r>
        <w:rPr>
          <w:i/>
        </w:rPr>
        <w:t xml:space="preserve"> den je </w:t>
      </w:r>
      <w:proofErr w:type="spellStart"/>
      <w:r>
        <w:rPr>
          <w:i/>
        </w:rPr>
        <w:t>dětem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zajištěn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pitný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režim</w:t>
      </w:r>
      <w:proofErr w:type="spellEnd"/>
      <w:r>
        <w:rPr>
          <w:i/>
        </w:rPr>
        <w:t xml:space="preserve"> – </w:t>
      </w:r>
      <w:proofErr w:type="spellStart"/>
      <w:r>
        <w:rPr>
          <w:i/>
        </w:rPr>
        <w:t>voda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čaj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mléko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také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čerstvé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ovoce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Změna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jídelníčku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vyhrazena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Jídlo</w:t>
      </w:r>
      <w:proofErr w:type="spellEnd"/>
      <w:r>
        <w:rPr>
          <w:i/>
        </w:rPr>
        <w:t xml:space="preserve"> je </w:t>
      </w:r>
      <w:proofErr w:type="spellStart"/>
      <w:r>
        <w:rPr>
          <w:i/>
        </w:rPr>
        <w:t>určeno</w:t>
      </w:r>
      <w:proofErr w:type="spellEnd"/>
      <w:r>
        <w:rPr>
          <w:i/>
        </w:rPr>
        <w:t xml:space="preserve"> k </w:t>
      </w:r>
      <w:proofErr w:type="spellStart"/>
      <w:r>
        <w:rPr>
          <w:i/>
        </w:rPr>
        <w:t>okamžité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spotřebě</w:t>
      </w:r>
      <w:proofErr w:type="spellEnd"/>
      <w:r>
        <w:rPr>
          <w:i/>
        </w:rPr>
        <w:t>.</w:t>
      </w:r>
    </w:p>
    <w:p w14:paraId="7E972095" w14:textId="77777777" w:rsidR="00F00235" w:rsidRDefault="00F00235" w:rsidP="00044DE2">
      <w:pPr>
        <w:spacing w:after="40"/>
        <w:ind w:left="240"/>
        <w:rPr>
          <w:i/>
        </w:rPr>
      </w:pPr>
    </w:p>
    <w:p w14:paraId="0CBAB21D" w14:textId="77777777" w:rsidR="00F00235" w:rsidRPr="004E3AA1" w:rsidRDefault="00F00235" w:rsidP="00044DE2">
      <w:pPr>
        <w:spacing w:after="40"/>
        <w:ind w:left="240"/>
        <w:rPr>
          <w:i/>
        </w:rPr>
      </w:pPr>
    </w:p>
    <w:p w14:paraId="5B5E6F74" w14:textId="0A159F9C" w:rsidR="009837D8" w:rsidRPr="00C879D3" w:rsidRDefault="009837D8">
      <w:pPr>
        <w:jc w:val="center"/>
        <w:rPr>
          <w:sz w:val="20"/>
          <w:szCs w:val="20"/>
        </w:rPr>
      </w:pPr>
    </w:p>
    <w:sectPr w:rsidR="009837D8" w:rsidRPr="00C879D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469E8" w14:textId="77777777" w:rsidR="00C160C1" w:rsidRDefault="00C160C1" w:rsidP="009B5EC0">
      <w:pPr>
        <w:spacing w:after="0" w:line="240" w:lineRule="auto"/>
      </w:pPr>
      <w:r>
        <w:separator/>
      </w:r>
    </w:p>
  </w:endnote>
  <w:endnote w:type="continuationSeparator" w:id="0">
    <w:p w14:paraId="09E99AAB" w14:textId="77777777" w:rsidR="00C160C1" w:rsidRDefault="00C160C1" w:rsidP="009B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9241C" w14:textId="77777777" w:rsidR="00C160C1" w:rsidRDefault="00C160C1" w:rsidP="009B5EC0">
      <w:pPr>
        <w:spacing w:after="0" w:line="240" w:lineRule="auto"/>
      </w:pPr>
      <w:r>
        <w:separator/>
      </w:r>
    </w:p>
  </w:footnote>
  <w:footnote w:type="continuationSeparator" w:id="0">
    <w:p w14:paraId="65DAD52F" w14:textId="77777777" w:rsidR="00C160C1" w:rsidRDefault="00C160C1" w:rsidP="009B5E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3BE"/>
    <w:rsid w:val="00034616"/>
    <w:rsid w:val="00044DE2"/>
    <w:rsid w:val="000523E5"/>
    <w:rsid w:val="0006063C"/>
    <w:rsid w:val="00061337"/>
    <w:rsid w:val="00071DC6"/>
    <w:rsid w:val="0008603B"/>
    <w:rsid w:val="000E06CE"/>
    <w:rsid w:val="0015074B"/>
    <w:rsid w:val="001A03D0"/>
    <w:rsid w:val="001B437E"/>
    <w:rsid w:val="001E2F46"/>
    <w:rsid w:val="00231481"/>
    <w:rsid w:val="00253249"/>
    <w:rsid w:val="0029639D"/>
    <w:rsid w:val="002B6BE9"/>
    <w:rsid w:val="002E7D7C"/>
    <w:rsid w:val="00323C07"/>
    <w:rsid w:val="00326F90"/>
    <w:rsid w:val="003649C9"/>
    <w:rsid w:val="003A1F50"/>
    <w:rsid w:val="003B4ACB"/>
    <w:rsid w:val="00416842"/>
    <w:rsid w:val="00465AD3"/>
    <w:rsid w:val="00484DA2"/>
    <w:rsid w:val="004E3AA1"/>
    <w:rsid w:val="004F4120"/>
    <w:rsid w:val="0051346D"/>
    <w:rsid w:val="00517DCF"/>
    <w:rsid w:val="00523320"/>
    <w:rsid w:val="005545E4"/>
    <w:rsid w:val="00577161"/>
    <w:rsid w:val="005A1237"/>
    <w:rsid w:val="005A5623"/>
    <w:rsid w:val="005A7839"/>
    <w:rsid w:val="005B63B5"/>
    <w:rsid w:val="005C68E8"/>
    <w:rsid w:val="005E0707"/>
    <w:rsid w:val="00605DE8"/>
    <w:rsid w:val="00625A8F"/>
    <w:rsid w:val="00630E7B"/>
    <w:rsid w:val="00637F74"/>
    <w:rsid w:val="006775D4"/>
    <w:rsid w:val="006C5FA5"/>
    <w:rsid w:val="006F5D62"/>
    <w:rsid w:val="00791028"/>
    <w:rsid w:val="007A2305"/>
    <w:rsid w:val="007A462C"/>
    <w:rsid w:val="007F4C17"/>
    <w:rsid w:val="007F6144"/>
    <w:rsid w:val="008106DB"/>
    <w:rsid w:val="008132B3"/>
    <w:rsid w:val="00862330"/>
    <w:rsid w:val="0086234C"/>
    <w:rsid w:val="008648D3"/>
    <w:rsid w:val="00874EF7"/>
    <w:rsid w:val="008F6BF5"/>
    <w:rsid w:val="00903770"/>
    <w:rsid w:val="00907295"/>
    <w:rsid w:val="00915F96"/>
    <w:rsid w:val="00951F3C"/>
    <w:rsid w:val="00980234"/>
    <w:rsid w:val="009837D8"/>
    <w:rsid w:val="009A387C"/>
    <w:rsid w:val="009B5EC0"/>
    <w:rsid w:val="009D1880"/>
    <w:rsid w:val="009D197A"/>
    <w:rsid w:val="009D419E"/>
    <w:rsid w:val="009F1BC9"/>
    <w:rsid w:val="00A217FA"/>
    <w:rsid w:val="00A52408"/>
    <w:rsid w:val="00A9357F"/>
    <w:rsid w:val="00A95FAD"/>
    <w:rsid w:val="00AA1D8D"/>
    <w:rsid w:val="00AF285E"/>
    <w:rsid w:val="00B43687"/>
    <w:rsid w:val="00B47730"/>
    <w:rsid w:val="00B552CC"/>
    <w:rsid w:val="00B561A8"/>
    <w:rsid w:val="00B632DC"/>
    <w:rsid w:val="00BB526D"/>
    <w:rsid w:val="00BC4AB2"/>
    <w:rsid w:val="00BD6915"/>
    <w:rsid w:val="00BE77F5"/>
    <w:rsid w:val="00C160C1"/>
    <w:rsid w:val="00C326CF"/>
    <w:rsid w:val="00C776F2"/>
    <w:rsid w:val="00C84F23"/>
    <w:rsid w:val="00C879D3"/>
    <w:rsid w:val="00C97ECC"/>
    <w:rsid w:val="00CB0664"/>
    <w:rsid w:val="00CD6BE7"/>
    <w:rsid w:val="00D249FA"/>
    <w:rsid w:val="00D24CBE"/>
    <w:rsid w:val="00D32F32"/>
    <w:rsid w:val="00D61358"/>
    <w:rsid w:val="00D6398D"/>
    <w:rsid w:val="00D908C9"/>
    <w:rsid w:val="00DA53CF"/>
    <w:rsid w:val="00DA7A31"/>
    <w:rsid w:val="00DD1915"/>
    <w:rsid w:val="00DF299E"/>
    <w:rsid w:val="00E648DE"/>
    <w:rsid w:val="00E932B0"/>
    <w:rsid w:val="00EC5C63"/>
    <w:rsid w:val="00F00235"/>
    <w:rsid w:val="00F323D0"/>
    <w:rsid w:val="00FB7B49"/>
    <w:rsid w:val="00FC693F"/>
    <w:rsid w:val="00FC72B9"/>
    <w:rsid w:val="00FE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047F0"/>
  <w14:defaultImageDpi w14:val="300"/>
  <w15:docId w15:val="{D46C5B5E-3EEB-5648-B119-60C219922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F597CF-7E4F-42F0-B36F-771BED3A5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227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Vlaďka Marková</cp:lastModifiedBy>
  <cp:revision>19</cp:revision>
  <cp:lastPrinted>2026-06-24T07:35:00Z</cp:lastPrinted>
  <dcterms:created xsi:type="dcterms:W3CDTF">2026-03-03T16:02:00Z</dcterms:created>
  <dcterms:modified xsi:type="dcterms:W3CDTF">2026-06-24T09:54:00Z</dcterms:modified>
  <cp:category/>
</cp:coreProperties>
</file>