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CB47" w14:textId="51691D57" w:rsidR="009837D8" w:rsidRDefault="008F7027" w:rsidP="003649C9">
      <w:pPr>
        <w:pStyle w:val="Nadpis1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210C3AE2" wp14:editId="7CF2410A">
            <wp:simplePos x="0" y="0"/>
            <wp:positionH relativeFrom="page">
              <wp:posOffset>-569043</wp:posOffset>
            </wp:positionH>
            <wp:positionV relativeFrom="paragraph">
              <wp:posOffset>-1901825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484DA2">
        <w:t>Jídelníček</w:t>
      </w:r>
      <w:proofErr w:type="spellEnd"/>
      <w:r w:rsidR="00484DA2">
        <w:t xml:space="preserve"> </w:t>
      </w:r>
      <w:r w:rsidR="0051346D">
        <w:t xml:space="preserve"> </w:t>
      </w:r>
      <w:r w:rsidR="00136F94">
        <w:t>4.5.</w:t>
      </w:r>
      <w:r w:rsidR="005648D8">
        <w:t>2026</w:t>
      </w:r>
      <w:proofErr w:type="gramEnd"/>
      <w:r w:rsidR="00484DA2">
        <w:t xml:space="preserve"> –  </w:t>
      </w:r>
      <w:r w:rsidR="00136F94">
        <w:t>8.5.</w:t>
      </w:r>
      <w:r w:rsidR="00484DA2">
        <w:t>2026</w:t>
      </w:r>
    </w:p>
    <w:p w14:paraId="7F3E3F67" w14:textId="77777777" w:rsidR="009837D8" w:rsidRDefault="00484DA2">
      <w:proofErr w:type="spellStart"/>
      <w:r>
        <w:rPr>
          <w:b/>
        </w:rPr>
        <w:t>Pondělí</w:t>
      </w:r>
      <w:proofErr w:type="spellEnd"/>
    </w:p>
    <w:p w14:paraId="12133FBE" w14:textId="3A0A5C86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F046B0">
        <w:t>Rohlík</w:t>
      </w:r>
      <w:proofErr w:type="spellEnd"/>
      <w:r w:rsidR="00F046B0">
        <w:t xml:space="preserve"> </w:t>
      </w:r>
      <w:r w:rsidR="00FE6F79">
        <w:t xml:space="preserve">s </w:t>
      </w:r>
      <w:proofErr w:type="spellStart"/>
      <w:r w:rsidR="00FE6F79">
        <w:t>tvarohovo</w:t>
      </w:r>
      <w:proofErr w:type="spellEnd"/>
      <w:r w:rsidR="00FE6F79">
        <w:t xml:space="preserve"> </w:t>
      </w:r>
      <w:proofErr w:type="spellStart"/>
      <w:r w:rsidR="00FE6F79">
        <w:t>pažitkovou</w:t>
      </w:r>
      <w:proofErr w:type="spellEnd"/>
      <w:r w:rsidR="00FE6F79">
        <w:t xml:space="preserve"> </w:t>
      </w:r>
      <w:proofErr w:type="spellStart"/>
      <w:proofErr w:type="gramStart"/>
      <w:r w:rsidR="00FE6F79">
        <w:t>pomazánkou,ovoce</w:t>
      </w:r>
      <w:proofErr w:type="gramEnd"/>
      <w:r w:rsidR="00FE6F79">
        <w:t>,zelenina</w:t>
      </w:r>
      <w:proofErr w:type="spellEnd"/>
      <w:r w:rsidR="00577161" w:rsidRPr="00577161">
        <w:rPr>
          <w:rFonts w:ascii="-webkit-standard" w:hAnsi="-webkit-standard"/>
          <w:color w:val="000000"/>
          <w:sz w:val="27"/>
          <w:szCs w:val="27"/>
        </w:rPr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(Alergeny:1,7)</w:t>
      </w:r>
    </w:p>
    <w:p w14:paraId="0781101A" w14:textId="736DCFB2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EA1E65">
        <w:t>Zeleninová</w:t>
      </w:r>
      <w:proofErr w:type="spellEnd"/>
      <w:r w:rsidR="00EA1E65">
        <w:t xml:space="preserve"> s </w:t>
      </w:r>
      <w:proofErr w:type="spellStart"/>
      <w:r w:rsidR="00EA1E65">
        <w:t>krupicí</w:t>
      </w:r>
      <w:proofErr w:type="spellEnd"/>
      <w:r w:rsidR="00EA1E65">
        <w:t xml:space="preserve"> </w:t>
      </w:r>
      <w:r w:rsidR="00A95177">
        <w:t xml:space="preserve">a </w:t>
      </w:r>
      <w:proofErr w:type="spellStart"/>
      <w:proofErr w:type="gramStart"/>
      <w:r w:rsidR="00A95177">
        <w:t>vejcem</w:t>
      </w:r>
      <w:proofErr w:type="spellEnd"/>
      <w:r>
        <w:rPr>
          <w:i/>
        </w:rPr>
        <w:t>(</w:t>
      </w:r>
      <w:proofErr w:type="spellStart"/>
      <w:proofErr w:type="gramEnd"/>
      <w:r>
        <w:rPr>
          <w:i/>
        </w:rPr>
        <w:t>Alergeny</w:t>
      </w:r>
      <w:proofErr w:type="spellEnd"/>
      <w:r>
        <w:rPr>
          <w:i/>
        </w:rPr>
        <w:t>: 1,</w:t>
      </w:r>
      <w:r w:rsidR="005648D8">
        <w:rPr>
          <w:i/>
        </w:rPr>
        <w:t>3,9</w:t>
      </w:r>
      <w:r>
        <w:rPr>
          <w:i/>
        </w:rPr>
        <w:t>)</w:t>
      </w:r>
    </w:p>
    <w:p w14:paraId="7D537222" w14:textId="68A292EF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FE6F79">
        <w:rPr>
          <w:bCs/>
        </w:rPr>
        <w:t>Kuskus</w:t>
      </w:r>
      <w:proofErr w:type="spellEnd"/>
      <w:r w:rsidR="00FE6F79">
        <w:rPr>
          <w:bCs/>
        </w:rPr>
        <w:t xml:space="preserve"> se </w:t>
      </w:r>
      <w:proofErr w:type="spellStart"/>
      <w:r w:rsidR="00FE6F79">
        <w:rPr>
          <w:bCs/>
        </w:rPr>
        <w:t>zeleninou</w:t>
      </w:r>
      <w:proofErr w:type="spellEnd"/>
      <w:r w:rsidR="00FE6F79">
        <w:rPr>
          <w:bCs/>
        </w:rPr>
        <w:t xml:space="preserve"> a </w:t>
      </w:r>
      <w:proofErr w:type="spellStart"/>
      <w:r w:rsidR="00FE6F79">
        <w:rPr>
          <w:bCs/>
        </w:rPr>
        <w:t>sýrem</w:t>
      </w:r>
      <w:proofErr w:type="spellEnd"/>
      <w:r w:rsidR="00B561A8">
        <w:t xml:space="preserve"> </w:t>
      </w:r>
      <w:r>
        <w:rPr>
          <w:i/>
        </w:rPr>
        <w:t>(Alergeny:</w:t>
      </w:r>
      <w:r w:rsidR="001E2F46">
        <w:rPr>
          <w:i/>
        </w:rPr>
        <w:t>1</w:t>
      </w:r>
      <w:r w:rsidR="003071C8">
        <w:rPr>
          <w:i/>
        </w:rPr>
        <w:t>,7</w:t>
      </w:r>
      <w:r>
        <w:rPr>
          <w:i/>
        </w:rPr>
        <w:t>)</w:t>
      </w:r>
    </w:p>
    <w:p w14:paraId="054E8781" w14:textId="0FC1ABC9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 w:rsidR="00FE6F79">
        <w:rPr>
          <w:b/>
        </w:rPr>
        <w:t xml:space="preserve"> </w:t>
      </w:r>
      <w:proofErr w:type="spellStart"/>
      <w:r w:rsidR="00FE6F79">
        <w:rPr>
          <w:bCs/>
        </w:rPr>
        <w:t>Jogurtová</w:t>
      </w:r>
      <w:proofErr w:type="spellEnd"/>
      <w:r w:rsidR="00FE6F79">
        <w:rPr>
          <w:bCs/>
        </w:rPr>
        <w:t xml:space="preserve"> </w:t>
      </w:r>
      <w:proofErr w:type="spellStart"/>
      <w:r w:rsidR="00FE6F79">
        <w:rPr>
          <w:bCs/>
        </w:rPr>
        <w:t>miska</w:t>
      </w:r>
      <w:proofErr w:type="spellEnd"/>
      <w:r w:rsidR="00FE6F79">
        <w:rPr>
          <w:bCs/>
        </w:rPr>
        <w:t xml:space="preserve"> s </w:t>
      </w:r>
      <w:proofErr w:type="spellStart"/>
      <w:proofErr w:type="gramStart"/>
      <w:r w:rsidR="00FE6F79">
        <w:rPr>
          <w:bCs/>
        </w:rPr>
        <w:t>ovocem</w:t>
      </w:r>
      <w:proofErr w:type="spellEnd"/>
      <w:r>
        <w:rPr>
          <w:i/>
        </w:rPr>
        <w:t>(</w:t>
      </w:r>
      <w:proofErr w:type="spellStart"/>
      <w:proofErr w:type="gramEnd"/>
      <w:r>
        <w:rPr>
          <w:i/>
        </w:rPr>
        <w:t>Alergeny</w:t>
      </w:r>
      <w:proofErr w:type="spellEnd"/>
      <w:r>
        <w:rPr>
          <w:i/>
        </w:rPr>
        <w:t>:</w:t>
      </w:r>
      <w:r w:rsidR="00EC5C63">
        <w:rPr>
          <w:i/>
        </w:rPr>
        <w:t xml:space="preserve"> </w:t>
      </w:r>
      <w:r>
        <w:rPr>
          <w:i/>
        </w:rPr>
        <w:t>7)</w:t>
      </w:r>
    </w:p>
    <w:p w14:paraId="30B10ACC" w14:textId="77777777" w:rsidR="009837D8" w:rsidRDefault="00484DA2">
      <w:proofErr w:type="spellStart"/>
      <w:r>
        <w:rPr>
          <w:b/>
        </w:rPr>
        <w:t>Úterý</w:t>
      </w:r>
      <w:proofErr w:type="spellEnd"/>
    </w:p>
    <w:p w14:paraId="12F81106" w14:textId="14B4F881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FE6F79">
        <w:t>Veka</w:t>
      </w:r>
      <w:proofErr w:type="spellEnd"/>
      <w:r w:rsidR="00FE6F79">
        <w:t xml:space="preserve"> s </w:t>
      </w:r>
      <w:proofErr w:type="spellStart"/>
      <w:r w:rsidR="00FE6F79">
        <w:t>máslem</w:t>
      </w:r>
      <w:proofErr w:type="spellEnd"/>
      <w:r w:rsidR="00FE6F79">
        <w:t xml:space="preserve"> a </w:t>
      </w:r>
      <w:proofErr w:type="spellStart"/>
      <w:proofErr w:type="gramStart"/>
      <w:r w:rsidR="00FE6F79">
        <w:t>cheddarem,ovoce</w:t>
      </w:r>
      <w:proofErr w:type="gramEnd"/>
      <w:r w:rsidR="00FE6F79">
        <w:t>,zelenina,</w:t>
      </w:r>
      <w:r w:rsidR="005545E4">
        <w:t>čaj,mléko</w:t>
      </w:r>
      <w:proofErr w:type="spellEnd"/>
      <w:r w:rsidR="005545E4">
        <w:t>,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1,7)</w:t>
      </w:r>
    </w:p>
    <w:p w14:paraId="51B1CFA5" w14:textId="74D89301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FE6F79">
        <w:rPr>
          <w:bCs/>
        </w:rPr>
        <w:t>Hráškový</w:t>
      </w:r>
      <w:proofErr w:type="spellEnd"/>
      <w:r w:rsidR="00FE6F79">
        <w:rPr>
          <w:bCs/>
        </w:rPr>
        <w:t xml:space="preserve"> </w:t>
      </w:r>
      <w:proofErr w:type="spellStart"/>
      <w:r w:rsidR="00FE6F79">
        <w:rPr>
          <w:bCs/>
        </w:rPr>
        <w:t>krém</w:t>
      </w:r>
      <w:proofErr w:type="spellEnd"/>
      <w:r w:rsidR="00FE6F79">
        <w:rPr>
          <w:bCs/>
        </w:rPr>
        <w:t xml:space="preserve"> s </w:t>
      </w:r>
      <w:proofErr w:type="spellStart"/>
      <w:proofErr w:type="gramStart"/>
      <w:r w:rsidR="00FE6F79">
        <w:rPr>
          <w:bCs/>
        </w:rPr>
        <w:t>krutony</w:t>
      </w:r>
      <w:proofErr w:type="spellEnd"/>
      <w:r w:rsidR="00FE6F79">
        <w:rPr>
          <w:bCs/>
        </w:rPr>
        <w:t>,</w:t>
      </w:r>
      <w:r>
        <w:rPr>
          <w:i/>
        </w:rPr>
        <w:t>(</w:t>
      </w:r>
      <w:proofErr w:type="gramEnd"/>
      <w:r>
        <w:rPr>
          <w:i/>
        </w:rPr>
        <w:t>Alergeny:</w:t>
      </w:r>
      <w:r w:rsidR="005648D8">
        <w:rPr>
          <w:i/>
        </w:rPr>
        <w:t>1,</w:t>
      </w:r>
      <w:r w:rsidR="00907295">
        <w:rPr>
          <w:i/>
        </w:rPr>
        <w:t>9</w:t>
      </w:r>
      <w:r>
        <w:rPr>
          <w:i/>
        </w:rPr>
        <w:t>)</w:t>
      </w:r>
    </w:p>
    <w:p w14:paraId="2D77DD2F" w14:textId="6B364D60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5545E4">
        <w:rPr>
          <w:b/>
        </w:rPr>
        <w:t xml:space="preserve"> </w:t>
      </w:r>
      <w:proofErr w:type="spellStart"/>
      <w:r w:rsidR="00EA1E65">
        <w:t>Pečen</w:t>
      </w:r>
      <w:r w:rsidR="005B2C77">
        <w:t>á</w:t>
      </w:r>
      <w:proofErr w:type="spellEnd"/>
      <w:r w:rsidR="00EA1E65">
        <w:t xml:space="preserve"> </w:t>
      </w:r>
      <w:proofErr w:type="spellStart"/>
      <w:r w:rsidR="00A95177">
        <w:t>kuřecí</w:t>
      </w:r>
      <w:proofErr w:type="spellEnd"/>
      <w:r w:rsidR="00A95177">
        <w:t xml:space="preserve"> </w:t>
      </w:r>
      <w:proofErr w:type="spellStart"/>
      <w:r w:rsidR="00A95177">
        <w:t>stehna</w:t>
      </w:r>
      <w:proofErr w:type="spellEnd"/>
      <w:r w:rsidR="00EA1E65">
        <w:t xml:space="preserve"> </w:t>
      </w:r>
      <w:proofErr w:type="spellStart"/>
      <w:r w:rsidR="00EA1E65">
        <w:t>na</w:t>
      </w:r>
      <w:proofErr w:type="spellEnd"/>
      <w:r w:rsidR="00EA1E65">
        <w:t xml:space="preserve"> </w:t>
      </w:r>
      <w:proofErr w:type="spellStart"/>
      <w:proofErr w:type="gramStart"/>
      <w:r w:rsidR="00EA1E65">
        <w:t>medu,</w:t>
      </w:r>
      <w:r w:rsidR="00A95177">
        <w:t>červené</w:t>
      </w:r>
      <w:proofErr w:type="spellEnd"/>
      <w:proofErr w:type="gramEnd"/>
      <w:r w:rsidR="00A95177">
        <w:t xml:space="preserve"> </w:t>
      </w:r>
      <w:proofErr w:type="spellStart"/>
      <w:r w:rsidR="00A95177">
        <w:t>zelí,bramborový</w:t>
      </w:r>
      <w:proofErr w:type="spellEnd"/>
      <w:r w:rsidR="00A95177">
        <w:t xml:space="preserve"> </w:t>
      </w:r>
      <w:proofErr w:type="spellStart"/>
      <w:r w:rsidR="00A95177">
        <w:t>knedlík</w:t>
      </w:r>
      <w:proofErr w:type="spellEnd"/>
      <w:r w:rsidR="005648D8">
        <w:rPr>
          <w:i/>
        </w:rPr>
        <w:t xml:space="preserve"> </w:t>
      </w:r>
      <w:r>
        <w:rPr>
          <w:i/>
        </w:rPr>
        <w:t>(Alergeny:</w:t>
      </w:r>
      <w:r w:rsidR="00A95177">
        <w:rPr>
          <w:i/>
        </w:rPr>
        <w:t>1,3,</w:t>
      </w:r>
      <w:r>
        <w:rPr>
          <w:i/>
        </w:rPr>
        <w:t xml:space="preserve"> </w:t>
      </w:r>
      <w:r w:rsidR="001E2F46">
        <w:rPr>
          <w:i/>
        </w:rPr>
        <w:t>7</w:t>
      </w:r>
      <w:r>
        <w:rPr>
          <w:i/>
        </w:rPr>
        <w:t>)</w:t>
      </w:r>
    </w:p>
    <w:p w14:paraId="6A6D31A8" w14:textId="7EA7F756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BC3A73">
        <w:t>P</w:t>
      </w:r>
      <w:r w:rsidR="00EA1E65">
        <w:t>odmáslový</w:t>
      </w:r>
      <w:proofErr w:type="spellEnd"/>
      <w:r w:rsidR="00EA1E65">
        <w:t xml:space="preserve"> </w:t>
      </w:r>
      <w:proofErr w:type="spellStart"/>
      <w:r w:rsidR="00EA1E65">
        <w:t>chléb</w:t>
      </w:r>
      <w:proofErr w:type="spellEnd"/>
      <w:r w:rsidR="005648D8">
        <w:t xml:space="preserve"> s </w:t>
      </w:r>
      <w:proofErr w:type="spellStart"/>
      <w:r w:rsidR="005B2C77">
        <w:t>pomazánkou</w:t>
      </w:r>
      <w:proofErr w:type="spellEnd"/>
      <w:r w:rsidR="005B2C77">
        <w:t xml:space="preserve"> z </w:t>
      </w:r>
      <w:proofErr w:type="spellStart"/>
      <w:r w:rsidR="005B2C77">
        <w:t>medvědího</w:t>
      </w:r>
      <w:proofErr w:type="spellEnd"/>
      <w:r w:rsidR="005B2C77">
        <w:t xml:space="preserve"> </w:t>
      </w:r>
      <w:proofErr w:type="spellStart"/>
      <w:proofErr w:type="gramStart"/>
      <w:r w:rsidR="005B2C77">
        <w:t>česneku</w:t>
      </w:r>
      <w:proofErr w:type="spellEnd"/>
      <w:r w:rsidR="00A95177">
        <w:t xml:space="preserve">, </w:t>
      </w:r>
      <w:r w:rsidR="00F046B0">
        <w:t xml:space="preserve"> </w:t>
      </w:r>
      <w:proofErr w:type="spellStart"/>
      <w:r>
        <w:t>čaj</w:t>
      </w:r>
      <w:proofErr w:type="spellEnd"/>
      <w:proofErr w:type="gram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</w:t>
      </w:r>
      <w:r w:rsidR="003B4ACB">
        <w:rPr>
          <w:i/>
        </w:rPr>
        <w:t>1</w:t>
      </w:r>
      <w:r>
        <w:rPr>
          <w:i/>
        </w:rPr>
        <w:t>,7)</w:t>
      </w:r>
    </w:p>
    <w:p w14:paraId="7A16F536" w14:textId="77777777" w:rsidR="009837D8" w:rsidRDefault="00484DA2">
      <w:proofErr w:type="spellStart"/>
      <w:r>
        <w:rPr>
          <w:b/>
        </w:rPr>
        <w:t>Středa</w:t>
      </w:r>
      <w:proofErr w:type="spellEnd"/>
    </w:p>
    <w:p w14:paraId="5DCA0A22" w14:textId="307FBD11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F046B0">
        <w:rPr>
          <w:bCs/>
        </w:rPr>
        <w:t>Grahamový</w:t>
      </w:r>
      <w:proofErr w:type="spellEnd"/>
      <w:r w:rsidR="00F046B0">
        <w:rPr>
          <w:bCs/>
        </w:rPr>
        <w:t xml:space="preserve"> </w:t>
      </w:r>
      <w:proofErr w:type="spellStart"/>
      <w:r w:rsidR="00F046B0">
        <w:rPr>
          <w:bCs/>
        </w:rPr>
        <w:t>rohlík</w:t>
      </w:r>
      <w:proofErr w:type="spellEnd"/>
      <w:r w:rsidR="00F046B0">
        <w:rPr>
          <w:bCs/>
        </w:rPr>
        <w:t xml:space="preserve"> </w:t>
      </w:r>
      <w:r w:rsidR="00FE6F79">
        <w:rPr>
          <w:bCs/>
        </w:rPr>
        <w:t xml:space="preserve">s </w:t>
      </w:r>
      <w:proofErr w:type="spellStart"/>
      <w:r w:rsidR="00FE6F79">
        <w:rPr>
          <w:bCs/>
        </w:rPr>
        <w:t>pomazánkou</w:t>
      </w:r>
      <w:proofErr w:type="spellEnd"/>
      <w:r w:rsidR="00FE6F79">
        <w:rPr>
          <w:bCs/>
        </w:rPr>
        <w:t xml:space="preserve"> z </w:t>
      </w:r>
      <w:proofErr w:type="spellStart"/>
      <w:r w:rsidR="00FE6F79">
        <w:rPr>
          <w:bCs/>
        </w:rPr>
        <w:t>červené</w:t>
      </w:r>
      <w:proofErr w:type="spellEnd"/>
      <w:r w:rsidR="00FE6F79">
        <w:rPr>
          <w:bCs/>
        </w:rPr>
        <w:t xml:space="preserve"> </w:t>
      </w:r>
      <w:proofErr w:type="spellStart"/>
      <w:r w:rsidR="00FE6F79">
        <w:rPr>
          <w:bCs/>
        </w:rPr>
        <w:t>čočky</w:t>
      </w:r>
      <w:proofErr w:type="spellEnd"/>
      <w:r w:rsidR="005648D8">
        <w:t xml:space="preserve"> </w:t>
      </w:r>
      <w:proofErr w:type="spellStart"/>
      <w:r w:rsidR="005648D8">
        <w:t>zelenina</w:t>
      </w:r>
      <w:proofErr w:type="spellEnd"/>
      <w:r w:rsidR="005648D8">
        <w:t xml:space="preserve"> </w:t>
      </w:r>
      <w:proofErr w:type="spellStart"/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</w:t>
      </w:r>
      <w:r w:rsidR="003B4ACB">
        <w:rPr>
          <w:i/>
        </w:rPr>
        <w:t>,</w:t>
      </w:r>
      <w:r>
        <w:rPr>
          <w:i/>
        </w:rPr>
        <w:t>7)</w:t>
      </w:r>
    </w:p>
    <w:p w14:paraId="2AF39B63" w14:textId="08732194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r w:rsidR="005648D8">
        <w:rPr>
          <w:rFonts w:ascii="-webkit-standard" w:hAnsi="-webkit-standard"/>
          <w:color w:val="000000"/>
        </w:rPr>
        <w:t xml:space="preserve"> </w:t>
      </w:r>
      <w:proofErr w:type="spellStart"/>
      <w:r w:rsidR="00FE6F79">
        <w:rPr>
          <w:rFonts w:ascii="-webkit-standard" w:hAnsi="-webkit-standard"/>
          <w:color w:val="000000"/>
        </w:rPr>
        <w:t>Rajská</w:t>
      </w:r>
      <w:proofErr w:type="spellEnd"/>
      <w:r w:rsidR="00FE6F79">
        <w:rPr>
          <w:rFonts w:ascii="-webkit-standard" w:hAnsi="-webkit-standard"/>
          <w:color w:val="000000"/>
        </w:rPr>
        <w:t xml:space="preserve"> s </w:t>
      </w:r>
      <w:proofErr w:type="spellStart"/>
      <w:r w:rsidR="00FE6F79">
        <w:rPr>
          <w:rFonts w:ascii="-webkit-standard" w:hAnsi="-webkit-standard"/>
          <w:color w:val="000000"/>
        </w:rPr>
        <w:t>těstovinami</w:t>
      </w:r>
      <w:proofErr w:type="spellEnd"/>
      <w:r w:rsidR="005B2C77">
        <w:rPr>
          <w:rFonts w:ascii="-webkit-standard" w:hAnsi="-webkit-standard"/>
          <w:color w:val="000000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1E2F46">
        <w:rPr>
          <w:i/>
        </w:rPr>
        <w:t>1</w:t>
      </w:r>
      <w:r w:rsidR="005648D8">
        <w:rPr>
          <w:i/>
        </w:rPr>
        <w:t>,9</w:t>
      </w:r>
      <w:r>
        <w:rPr>
          <w:i/>
        </w:rPr>
        <w:t>)</w:t>
      </w:r>
    </w:p>
    <w:p w14:paraId="5E9CE10E" w14:textId="132155FE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r w:rsidR="005648D8">
        <w:t xml:space="preserve"> </w:t>
      </w:r>
      <w:proofErr w:type="spellStart"/>
      <w:r w:rsidR="00FE6F79">
        <w:t>Obalovaná</w:t>
      </w:r>
      <w:proofErr w:type="spellEnd"/>
      <w:r w:rsidR="00FE6F79">
        <w:t xml:space="preserve"> </w:t>
      </w:r>
      <w:proofErr w:type="spellStart"/>
      <w:r w:rsidR="005B2C77">
        <w:t>t</w:t>
      </w:r>
      <w:r w:rsidR="00FE6F79">
        <w:t>reska</w:t>
      </w:r>
      <w:proofErr w:type="spellEnd"/>
      <w:r w:rsidR="00FE6F79">
        <w:t xml:space="preserve"> </w:t>
      </w:r>
      <w:r w:rsidR="005B2C77">
        <w:t xml:space="preserve">v </w:t>
      </w:r>
      <w:proofErr w:type="spellStart"/>
      <w:r w:rsidR="005B2C77">
        <w:t>těstíčku</w:t>
      </w:r>
      <w:proofErr w:type="spellEnd"/>
      <w:r w:rsidR="00FE6F79">
        <w:t>,</w:t>
      </w:r>
      <w:r w:rsidR="005B2C77">
        <w:t xml:space="preserve"> </w:t>
      </w:r>
      <w:proofErr w:type="spellStart"/>
      <w:r w:rsidR="00FE6F79">
        <w:t>bramborová</w:t>
      </w:r>
      <w:proofErr w:type="spellEnd"/>
      <w:r w:rsidR="00FE6F79">
        <w:t xml:space="preserve"> </w:t>
      </w:r>
      <w:proofErr w:type="spellStart"/>
      <w:r w:rsidR="00FE6F79">
        <w:t>kaše</w:t>
      </w:r>
      <w:proofErr w:type="spellEnd"/>
      <w:r w:rsidR="00FE6F79">
        <w:t>,</w:t>
      </w:r>
      <w:r w:rsidR="005B2C77">
        <w:t xml:space="preserve"> </w:t>
      </w:r>
      <w:proofErr w:type="spellStart"/>
      <w:r w:rsidR="00FE6F79">
        <w:t>zeleninový</w:t>
      </w:r>
      <w:proofErr w:type="spellEnd"/>
      <w:r w:rsidR="00FE6F79">
        <w:t xml:space="preserve"> </w:t>
      </w:r>
      <w:proofErr w:type="spellStart"/>
      <w:proofErr w:type="gramStart"/>
      <w:r w:rsidR="00FE6F79">
        <w:t>salát</w:t>
      </w:r>
      <w:proofErr w:type="spellEnd"/>
      <w:r w:rsidR="00FE6F79">
        <w:t>,</w:t>
      </w:r>
      <w:r>
        <w:rPr>
          <w:i/>
        </w:rPr>
        <w:t>(</w:t>
      </w:r>
      <w:proofErr w:type="gramEnd"/>
      <w:r>
        <w:rPr>
          <w:i/>
        </w:rPr>
        <w:t>Alergeny:</w:t>
      </w:r>
      <w:r w:rsidR="00F046B0">
        <w:rPr>
          <w:i/>
        </w:rPr>
        <w:t>1,4,7</w:t>
      </w:r>
      <w:r>
        <w:rPr>
          <w:i/>
        </w:rPr>
        <w:t>)</w:t>
      </w:r>
    </w:p>
    <w:p w14:paraId="4372C9DA" w14:textId="3E37953A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r>
        <w:t xml:space="preserve"> </w:t>
      </w:r>
      <w:proofErr w:type="spellStart"/>
      <w:r w:rsidR="00FE6F79">
        <w:t>Chléb</w:t>
      </w:r>
      <w:proofErr w:type="spellEnd"/>
      <w:r w:rsidR="00FE6F79">
        <w:t xml:space="preserve"> s </w:t>
      </w:r>
      <w:proofErr w:type="spellStart"/>
      <w:r w:rsidR="00FE6F79">
        <w:t>vaječnou</w:t>
      </w:r>
      <w:proofErr w:type="spellEnd"/>
      <w:r w:rsidR="00FE6F79">
        <w:t xml:space="preserve"> </w:t>
      </w:r>
      <w:proofErr w:type="spellStart"/>
      <w:proofErr w:type="gramStart"/>
      <w:r w:rsidR="00FE6F79">
        <w:t>pomazánkou,jablko</w:t>
      </w:r>
      <w:proofErr w:type="spellEnd"/>
      <w:proofErr w:type="gramEnd"/>
      <w:r w:rsidR="00FE6F79">
        <w:t>,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>: 1</w:t>
      </w:r>
      <w:r w:rsidR="00FE6F79">
        <w:rPr>
          <w:i/>
        </w:rPr>
        <w:t>,3</w:t>
      </w:r>
      <w:r w:rsidR="003071C8">
        <w:rPr>
          <w:i/>
        </w:rPr>
        <w:t>,</w:t>
      </w:r>
      <w:r>
        <w:rPr>
          <w:i/>
        </w:rPr>
        <w:t>7)</w:t>
      </w:r>
    </w:p>
    <w:p w14:paraId="25B67C06" w14:textId="77777777" w:rsidR="009837D8" w:rsidRDefault="00484DA2">
      <w:proofErr w:type="spellStart"/>
      <w:r>
        <w:rPr>
          <w:b/>
        </w:rPr>
        <w:t>Čtvrtek</w:t>
      </w:r>
      <w:proofErr w:type="spellEnd"/>
    </w:p>
    <w:p w14:paraId="64C0C520" w14:textId="19888B15" w:rsidR="009837D8" w:rsidRDefault="00484DA2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5648D8" w:rsidRPr="005648D8">
        <w:t xml:space="preserve"> </w:t>
      </w:r>
      <w:r w:rsidR="00BB526D">
        <w:t xml:space="preserve"> </w:t>
      </w:r>
      <w:r w:rsidR="00F046B0">
        <w:t xml:space="preserve">Chia </w:t>
      </w:r>
      <w:proofErr w:type="spellStart"/>
      <w:r w:rsidR="00F046B0">
        <w:t>chléb</w:t>
      </w:r>
      <w:proofErr w:type="spellEnd"/>
      <w:r w:rsidR="00225407">
        <w:t xml:space="preserve"> s </w:t>
      </w:r>
      <w:proofErr w:type="spellStart"/>
      <w:r w:rsidR="00225407">
        <w:t>pomazánkou</w:t>
      </w:r>
      <w:proofErr w:type="spellEnd"/>
      <w:r w:rsidR="00225407">
        <w:t xml:space="preserve"> </w:t>
      </w:r>
      <w:proofErr w:type="spellStart"/>
      <w:r w:rsidR="00225407">
        <w:t>ze</w:t>
      </w:r>
      <w:proofErr w:type="spellEnd"/>
      <w:r w:rsidR="00225407">
        <w:t xml:space="preserve"> </w:t>
      </w:r>
      <w:proofErr w:type="spellStart"/>
      <w:r w:rsidR="00225407">
        <w:t>sušených</w:t>
      </w:r>
      <w:proofErr w:type="spellEnd"/>
      <w:r w:rsidR="00225407">
        <w:t xml:space="preserve"> </w:t>
      </w:r>
      <w:proofErr w:type="spellStart"/>
      <w:r w:rsidR="00225407">
        <w:t>rajčat,zelenina,ovoce,</w:t>
      </w:r>
      <w:r>
        <w:t>čaj</w:t>
      </w:r>
      <w:proofErr w:type="spellEnd"/>
      <w:r w:rsidR="00BE77F5">
        <w:t xml:space="preserve">, </w:t>
      </w:r>
      <w:proofErr w:type="spellStart"/>
      <w:r w:rsidR="00BE77F5">
        <w:t>mléko</w:t>
      </w:r>
      <w:proofErr w:type="spellEnd"/>
      <w:r>
        <w:t xml:space="preserve"> </w:t>
      </w:r>
      <w:r>
        <w:rPr>
          <w:i/>
        </w:rPr>
        <w:t>(Alergeny:1,7)</w:t>
      </w:r>
    </w:p>
    <w:p w14:paraId="52573963" w14:textId="00ECA880" w:rsidR="009837D8" w:rsidRDefault="00484DA2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="00C20C45" w:rsidRPr="00C20C45">
        <w:t xml:space="preserve"> </w:t>
      </w:r>
      <w:proofErr w:type="spellStart"/>
      <w:r w:rsidR="00FE6F79">
        <w:t>Toskánská</w:t>
      </w:r>
      <w:proofErr w:type="spellEnd"/>
      <w:r w:rsidR="00FE6F79">
        <w:t xml:space="preserve"> </w:t>
      </w:r>
      <w:r>
        <w:rPr>
          <w:i/>
        </w:rPr>
        <w:t>(</w:t>
      </w:r>
      <w:proofErr w:type="spellStart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FE6F79">
        <w:rPr>
          <w:i/>
        </w:rPr>
        <w:t>7,</w:t>
      </w:r>
      <w:r w:rsidR="00C20C45">
        <w:rPr>
          <w:i/>
        </w:rPr>
        <w:t>9</w:t>
      </w:r>
      <w:r>
        <w:rPr>
          <w:i/>
        </w:rPr>
        <w:t>)</w:t>
      </w:r>
    </w:p>
    <w:p w14:paraId="77415FDB" w14:textId="5B817B49" w:rsidR="009837D8" w:rsidRDefault="00484DA2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FE6F79">
        <w:rPr>
          <w:bCs/>
        </w:rPr>
        <w:t>Hovězí</w:t>
      </w:r>
      <w:proofErr w:type="spellEnd"/>
      <w:r w:rsidR="00FE6F79">
        <w:rPr>
          <w:bCs/>
        </w:rPr>
        <w:t xml:space="preserve"> </w:t>
      </w:r>
      <w:r w:rsidR="00225407">
        <w:rPr>
          <w:bCs/>
        </w:rPr>
        <w:t xml:space="preserve">po </w:t>
      </w:r>
      <w:proofErr w:type="spellStart"/>
      <w:r w:rsidR="00225407">
        <w:rPr>
          <w:bCs/>
        </w:rPr>
        <w:t>cikánsku</w:t>
      </w:r>
      <w:proofErr w:type="spellEnd"/>
      <w:r w:rsidR="00225407">
        <w:rPr>
          <w:bCs/>
        </w:rPr>
        <w:t xml:space="preserve">, </w:t>
      </w:r>
      <w:proofErr w:type="spellStart"/>
      <w:r w:rsidR="00225407">
        <w:rPr>
          <w:bCs/>
        </w:rPr>
        <w:t>špecle</w:t>
      </w:r>
      <w:proofErr w:type="spellEnd"/>
      <w:r w:rsidR="00225407">
        <w:rPr>
          <w:bCs/>
        </w:rPr>
        <w:t xml:space="preserve">, </w:t>
      </w:r>
      <w:proofErr w:type="spellStart"/>
      <w:r w:rsidR="00225407">
        <w:rPr>
          <w:bCs/>
        </w:rPr>
        <w:t>zelenina</w:t>
      </w:r>
      <w:proofErr w:type="spellEnd"/>
      <w:r w:rsidR="00225407">
        <w:rPr>
          <w:bCs/>
        </w:rPr>
        <w:t xml:space="preserve"> </w:t>
      </w:r>
      <w:proofErr w:type="gramStart"/>
      <w:r w:rsidR="00225407">
        <w:rPr>
          <w:bCs/>
        </w:rPr>
        <w:t>mix</w:t>
      </w:r>
      <w:r>
        <w:rPr>
          <w:i/>
        </w:rPr>
        <w:t>(</w:t>
      </w:r>
      <w:proofErr w:type="spellStart"/>
      <w:proofErr w:type="gramEnd"/>
      <w:r>
        <w:rPr>
          <w:i/>
        </w:rPr>
        <w:t>Alergeny</w:t>
      </w:r>
      <w:proofErr w:type="spellEnd"/>
      <w:r>
        <w:rPr>
          <w:i/>
        </w:rPr>
        <w:t xml:space="preserve">: </w:t>
      </w:r>
      <w:r w:rsidR="005A7839">
        <w:rPr>
          <w:i/>
        </w:rPr>
        <w:t>1</w:t>
      </w:r>
      <w:r w:rsidR="001E2F46">
        <w:rPr>
          <w:i/>
        </w:rPr>
        <w:t>,7</w:t>
      </w:r>
      <w:r>
        <w:rPr>
          <w:i/>
        </w:rPr>
        <w:t>)</w:t>
      </w:r>
    </w:p>
    <w:p w14:paraId="22074D0C" w14:textId="0178B96A" w:rsidR="009837D8" w:rsidRDefault="00484DA2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225407">
        <w:rPr>
          <w:bCs/>
        </w:rPr>
        <w:t>Chléb</w:t>
      </w:r>
      <w:proofErr w:type="spellEnd"/>
      <w:r w:rsidR="00225407">
        <w:rPr>
          <w:bCs/>
        </w:rPr>
        <w:t xml:space="preserve"> s </w:t>
      </w:r>
      <w:proofErr w:type="spellStart"/>
      <w:r w:rsidR="00225407">
        <w:rPr>
          <w:bCs/>
        </w:rPr>
        <w:t>lučinou</w:t>
      </w:r>
      <w:proofErr w:type="spellEnd"/>
      <w:r w:rsidR="00225407">
        <w:rPr>
          <w:bCs/>
        </w:rPr>
        <w:t xml:space="preserve"> a </w:t>
      </w:r>
      <w:proofErr w:type="spellStart"/>
      <w:r w:rsidR="00225407">
        <w:rPr>
          <w:bCs/>
        </w:rPr>
        <w:t>zeleninou</w:t>
      </w:r>
      <w:proofErr w:type="spellEnd"/>
      <w:r w:rsidR="00225407">
        <w:rPr>
          <w:bCs/>
        </w:rPr>
        <w:t>,</w:t>
      </w:r>
      <w:r w:rsidR="00014812">
        <w:t xml:space="preserve"> </w:t>
      </w:r>
      <w:proofErr w:type="spellStart"/>
      <w:proofErr w:type="gramStart"/>
      <w:r w:rsidR="00014812">
        <w:t>čaj,mléko</w:t>
      </w:r>
      <w:proofErr w:type="spellEnd"/>
      <w:proofErr w:type="gramEnd"/>
      <w:r w:rsidR="00014812">
        <w:t xml:space="preserve">, </w:t>
      </w:r>
      <w:r>
        <w:rPr>
          <w:i/>
        </w:rPr>
        <w:t>(Alergeny:</w:t>
      </w:r>
      <w:r w:rsidR="00C20C45">
        <w:rPr>
          <w:i/>
        </w:rPr>
        <w:t>1,</w:t>
      </w:r>
      <w:r>
        <w:rPr>
          <w:i/>
        </w:rPr>
        <w:t xml:space="preserve"> 7)</w:t>
      </w:r>
    </w:p>
    <w:p w14:paraId="0D237BD6" w14:textId="77777777" w:rsidR="009837D8" w:rsidRDefault="00484DA2">
      <w:proofErr w:type="spellStart"/>
      <w:r>
        <w:rPr>
          <w:b/>
        </w:rPr>
        <w:t>Pátek</w:t>
      </w:r>
      <w:proofErr w:type="spellEnd"/>
    </w:p>
    <w:p w14:paraId="2552763E" w14:textId="173C2B60" w:rsidR="009837D8" w:rsidRDefault="00874B18">
      <w:pPr>
        <w:spacing w:after="40"/>
        <w:ind w:left="240"/>
      </w:pPr>
      <w:r>
        <w:t xml:space="preserve">   </w:t>
      </w:r>
    </w:p>
    <w:p w14:paraId="678EF686" w14:textId="1840B751" w:rsidR="009837D8" w:rsidRDefault="009837D8">
      <w:pPr>
        <w:spacing w:after="40"/>
        <w:ind w:left="240"/>
      </w:pPr>
    </w:p>
    <w:p w14:paraId="72944FE3" w14:textId="7E933ED1" w:rsidR="009837D8" w:rsidRDefault="005B2C77" w:rsidP="005B2C77">
      <w:pPr>
        <w:spacing w:after="40"/>
      </w:pPr>
      <w:r>
        <w:rPr>
          <w:b/>
        </w:rPr>
        <w:t xml:space="preserve">                          </w:t>
      </w:r>
      <w:r w:rsidR="00874B18">
        <w:rPr>
          <w:b/>
        </w:rPr>
        <w:t xml:space="preserve">                          </w:t>
      </w:r>
      <w:proofErr w:type="spellStart"/>
      <w:r w:rsidR="00874B18">
        <w:rPr>
          <w:b/>
        </w:rPr>
        <w:t>Přejeme</w:t>
      </w:r>
      <w:proofErr w:type="spellEnd"/>
      <w:r w:rsidR="00874B18">
        <w:rPr>
          <w:b/>
        </w:rPr>
        <w:t xml:space="preserve"> </w:t>
      </w:r>
      <w:proofErr w:type="spellStart"/>
      <w:r w:rsidR="00874B18">
        <w:rPr>
          <w:b/>
        </w:rPr>
        <w:t>krásný</w:t>
      </w:r>
      <w:proofErr w:type="spellEnd"/>
      <w:r w:rsidR="00874B18">
        <w:rPr>
          <w:b/>
        </w:rPr>
        <w:t xml:space="preserve"> </w:t>
      </w:r>
      <w:proofErr w:type="spellStart"/>
      <w:r w:rsidR="00874B18">
        <w:rPr>
          <w:b/>
        </w:rPr>
        <w:t>Svátek</w:t>
      </w:r>
      <w:proofErr w:type="spellEnd"/>
    </w:p>
    <w:p w14:paraId="3EC9B62B" w14:textId="1A4C79F5" w:rsidR="009837D8" w:rsidRDefault="009837D8">
      <w:pPr>
        <w:spacing w:after="40"/>
        <w:ind w:left="240"/>
      </w:pPr>
    </w:p>
    <w:p w14:paraId="71210A30" w14:textId="77777777" w:rsidR="00165206" w:rsidRDefault="00165206" w:rsidP="008F7027">
      <w:pPr>
        <w:jc w:val="center"/>
        <w:rPr>
          <w:b/>
          <w:bCs/>
          <w:i/>
          <w:sz w:val="20"/>
          <w:szCs w:val="20"/>
        </w:rPr>
      </w:pPr>
    </w:p>
    <w:p w14:paraId="5B5E6F74" w14:textId="4450CCF8" w:rsidR="009837D8" w:rsidRPr="008F7027" w:rsidRDefault="008F7027" w:rsidP="008F7027">
      <w:pPr>
        <w:jc w:val="center"/>
        <w:rPr>
          <w:b/>
          <w:bCs/>
          <w:i/>
          <w:sz w:val="20"/>
          <w:szCs w:val="20"/>
        </w:rPr>
      </w:pPr>
      <w:r w:rsidRPr="008F7027">
        <w:rPr>
          <w:b/>
          <w:bCs/>
          <w:i/>
          <w:sz w:val="20"/>
          <w:szCs w:val="20"/>
        </w:rPr>
        <w:t>PO CELÝ DEN JE DĚTEM ZAJIŠTĚŇ PITNÝ REŽIM</w:t>
      </w:r>
      <w:r w:rsidR="00165206">
        <w:rPr>
          <w:b/>
          <w:bCs/>
          <w:i/>
          <w:sz w:val="20"/>
          <w:szCs w:val="20"/>
        </w:rPr>
        <w:t xml:space="preserve"> a ČERSTVÉ OVOCE. </w:t>
      </w:r>
      <w:proofErr w:type="gramStart"/>
      <w:r w:rsidRPr="008F7027">
        <w:rPr>
          <w:b/>
          <w:bCs/>
          <w:i/>
          <w:sz w:val="20"/>
          <w:szCs w:val="20"/>
        </w:rPr>
        <w:t>.ZMĚNA</w:t>
      </w:r>
      <w:proofErr w:type="gramEnd"/>
      <w:r w:rsidRPr="008F7027">
        <w:rPr>
          <w:b/>
          <w:bCs/>
          <w:i/>
          <w:sz w:val="20"/>
          <w:szCs w:val="20"/>
        </w:rPr>
        <w:t xml:space="preserve"> JÍDELNIČKU VYHRAZEN</w:t>
      </w:r>
      <w:r w:rsidR="00165206">
        <w:rPr>
          <w:b/>
          <w:bCs/>
          <w:i/>
          <w:sz w:val="20"/>
          <w:szCs w:val="20"/>
        </w:rPr>
        <w:t xml:space="preserve">A </w:t>
      </w:r>
      <w:r w:rsidRPr="008F7027">
        <w:rPr>
          <w:b/>
          <w:bCs/>
          <w:i/>
          <w:sz w:val="20"/>
          <w:szCs w:val="20"/>
        </w:rPr>
        <w:t>.JÍDLO JE URČENO K OKAMŽÍTÉ SPOTŘEBĚ</w:t>
      </w:r>
      <w:r>
        <w:rPr>
          <w:b/>
          <w:bCs/>
          <w:i/>
          <w:sz w:val="20"/>
          <w:szCs w:val="20"/>
        </w:rPr>
        <w:t>.</w:t>
      </w:r>
    </w:p>
    <w:sectPr w:rsidR="009837D8" w:rsidRPr="008F70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E2736" w14:textId="77777777" w:rsidR="00E05423" w:rsidRDefault="00E05423" w:rsidP="009B5EC0">
      <w:pPr>
        <w:spacing w:after="0" w:line="240" w:lineRule="auto"/>
      </w:pPr>
      <w:r>
        <w:separator/>
      </w:r>
    </w:p>
  </w:endnote>
  <w:endnote w:type="continuationSeparator" w:id="0">
    <w:p w14:paraId="302E29DF" w14:textId="77777777" w:rsidR="00E05423" w:rsidRDefault="00E05423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4B7D" w14:textId="77777777" w:rsidR="00E05423" w:rsidRDefault="00E05423" w:rsidP="009B5EC0">
      <w:pPr>
        <w:spacing w:after="0" w:line="240" w:lineRule="auto"/>
      </w:pPr>
      <w:r>
        <w:separator/>
      </w:r>
    </w:p>
  </w:footnote>
  <w:footnote w:type="continuationSeparator" w:id="0">
    <w:p w14:paraId="2FABD04D" w14:textId="77777777" w:rsidR="00E05423" w:rsidRDefault="00E05423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812"/>
    <w:rsid w:val="00034616"/>
    <w:rsid w:val="0006063C"/>
    <w:rsid w:val="00061337"/>
    <w:rsid w:val="00136F94"/>
    <w:rsid w:val="0015074B"/>
    <w:rsid w:val="00165206"/>
    <w:rsid w:val="001B437E"/>
    <w:rsid w:val="001E2F46"/>
    <w:rsid w:val="00225407"/>
    <w:rsid w:val="00231481"/>
    <w:rsid w:val="00253249"/>
    <w:rsid w:val="0029639D"/>
    <w:rsid w:val="003071C8"/>
    <w:rsid w:val="00323803"/>
    <w:rsid w:val="00326F90"/>
    <w:rsid w:val="003649C9"/>
    <w:rsid w:val="003A1F50"/>
    <w:rsid w:val="003B4ACB"/>
    <w:rsid w:val="00416842"/>
    <w:rsid w:val="00446F4D"/>
    <w:rsid w:val="00465AD3"/>
    <w:rsid w:val="00484DA2"/>
    <w:rsid w:val="004B4E5E"/>
    <w:rsid w:val="004C443F"/>
    <w:rsid w:val="0051346D"/>
    <w:rsid w:val="00517DCF"/>
    <w:rsid w:val="005545E4"/>
    <w:rsid w:val="005648D8"/>
    <w:rsid w:val="00577161"/>
    <w:rsid w:val="005A1237"/>
    <w:rsid w:val="005A33CB"/>
    <w:rsid w:val="005A7839"/>
    <w:rsid w:val="005B2C77"/>
    <w:rsid w:val="005C68E8"/>
    <w:rsid w:val="005D666A"/>
    <w:rsid w:val="005E0707"/>
    <w:rsid w:val="00625A8F"/>
    <w:rsid w:val="006775D4"/>
    <w:rsid w:val="006F5D62"/>
    <w:rsid w:val="007A2305"/>
    <w:rsid w:val="007A462C"/>
    <w:rsid w:val="007C4225"/>
    <w:rsid w:val="007D6BF8"/>
    <w:rsid w:val="007F3C34"/>
    <w:rsid w:val="0086234C"/>
    <w:rsid w:val="008648D3"/>
    <w:rsid w:val="00874B18"/>
    <w:rsid w:val="00874EF7"/>
    <w:rsid w:val="008F6BF5"/>
    <w:rsid w:val="008F7027"/>
    <w:rsid w:val="00903770"/>
    <w:rsid w:val="00907295"/>
    <w:rsid w:val="00915F96"/>
    <w:rsid w:val="00947103"/>
    <w:rsid w:val="009837D8"/>
    <w:rsid w:val="009A387C"/>
    <w:rsid w:val="009B5EC0"/>
    <w:rsid w:val="009D1880"/>
    <w:rsid w:val="009D197A"/>
    <w:rsid w:val="009D419E"/>
    <w:rsid w:val="00A11E1C"/>
    <w:rsid w:val="00A52408"/>
    <w:rsid w:val="00A9357F"/>
    <w:rsid w:val="00A95177"/>
    <w:rsid w:val="00AA1D8D"/>
    <w:rsid w:val="00B0243A"/>
    <w:rsid w:val="00B47730"/>
    <w:rsid w:val="00B561A8"/>
    <w:rsid w:val="00BA4196"/>
    <w:rsid w:val="00BB13D2"/>
    <w:rsid w:val="00BB526D"/>
    <w:rsid w:val="00BC3A73"/>
    <w:rsid w:val="00BD6915"/>
    <w:rsid w:val="00BE77F5"/>
    <w:rsid w:val="00C20C45"/>
    <w:rsid w:val="00C776F2"/>
    <w:rsid w:val="00C879D3"/>
    <w:rsid w:val="00C97ECC"/>
    <w:rsid w:val="00CB0664"/>
    <w:rsid w:val="00D24CBE"/>
    <w:rsid w:val="00D61358"/>
    <w:rsid w:val="00D908C9"/>
    <w:rsid w:val="00DA53CF"/>
    <w:rsid w:val="00DD1915"/>
    <w:rsid w:val="00E05423"/>
    <w:rsid w:val="00E1451F"/>
    <w:rsid w:val="00E932B0"/>
    <w:rsid w:val="00EA1E65"/>
    <w:rsid w:val="00EC5C63"/>
    <w:rsid w:val="00F046B0"/>
    <w:rsid w:val="00FC693F"/>
    <w:rsid w:val="00FC72B9"/>
    <w:rsid w:val="00F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2</cp:revision>
  <cp:lastPrinted>2026-04-30T09:59:00Z</cp:lastPrinted>
  <dcterms:created xsi:type="dcterms:W3CDTF">2026-04-30T09:59:00Z</dcterms:created>
  <dcterms:modified xsi:type="dcterms:W3CDTF">2026-04-30T09:59:00Z</dcterms:modified>
  <cp:category/>
</cp:coreProperties>
</file>