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CB47" w14:textId="08BF0B52" w:rsidR="009837D8" w:rsidRDefault="00862330" w:rsidP="003649C9">
      <w:pPr>
        <w:pStyle w:val="Nadpis1"/>
        <w:jc w:val="center"/>
      </w:pPr>
      <w:r>
        <w:rPr>
          <w:i/>
          <w:noProof/>
        </w:rPr>
        <w:drawing>
          <wp:anchor distT="0" distB="0" distL="114300" distR="114300" simplePos="0" relativeHeight="251660288" behindDoc="1" locked="0" layoutInCell="1" allowOverlap="1" wp14:anchorId="51172E50" wp14:editId="57D718BA">
            <wp:simplePos x="0" y="0"/>
            <wp:positionH relativeFrom="page">
              <wp:posOffset>-586105</wp:posOffset>
            </wp:positionH>
            <wp:positionV relativeFrom="paragraph">
              <wp:posOffset>-1514294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DA2">
        <w:t xml:space="preserve">Jídelníček </w:t>
      </w:r>
      <w:r w:rsidR="0051346D">
        <w:t xml:space="preserve"> </w:t>
      </w:r>
      <w:r w:rsidR="00577161">
        <w:t>6</w:t>
      </w:r>
      <w:r w:rsidR="00484DA2">
        <w:t xml:space="preserve">. </w:t>
      </w:r>
      <w:r w:rsidR="00A3485F">
        <w:t>4</w:t>
      </w:r>
      <w:r w:rsidR="00484DA2">
        <w:t xml:space="preserve">. – </w:t>
      </w:r>
      <w:r w:rsidR="00A3485F">
        <w:t>1</w:t>
      </w:r>
      <w:r w:rsidR="00577161">
        <w:t>0</w:t>
      </w:r>
      <w:r w:rsidR="00484DA2">
        <w:t xml:space="preserve">. </w:t>
      </w:r>
      <w:r w:rsidR="00A3485F">
        <w:t>4</w:t>
      </w:r>
      <w:r w:rsidR="00484DA2">
        <w:t>. 2026</w:t>
      </w:r>
    </w:p>
    <w:p w14:paraId="7F3E3F67" w14:textId="1C785700" w:rsidR="009837D8" w:rsidRDefault="009837D8"/>
    <w:p w14:paraId="30B10ACC" w14:textId="77777777" w:rsidR="009837D8" w:rsidRDefault="00484DA2">
      <w:r>
        <w:rPr>
          <w:b/>
        </w:rPr>
        <w:t>Úterý</w:t>
      </w:r>
    </w:p>
    <w:p w14:paraId="12F81106" w14:textId="13460A72" w:rsidR="009837D8" w:rsidRDefault="00484DA2">
      <w:pPr>
        <w:spacing w:after="40"/>
        <w:ind w:left="240"/>
      </w:pPr>
      <w:r>
        <w:rPr>
          <w:b/>
        </w:rPr>
        <w:t xml:space="preserve">Přesnídávka: </w:t>
      </w:r>
      <w:r w:rsidR="00A3485F" w:rsidRPr="00577161">
        <w:rPr>
          <w:rStyle w:val="Siln"/>
          <w:b w:val="0"/>
          <w:bCs w:val="0"/>
          <w:color w:val="000000"/>
        </w:rPr>
        <w:t xml:space="preserve">Mrkvičkový krém s </w:t>
      </w:r>
      <w:r w:rsidR="00A3485F">
        <w:rPr>
          <w:rStyle w:val="Siln"/>
          <w:b w:val="0"/>
          <w:bCs w:val="0"/>
          <w:color w:val="000000"/>
        </w:rPr>
        <w:t>vekou</w:t>
      </w:r>
      <w:r w:rsidR="00A3485F">
        <w:t>, (ze smetonového sýru),čerstvá zelenina</w:t>
      </w:r>
      <w:r w:rsidR="00A3485F" w:rsidRPr="00577161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5545E4">
        <w:t>čaj,mléko,</w:t>
      </w:r>
      <w:r>
        <w:rPr>
          <w:i/>
        </w:rPr>
        <w:t>(Alergeny: 1,7)</w:t>
      </w:r>
    </w:p>
    <w:p w14:paraId="51B1CFA5" w14:textId="132F6F00" w:rsidR="009837D8" w:rsidRDefault="00484DA2">
      <w:pPr>
        <w:spacing w:after="40"/>
        <w:ind w:left="240"/>
      </w:pPr>
      <w:r>
        <w:rPr>
          <w:b/>
        </w:rPr>
        <w:t xml:space="preserve">Polévka: </w:t>
      </w:r>
      <w:r w:rsidR="00F6451C">
        <w:t>Zeleninová s jáhly</w:t>
      </w:r>
      <w:r>
        <w:t xml:space="preserve"> </w:t>
      </w:r>
      <w:r>
        <w:rPr>
          <w:i/>
        </w:rPr>
        <w:t xml:space="preserve">(Alergeny: </w:t>
      </w:r>
      <w:r w:rsidR="00907295">
        <w:rPr>
          <w:i/>
        </w:rPr>
        <w:t>9</w:t>
      </w:r>
      <w:r>
        <w:rPr>
          <w:i/>
        </w:rPr>
        <w:t>)</w:t>
      </w:r>
    </w:p>
    <w:p w14:paraId="2D77DD2F" w14:textId="6A716077" w:rsidR="009837D8" w:rsidRDefault="00484DA2">
      <w:pPr>
        <w:spacing w:after="40"/>
        <w:ind w:left="240"/>
      </w:pPr>
      <w:r>
        <w:rPr>
          <w:b/>
        </w:rPr>
        <w:t>Hlavní chod:</w:t>
      </w:r>
      <w:r w:rsidR="005545E4">
        <w:rPr>
          <w:b/>
        </w:rPr>
        <w:t xml:space="preserve"> </w:t>
      </w:r>
      <w:r w:rsidR="00F6451C">
        <w:t>Čočka po Srbsku, čerstvé pečivo,</w:t>
      </w:r>
      <w:r>
        <w:rPr>
          <w:i/>
        </w:rPr>
        <w:t>(Alergeny: 1</w:t>
      </w:r>
      <w:r w:rsidR="001E2F46">
        <w:rPr>
          <w:i/>
        </w:rPr>
        <w:t>,7</w:t>
      </w:r>
      <w:r>
        <w:rPr>
          <w:i/>
        </w:rPr>
        <w:t>)</w:t>
      </w:r>
    </w:p>
    <w:p w14:paraId="6A6D31A8" w14:textId="5657FBD8" w:rsidR="009837D8" w:rsidRDefault="00484DA2">
      <w:pPr>
        <w:spacing w:after="40"/>
        <w:ind w:left="240"/>
      </w:pPr>
      <w:r>
        <w:rPr>
          <w:b/>
        </w:rPr>
        <w:t xml:space="preserve">Svačina: </w:t>
      </w:r>
      <w:r w:rsidR="003B4ACB">
        <w:t xml:space="preserve"> </w:t>
      </w:r>
      <w:r w:rsidR="00F6451C">
        <w:t xml:space="preserve">Podmáslový chlebík s </w:t>
      </w:r>
      <w:r w:rsidR="00E60E2C">
        <w:t>jarní</w:t>
      </w:r>
      <w:r w:rsidR="00F6451C">
        <w:t xml:space="preserve"> pomazánkou,</w:t>
      </w:r>
      <w:r w:rsidR="003B4ACB">
        <w:t xml:space="preserve"> </w:t>
      </w:r>
      <w:r>
        <w:t>čaj</w:t>
      </w:r>
      <w:r w:rsidR="00BE77F5">
        <w:t>, mléko</w:t>
      </w:r>
      <w:r>
        <w:t xml:space="preserve"> </w:t>
      </w:r>
      <w:r>
        <w:rPr>
          <w:i/>
        </w:rPr>
        <w:t>(Alergeny:</w:t>
      </w:r>
      <w:r w:rsidR="003B4ACB">
        <w:rPr>
          <w:i/>
        </w:rPr>
        <w:t>1</w:t>
      </w:r>
      <w:r>
        <w:rPr>
          <w:i/>
        </w:rPr>
        <w:t xml:space="preserve"> ,7)</w:t>
      </w:r>
    </w:p>
    <w:p w14:paraId="7A16F536" w14:textId="77777777" w:rsidR="009837D8" w:rsidRDefault="00484DA2">
      <w:r>
        <w:rPr>
          <w:b/>
        </w:rPr>
        <w:t>Středa</w:t>
      </w:r>
    </w:p>
    <w:p w14:paraId="5DCA0A22" w14:textId="5AE691F0" w:rsidR="009837D8" w:rsidRDefault="00484DA2">
      <w:pPr>
        <w:spacing w:after="40"/>
        <w:ind w:left="240"/>
      </w:pPr>
      <w:r>
        <w:rPr>
          <w:b/>
        </w:rPr>
        <w:t>Přesnídávka:</w:t>
      </w:r>
      <w:r w:rsidR="00E60E2C">
        <w:rPr>
          <w:b/>
        </w:rPr>
        <w:t xml:space="preserve"> </w:t>
      </w:r>
      <w:r w:rsidR="00E60E2C" w:rsidRPr="00E60E2C">
        <w:rPr>
          <w:bCs/>
        </w:rPr>
        <w:t>Krupicová mlska s piškoty</w:t>
      </w:r>
      <w:r w:rsidR="00E60E2C">
        <w:rPr>
          <w:bCs/>
        </w:rPr>
        <w:t>,</w:t>
      </w:r>
      <w:r w:rsidRPr="00E60E2C">
        <w:rPr>
          <w:bCs/>
        </w:rPr>
        <w:t>čaj</w:t>
      </w:r>
      <w:r w:rsidR="00BE77F5">
        <w:t>, mléko</w:t>
      </w:r>
      <w:r>
        <w:t xml:space="preserve"> </w:t>
      </w:r>
      <w:r>
        <w:rPr>
          <w:i/>
        </w:rPr>
        <w:t>(Alergeny: 1</w:t>
      </w:r>
      <w:r w:rsidR="003B4ACB">
        <w:rPr>
          <w:i/>
        </w:rPr>
        <w:t>,</w:t>
      </w:r>
      <w:r>
        <w:rPr>
          <w:i/>
        </w:rPr>
        <w:t>7)</w:t>
      </w:r>
    </w:p>
    <w:p w14:paraId="2AF39B63" w14:textId="6CD16C5E" w:rsidR="009837D8" w:rsidRDefault="00484DA2">
      <w:pPr>
        <w:spacing w:after="40"/>
        <w:ind w:left="240"/>
      </w:pPr>
      <w:r>
        <w:rPr>
          <w:b/>
        </w:rPr>
        <w:t xml:space="preserve">Polévka: </w:t>
      </w:r>
      <w:r w:rsidR="00F6451C">
        <w:rPr>
          <w:rFonts w:ascii="-webkit-standard" w:hAnsi="-webkit-standard"/>
          <w:color w:val="000000"/>
        </w:rPr>
        <w:t>Hrstková</w:t>
      </w:r>
      <w:r w:rsidRPr="003B4ACB">
        <w:rPr>
          <w:sz w:val="24"/>
          <w:szCs w:val="24"/>
        </w:rPr>
        <w:t xml:space="preserve"> </w:t>
      </w:r>
      <w:r>
        <w:rPr>
          <w:i/>
        </w:rPr>
        <w:t xml:space="preserve">(Alergeny: </w:t>
      </w:r>
      <w:r w:rsidR="001E2F46">
        <w:rPr>
          <w:i/>
        </w:rPr>
        <w:t>1,</w:t>
      </w:r>
      <w:r w:rsidR="00BB526D">
        <w:rPr>
          <w:i/>
        </w:rPr>
        <w:t>7</w:t>
      </w:r>
      <w:r w:rsidR="00152B1A">
        <w:rPr>
          <w:i/>
        </w:rPr>
        <w:t>,9</w:t>
      </w:r>
      <w:r>
        <w:rPr>
          <w:i/>
        </w:rPr>
        <w:t>)</w:t>
      </w:r>
    </w:p>
    <w:p w14:paraId="5E9CE10E" w14:textId="3B90A5C7" w:rsidR="009837D8" w:rsidRDefault="00484DA2">
      <w:pPr>
        <w:spacing w:after="40"/>
        <w:ind w:left="240"/>
      </w:pPr>
      <w:r>
        <w:rPr>
          <w:b/>
        </w:rPr>
        <w:t xml:space="preserve">Hlavní chod: </w:t>
      </w:r>
      <w:r w:rsidR="00F6451C">
        <w:t xml:space="preserve">Znojemská pečeně, bulgur, </w:t>
      </w:r>
      <w:r w:rsidR="00BB526D">
        <w:t xml:space="preserve"> </w:t>
      </w:r>
      <w:r>
        <w:rPr>
          <w:i/>
        </w:rPr>
        <w:t xml:space="preserve">(Alergeny: </w:t>
      </w:r>
      <w:r w:rsidR="00152B1A">
        <w:rPr>
          <w:i/>
        </w:rPr>
        <w:t>1,</w:t>
      </w:r>
      <w:r>
        <w:rPr>
          <w:i/>
        </w:rPr>
        <w:t>7</w:t>
      </w:r>
      <w:r w:rsidR="00152B1A">
        <w:rPr>
          <w:i/>
        </w:rPr>
        <w:t>,10</w:t>
      </w:r>
      <w:r>
        <w:rPr>
          <w:i/>
        </w:rPr>
        <w:t>)</w:t>
      </w:r>
    </w:p>
    <w:p w14:paraId="4372C9DA" w14:textId="0B6DFE2E" w:rsidR="009837D8" w:rsidRDefault="00484DA2">
      <w:pPr>
        <w:spacing w:after="40"/>
        <w:ind w:left="240"/>
      </w:pPr>
      <w:r>
        <w:rPr>
          <w:b/>
        </w:rPr>
        <w:t xml:space="preserve">Svačina: </w:t>
      </w:r>
      <w:r w:rsidR="00E60E2C">
        <w:t>Mořský krémík s chlebíkem a rajčátky, (tuňák,tvaroh)</w:t>
      </w:r>
      <w:r>
        <w:t>čaj</w:t>
      </w:r>
      <w:r w:rsidR="00BE77F5">
        <w:t>,</w:t>
      </w:r>
      <w:r>
        <w:t xml:space="preserve"> </w:t>
      </w:r>
      <w:r>
        <w:rPr>
          <w:i/>
        </w:rPr>
        <w:t>(Alergeny: 1,</w:t>
      </w:r>
      <w:r w:rsidR="00E60E2C">
        <w:rPr>
          <w:i/>
        </w:rPr>
        <w:t>4,</w:t>
      </w:r>
      <w:r>
        <w:rPr>
          <w:i/>
        </w:rPr>
        <w:t>7)</w:t>
      </w:r>
    </w:p>
    <w:p w14:paraId="25B67C06" w14:textId="77777777" w:rsidR="009837D8" w:rsidRDefault="00484DA2">
      <w:r>
        <w:rPr>
          <w:b/>
        </w:rPr>
        <w:t>Čtvrtek</w:t>
      </w:r>
    </w:p>
    <w:p w14:paraId="64C0C520" w14:textId="258B691F" w:rsidR="009837D8" w:rsidRDefault="00484DA2">
      <w:pPr>
        <w:spacing w:after="40"/>
        <w:ind w:left="240"/>
      </w:pPr>
      <w:r>
        <w:rPr>
          <w:b/>
        </w:rPr>
        <w:t xml:space="preserve">Přesnídávka: </w:t>
      </w:r>
      <w:r w:rsidR="00517DCF" w:rsidRPr="00517DCF">
        <w:rPr>
          <w:bCs/>
        </w:rPr>
        <w:t xml:space="preserve">Kedlubíková pomazánka </w:t>
      </w:r>
      <w:r w:rsidR="00BB526D">
        <w:rPr>
          <w:rStyle w:val="Siln"/>
          <w:b w:val="0"/>
          <w:bCs w:val="0"/>
          <w:color w:val="000000"/>
        </w:rPr>
        <w:t>s chlebíkem</w:t>
      </w:r>
      <w:r w:rsidR="00D24CBE">
        <w:rPr>
          <w:rStyle w:val="Siln"/>
          <w:b w:val="0"/>
          <w:bCs w:val="0"/>
          <w:color w:val="000000"/>
        </w:rPr>
        <w:t xml:space="preserve"> čerstvá zelenina,</w:t>
      </w:r>
      <w:r w:rsidR="00BB526D">
        <w:t xml:space="preserve"> </w:t>
      </w:r>
      <w:r>
        <w:t>čaj</w:t>
      </w:r>
      <w:r w:rsidR="00BE77F5">
        <w:t>, mléko</w:t>
      </w:r>
      <w:r>
        <w:t xml:space="preserve"> </w:t>
      </w:r>
      <w:r>
        <w:rPr>
          <w:i/>
        </w:rPr>
        <w:t>(Alergeny: 1,7)</w:t>
      </w:r>
    </w:p>
    <w:p w14:paraId="52573963" w14:textId="0138D44A" w:rsidR="009837D8" w:rsidRDefault="00484DA2">
      <w:pPr>
        <w:spacing w:after="40"/>
        <w:ind w:left="240"/>
      </w:pPr>
      <w:r>
        <w:rPr>
          <w:b/>
        </w:rPr>
        <w:t xml:space="preserve">Polévka: </w:t>
      </w:r>
      <w:r w:rsidR="00060BAA">
        <w:t>Jarní polévka s kuskusem</w:t>
      </w:r>
      <w:r>
        <w:t xml:space="preserve"> </w:t>
      </w:r>
      <w:r>
        <w:rPr>
          <w:i/>
        </w:rPr>
        <w:t>(Alergeny: 1</w:t>
      </w:r>
      <w:r w:rsidR="005A7839">
        <w:rPr>
          <w:i/>
        </w:rPr>
        <w:t>,</w:t>
      </w:r>
      <w:r w:rsidR="001E2F46">
        <w:rPr>
          <w:i/>
        </w:rPr>
        <w:t>7</w:t>
      </w:r>
      <w:r w:rsidR="00152B1A">
        <w:rPr>
          <w:i/>
        </w:rPr>
        <w:t>,9</w:t>
      </w:r>
      <w:r>
        <w:rPr>
          <w:i/>
        </w:rPr>
        <w:t>)</w:t>
      </w:r>
    </w:p>
    <w:p w14:paraId="77415FDB" w14:textId="7555375C" w:rsidR="009837D8" w:rsidRDefault="00484DA2">
      <w:pPr>
        <w:spacing w:after="40"/>
        <w:ind w:left="240"/>
      </w:pPr>
      <w:r>
        <w:rPr>
          <w:b/>
        </w:rPr>
        <w:t xml:space="preserve">Hlavní chod: </w:t>
      </w:r>
      <w:r w:rsidR="00060BAA">
        <w:t>Holandské řízky</w:t>
      </w:r>
      <w:r>
        <w:t>,</w:t>
      </w:r>
      <w:r w:rsidR="00060BAA">
        <w:t>bramborová kaše,</w:t>
      </w:r>
      <w:r>
        <w:t xml:space="preserve"> zeleninov</w:t>
      </w:r>
      <w:r w:rsidR="006F5D62">
        <w:t>á obloha</w:t>
      </w:r>
      <w:r>
        <w:rPr>
          <w:i/>
        </w:rPr>
        <w:t xml:space="preserve">(Alergeny: </w:t>
      </w:r>
      <w:r w:rsidR="005A7839">
        <w:rPr>
          <w:i/>
        </w:rPr>
        <w:t>1</w:t>
      </w:r>
      <w:r w:rsidR="001E2F46">
        <w:rPr>
          <w:i/>
        </w:rPr>
        <w:t>,</w:t>
      </w:r>
      <w:r w:rsidR="00152B1A">
        <w:rPr>
          <w:i/>
        </w:rPr>
        <w:t>3,</w:t>
      </w:r>
      <w:r w:rsidR="001E2F46">
        <w:rPr>
          <w:i/>
        </w:rPr>
        <w:t>7</w:t>
      </w:r>
      <w:r>
        <w:rPr>
          <w:i/>
        </w:rPr>
        <w:t>)</w:t>
      </w:r>
    </w:p>
    <w:p w14:paraId="22074D0C" w14:textId="3E418C04" w:rsidR="009837D8" w:rsidRDefault="00484DA2">
      <w:pPr>
        <w:spacing w:after="40"/>
        <w:ind w:left="240"/>
      </w:pPr>
      <w:r>
        <w:rPr>
          <w:b/>
        </w:rPr>
        <w:t xml:space="preserve">Svačina: </w:t>
      </w:r>
      <w:r w:rsidR="00C97ECC">
        <w:t xml:space="preserve">Rohlík </w:t>
      </w:r>
      <w:r w:rsidR="00D24CBE">
        <w:t>se sýrovou pomazánkou,čerstvá zelenina</w:t>
      </w:r>
      <w:r w:rsidR="00BE77F5">
        <w:t xml:space="preserve"> </w:t>
      </w:r>
      <w:r>
        <w:rPr>
          <w:i/>
        </w:rPr>
        <w:t xml:space="preserve">(Alergeny: </w:t>
      </w:r>
      <w:r w:rsidR="00152B1A">
        <w:rPr>
          <w:i/>
        </w:rPr>
        <w:t>1,</w:t>
      </w:r>
      <w:r>
        <w:rPr>
          <w:i/>
        </w:rPr>
        <w:t>7)</w:t>
      </w:r>
    </w:p>
    <w:p w14:paraId="0D237BD6" w14:textId="77777777" w:rsidR="009837D8" w:rsidRDefault="00484DA2">
      <w:r>
        <w:rPr>
          <w:b/>
        </w:rPr>
        <w:t>Pátek</w:t>
      </w:r>
    </w:p>
    <w:p w14:paraId="2552763E" w14:textId="2869BBB6" w:rsidR="009837D8" w:rsidRDefault="00484DA2">
      <w:pPr>
        <w:spacing w:after="40"/>
        <w:ind w:left="240"/>
      </w:pPr>
      <w:r>
        <w:rPr>
          <w:b/>
        </w:rPr>
        <w:t xml:space="preserve">Přesnídávka: </w:t>
      </w:r>
      <w:r w:rsidR="00060BAA">
        <w:t>Ředkvičkový</w:t>
      </w:r>
      <w:r w:rsidR="00C879D3">
        <w:t xml:space="preserve"> krémík s </w:t>
      </w:r>
      <w:r w:rsidR="00C97ECC">
        <w:t>dýňovou kostkou,</w:t>
      </w:r>
      <w:r>
        <w:t>jablko, čaj</w:t>
      </w:r>
      <w:r w:rsidR="00BE77F5">
        <w:t>, mléko</w:t>
      </w:r>
      <w:r>
        <w:t xml:space="preserve"> </w:t>
      </w:r>
      <w:r>
        <w:rPr>
          <w:i/>
        </w:rPr>
        <w:t>(Alergeny: 1,</w:t>
      </w:r>
      <w:r w:rsidR="005A7839">
        <w:rPr>
          <w:i/>
        </w:rPr>
        <w:t>7</w:t>
      </w:r>
      <w:r>
        <w:rPr>
          <w:i/>
        </w:rPr>
        <w:t>)</w:t>
      </w:r>
    </w:p>
    <w:p w14:paraId="678EF686" w14:textId="3B7A69CC" w:rsidR="009837D8" w:rsidRDefault="00484DA2">
      <w:pPr>
        <w:spacing w:after="40"/>
        <w:ind w:left="240"/>
      </w:pPr>
      <w:r>
        <w:rPr>
          <w:b/>
        </w:rPr>
        <w:t xml:space="preserve">Polévka: </w:t>
      </w:r>
      <w:r w:rsidR="00060BAA">
        <w:t>Pórková s kapáním</w:t>
      </w:r>
      <w:r w:rsidR="00907295">
        <w:t xml:space="preserve"> </w:t>
      </w:r>
      <w:r>
        <w:rPr>
          <w:i/>
        </w:rPr>
        <w:t>(Alergeny: 1</w:t>
      </w:r>
      <w:r w:rsidR="005A7839">
        <w:rPr>
          <w:i/>
        </w:rPr>
        <w:t>,</w:t>
      </w:r>
      <w:r w:rsidR="00152B1A">
        <w:rPr>
          <w:i/>
        </w:rPr>
        <w:t>3,</w:t>
      </w:r>
      <w:r w:rsidR="005A7839">
        <w:rPr>
          <w:i/>
        </w:rPr>
        <w:t>9</w:t>
      </w:r>
      <w:r>
        <w:rPr>
          <w:i/>
        </w:rPr>
        <w:t>)</w:t>
      </w:r>
    </w:p>
    <w:p w14:paraId="72944FE3" w14:textId="3A8DD9A2" w:rsidR="009837D8" w:rsidRDefault="00484DA2">
      <w:pPr>
        <w:spacing w:after="40"/>
        <w:ind w:left="240"/>
      </w:pPr>
      <w:r>
        <w:rPr>
          <w:b/>
        </w:rPr>
        <w:t>Hlavní chod:</w:t>
      </w:r>
      <w:r w:rsidR="006F5D62">
        <w:rPr>
          <w:b/>
        </w:rPr>
        <w:t xml:space="preserve"> </w:t>
      </w:r>
      <w:r w:rsidR="00060BAA">
        <w:rPr>
          <w:rStyle w:val="Siln"/>
          <w:b w:val="0"/>
          <w:bCs w:val="0"/>
          <w:color w:val="000000"/>
        </w:rPr>
        <w:t xml:space="preserve">Králík na slanině a hořtici, </w:t>
      </w:r>
      <w:r w:rsidR="00E60E2C">
        <w:rPr>
          <w:rStyle w:val="Siln"/>
          <w:b w:val="0"/>
          <w:bCs w:val="0"/>
          <w:color w:val="000000"/>
        </w:rPr>
        <w:t>divoká rýže</w:t>
      </w:r>
      <w:r w:rsidR="006775D4">
        <w:rPr>
          <w:i/>
        </w:rPr>
        <w:t xml:space="preserve"> </w:t>
      </w:r>
      <w:r>
        <w:rPr>
          <w:i/>
        </w:rPr>
        <w:t xml:space="preserve">(Alergeny: </w:t>
      </w:r>
      <w:r w:rsidR="00C879D3">
        <w:rPr>
          <w:i/>
        </w:rPr>
        <w:t>1,7</w:t>
      </w:r>
      <w:r w:rsidR="00152B1A">
        <w:rPr>
          <w:i/>
        </w:rPr>
        <w:t>,10</w:t>
      </w:r>
      <w:r>
        <w:rPr>
          <w:i/>
        </w:rPr>
        <w:t>)</w:t>
      </w:r>
    </w:p>
    <w:p w14:paraId="3EC9B62B" w14:textId="47E26825" w:rsidR="009837D8" w:rsidRDefault="00484DA2">
      <w:pPr>
        <w:spacing w:after="40"/>
        <w:ind w:left="240"/>
      </w:pPr>
      <w:r>
        <w:rPr>
          <w:b/>
        </w:rPr>
        <w:t xml:space="preserve">Svačina: </w:t>
      </w:r>
      <w:r w:rsidR="00BE77F5">
        <w:t xml:space="preserve"> </w:t>
      </w:r>
      <w:r w:rsidR="00060BAA">
        <w:t xml:space="preserve">Čočková s </w:t>
      </w:r>
      <w:r w:rsidR="003E0E09">
        <w:t>chlebíkem</w:t>
      </w:r>
      <w:r w:rsidR="00060BAA">
        <w:t>,</w:t>
      </w:r>
      <w:r>
        <w:t xml:space="preserve">čaj </w:t>
      </w:r>
      <w:r>
        <w:rPr>
          <w:i/>
        </w:rPr>
        <w:t xml:space="preserve">(Alergeny: </w:t>
      </w:r>
      <w:r w:rsidR="001E2F46">
        <w:rPr>
          <w:i/>
        </w:rPr>
        <w:t>1,7</w:t>
      </w:r>
      <w:r>
        <w:rPr>
          <w:i/>
        </w:rPr>
        <w:t>)</w:t>
      </w:r>
    </w:p>
    <w:p w14:paraId="179640F5" w14:textId="77777777" w:rsidR="003649C9" w:rsidRDefault="003649C9">
      <w:pPr>
        <w:jc w:val="center"/>
        <w:rPr>
          <w:i/>
          <w:sz w:val="20"/>
          <w:szCs w:val="20"/>
        </w:rPr>
      </w:pPr>
    </w:p>
    <w:p w14:paraId="6CF150E5" w14:textId="77777777" w:rsidR="00E60E2C" w:rsidRDefault="00E60E2C">
      <w:pPr>
        <w:jc w:val="center"/>
        <w:rPr>
          <w:i/>
          <w:sz w:val="20"/>
          <w:szCs w:val="20"/>
        </w:rPr>
      </w:pPr>
    </w:p>
    <w:p w14:paraId="615BE290" w14:textId="77777777" w:rsidR="00E60E2C" w:rsidRDefault="00E60E2C">
      <w:pPr>
        <w:jc w:val="center"/>
        <w:rPr>
          <w:i/>
          <w:sz w:val="20"/>
          <w:szCs w:val="20"/>
        </w:rPr>
      </w:pPr>
    </w:p>
    <w:p w14:paraId="797C6B11" w14:textId="77777777" w:rsidR="00E60E2C" w:rsidRDefault="00E60E2C">
      <w:pPr>
        <w:jc w:val="center"/>
        <w:rPr>
          <w:i/>
          <w:sz w:val="20"/>
          <w:szCs w:val="20"/>
        </w:rPr>
      </w:pPr>
    </w:p>
    <w:p w14:paraId="4F1BD24C" w14:textId="77777777" w:rsidR="00E60E2C" w:rsidRDefault="00E60E2C">
      <w:pPr>
        <w:jc w:val="center"/>
        <w:rPr>
          <w:i/>
          <w:sz w:val="20"/>
          <w:szCs w:val="20"/>
        </w:rPr>
      </w:pPr>
    </w:p>
    <w:p w14:paraId="5B5E6F74" w14:textId="35245D4B" w:rsidR="009837D8" w:rsidRPr="00C879D3" w:rsidRDefault="00484DA2">
      <w:pPr>
        <w:jc w:val="center"/>
        <w:rPr>
          <w:sz w:val="20"/>
          <w:szCs w:val="20"/>
        </w:rPr>
      </w:pPr>
      <w:r w:rsidRPr="00C879D3">
        <w:rPr>
          <w:i/>
          <w:sz w:val="20"/>
          <w:szCs w:val="20"/>
        </w:rPr>
        <w:t>Poznámka: Po celý den je dětem zajištěn pitný režim – voda, čaj</w:t>
      </w:r>
      <w:r w:rsidR="00BE77F5" w:rsidRPr="00C879D3">
        <w:rPr>
          <w:i/>
          <w:sz w:val="20"/>
          <w:szCs w:val="20"/>
        </w:rPr>
        <w:t xml:space="preserve"> </w:t>
      </w:r>
      <w:r w:rsidRPr="00C879D3">
        <w:rPr>
          <w:i/>
          <w:sz w:val="20"/>
          <w:szCs w:val="20"/>
        </w:rPr>
        <w:t>a mléko.</w:t>
      </w:r>
      <w:r w:rsidR="00BE77F5" w:rsidRPr="00C879D3">
        <w:rPr>
          <w:i/>
          <w:sz w:val="20"/>
          <w:szCs w:val="20"/>
        </w:rPr>
        <w:t xml:space="preserve"> Změna jídelníčku vyhrazena. Jídlo je určeno k okamžité spotřebě.</w:t>
      </w: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28AB0" w14:textId="77777777" w:rsidR="0098141F" w:rsidRDefault="0098141F" w:rsidP="009B5EC0">
      <w:pPr>
        <w:spacing w:after="0" w:line="240" w:lineRule="auto"/>
      </w:pPr>
      <w:r>
        <w:separator/>
      </w:r>
    </w:p>
  </w:endnote>
  <w:endnote w:type="continuationSeparator" w:id="0">
    <w:p w14:paraId="171C4755" w14:textId="77777777" w:rsidR="0098141F" w:rsidRDefault="0098141F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6BDD" w14:textId="77777777" w:rsidR="0098141F" w:rsidRDefault="0098141F" w:rsidP="009B5EC0">
      <w:pPr>
        <w:spacing w:after="0" w:line="240" w:lineRule="auto"/>
      </w:pPr>
      <w:r>
        <w:separator/>
      </w:r>
    </w:p>
  </w:footnote>
  <w:footnote w:type="continuationSeparator" w:id="0">
    <w:p w14:paraId="60202402" w14:textId="77777777" w:rsidR="0098141F" w:rsidRDefault="0098141F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9748770">
    <w:abstractNumId w:val="8"/>
  </w:num>
  <w:num w:numId="2" w16cid:durableId="491214747">
    <w:abstractNumId w:val="6"/>
  </w:num>
  <w:num w:numId="3" w16cid:durableId="2051344246">
    <w:abstractNumId w:val="5"/>
  </w:num>
  <w:num w:numId="4" w16cid:durableId="1127162987">
    <w:abstractNumId w:val="4"/>
  </w:num>
  <w:num w:numId="5" w16cid:durableId="1742291189">
    <w:abstractNumId w:val="7"/>
  </w:num>
  <w:num w:numId="6" w16cid:durableId="1959868014">
    <w:abstractNumId w:val="3"/>
  </w:num>
  <w:num w:numId="7" w16cid:durableId="674190202">
    <w:abstractNumId w:val="2"/>
  </w:num>
  <w:num w:numId="8" w16cid:durableId="729499037">
    <w:abstractNumId w:val="1"/>
  </w:num>
  <w:num w:numId="9" w16cid:durableId="210773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BAA"/>
    <w:rsid w:val="00061337"/>
    <w:rsid w:val="0015074B"/>
    <w:rsid w:val="00152B1A"/>
    <w:rsid w:val="001B437E"/>
    <w:rsid w:val="001E2F46"/>
    <w:rsid w:val="00231481"/>
    <w:rsid w:val="00253249"/>
    <w:rsid w:val="0029639D"/>
    <w:rsid w:val="00326F90"/>
    <w:rsid w:val="003649C9"/>
    <w:rsid w:val="003A1F50"/>
    <w:rsid w:val="003B4ACB"/>
    <w:rsid w:val="003E0E09"/>
    <w:rsid w:val="00416842"/>
    <w:rsid w:val="00465AD3"/>
    <w:rsid w:val="00484DA2"/>
    <w:rsid w:val="0051346D"/>
    <w:rsid w:val="00517DCF"/>
    <w:rsid w:val="005545E4"/>
    <w:rsid w:val="00577161"/>
    <w:rsid w:val="005A1237"/>
    <w:rsid w:val="005A75CA"/>
    <w:rsid w:val="005A7839"/>
    <w:rsid w:val="005C68E8"/>
    <w:rsid w:val="005E0707"/>
    <w:rsid w:val="00625A8F"/>
    <w:rsid w:val="006775D4"/>
    <w:rsid w:val="006F5D62"/>
    <w:rsid w:val="007A2305"/>
    <w:rsid w:val="007A462C"/>
    <w:rsid w:val="008132B3"/>
    <w:rsid w:val="00862330"/>
    <w:rsid w:val="0086234C"/>
    <w:rsid w:val="008648D3"/>
    <w:rsid w:val="00874EF7"/>
    <w:rsid w:val="008E08FB"/>
    <w:rsid w:val="008F6BF5"/>
    <w:rsid w:val="00903770"/>
    <w:rsid w:val="00907295"/>
    <w:rsid w:val="00915F96"/>
    <w:rsid w:val="0098141F"/>
    <w:rsid w:val="009837D8"/>
    <w:rsid w:val="009A387C"/>
    <w:rsid w:val="009B5EC0"/>
    <w:rsid w:val="009D1880"/>
    <w:rsid w:val="009D197A"/>
    <w:rsid w:val="009D419E"/>
    <w:rsid w:val="009E1B96"/>
    <w:rsid w:val="00A3485F"/>
    <w:rsid w:val="00A52408"/>
    <w:rsid w:val="00A9357F"/>
    <w:rsid w:val="00AA1D8D"/>
    <w:rsid w:val="00B47730"/>
    <w:rsid w:val="00B561A8"/>
    <w:rsid w:val="00BB526D"/>
    <w:rsid w:val="00BD6915"/>
    <w:rsid w:val="00BE77F5"/>
    <w:rsid w:val="00C776F2"/>
    <w:rsid w:val="00C879D3"/>
    <w:rsid w:val="00C97ECC"/>
    <w:rsid w:val="00CB0664"/>
    <w:rsid w:val="00D24CBE"/>
    <w:rsid w:val="00D61358"/>
    <w:rsid w:val="00D908C9"/>
    <w:rsid w:val="00DA53CF"/>
    <w:rsid w:val="00DD1915"/>
    <w:rsid w:val="00E60E2C"/>
    <w:rsid w:val="00E932B0"/>
    <w:rsid w:val="00EC5C63"/>
    <w:rsid w:val="00F6451C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163</Words>
  <Characters>1104</Characters>
  <Application>Microsoft Office Word</Application>
  <DocSecurity>0</DocSecurity>
  <Lines>31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Antonín Podhradský</cp:lastModifiedBy>
  <cp:revision>7</cp:revision>
  <cp:lastPrinted>2026-04-01T09:26:00Z</cp:lastPrinted>
  <dcterms:created xsi:type="dcterms:W3CDTF">2026-01-21T09:10:00Z</dcterms:created>
  <dcterms:modified xsi:type="dcterms:W3CDTF">2026-04-01T09:26:00Z</dcterms:modified>
  <cp:category/>
</cp:coreProperties>
</file>