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FE11" w14:textId="38A4E501" w:rsidR="00D64C15" w:rsidRDefault="00A6664B" w:rsidP="004E3AA1">
      <w:pPr>
        <w:rPr>
          <w:i/>
          <w:iCs/>
          <w:color w:val="4F81BD" w:themeColor="accent1"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E7EA36E" wp14:editId="289ABA71">
            <wp:simplePos x="0" y="0"/>
            <wp:positionH relativeFrom="page">
              <wp:posOffset>-803862</wp:posOffset>
            </wp:positionH>
            <wp:positionV relativeFrom="paragraph">
              <wp:posOffset>-1492850</wp:posOffset>
            </wp:positionV>
            <wp:extent cx="8601075" cy="12867033"/>
            <wp:effectExtent l="0" t="0" r="0" b="0"/>
            <wp:wrapNone/>
            <wp:docPr id="617898354" name="Obrázek 617898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DE8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364E37D" wp14:editId="2EC1B0C1">
            <wp:simplePos x="0" y="0"/>
            <wp:positionH relativeFrom="page">
              <wp:posOffset>-432435</wp:posOffset>
            </wp:positionH>
            <wp:positionV relativeFrom="paragraph">
              <wp:posOffset>-1645920</wp:posOffset>
            </wp:positionV>
            <wp:extent cx="8601075" cy="12867033"/>
            <wp:effectExtent l="0" t="0" r="0" b="0"/>
            <wp:wrapNone/>
            <wp:docPr id="1888226766" name="Obrázek 1888226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330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3B9094E7">
            <wp:simplePos x="0" y="0"/>
            <wp:positionH relativeFrom="page">
              <wp:posOffset>-585470</wp:posOffset>
            </wp:positionH>
            <wp:positionV relativeFrom="paragraph">
              <wp:posOffset>-1798864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235">
        <w:rPr>
          <w:i/>
          <w:iCs/>
          <w:color w:val="4F81BD" w:themeColor="accent1"/>
          <w:sz w:val="28"/>
          <w:szCs w:val="28"/>
        </w:rPr>
        <w:t xml:space="preserve">                                        </w:t>
      </w:r>
    </w:p>
    <w:p w14:paraId="44747575" w14:textId="7033A459" w:rsidR="00F00235" w:rsidRDefault="00D64C15" w:rsidP="004E3AA1">
      <w:pPr>
        <w:rPr>
          <w:i/>
          <w:iCs/>
          <w:sz w:val="28"/>
          <w:szCs w:val="28"/>
        </w:rPr>
      </w:pPr>
      <w:r>
        <w:rPr>
          <w:i/>
          <w:iCs/>
          <w:color w:val="4F81BD" w:themeColor="accent1"/>
          <w:sz w:val="28"/>
          <w:szCs w:val="28"/>
        </w:rPr>
        <w:t xml:space="preserve">                                      </w:t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proofErr w:type="spellStart"/>
      <w:r w:rsidR="004E3AA1" w:rsidRPr="0008603B">
        <w:rPr>
          <w:color w:val="4F81BD" w:themeColor="accent1"/>
          <w:sz w:val="28"/>
          <w:szCs w:val="28"/>
        </w:rPr>
        <w:t>Jídelníček</w:t>
      </w:r>
      <w:proofErr w:type="spellEnd"/>
      <w:r w:rsidR="004E3AA1" w:rsidRPr="0008603B">
        <w:rPr>
          <w:color w:val="4F81BD" w:themeColor="accent1"/>
          <w:sz w:val="28"/>
          <w:szCs w:val="28"/>
        </w:rPr>
        <w:t xml:space="preserve"> </w:t>
      </w:r>
      <w:r w:rsidR="00830AF8">
        <w:rPr>
          <w:color w:val="4F81BD" w:themeColor="accent1"/>
          <w:sz w:val="28"/>
          <w:szCs w:val="28"/>
        </w:rPr>
        <w:t>1</w:t>
      </w:r>
      <w:r w:rsidR="00E059BA">
        <w:rPr>
          <w:color w:val="4F81BD" w:themeColor="accent1"/>
          <w:sz w:val="28"/>
          <w:szCs w:val="28"/>
        </w:rPr>
        <w:t>7</w:t>
      </w:r>
      <w:r w:rsidR="004E3AA1" w:rsidRPr="0008603B">
        <w:rPr>
          <w:color w:val="4F81BD" w:themeColor="accent1"/>
          <w:sz w:val="28"/>
          <w:szCs w:val="28"/>
        </w:rPr>
        <w:t xml:space="preserve">. </w:t>
      </w:r>
      <w:r w:rsidR="00830AF8">
        <w:rPr>
          <w:color w:val="4F81BD" w:themeColor="accent1"/>
          <w:sz w:val="28"/>
          <w:szCs w:val="28"/>
        </w:rPr>
        <w:t>8</w:t>
      </w:r>
      <w:r w:rsidR="004E3AA1" w:rsidRPr="0008603B">
        <w:rPr>
          <w:color w:val="4F81BD" w:themeColor="accent1"/>
          <w:sz w:val="28"/>
          <w:szCs w:val="28"/>
        </w:rPr>
        <w:t xml:space="preserve">. - </w:t>
      </w:r>
      <w:r w:rsidR="00E059BA">
        <w:rPr>
          <w:color w:val="4F81BD" w:themeColor="accent1"/>
          <w:sz w:val="28"/>
          <w:szCs w:val="28"/>
        </w:rPr>
        <w:t>21</w:t>
      </w:r>
      <w:r w:rsidR="004E3AA1" w:rsidRPr="0008603B">
        <w:rPr>
          <w:color w:val="4F81BD" w:themeColor="accent1"/>
          <w:sz w:val="28"/>
          <w:szCs w:val="28"/>
        </w:rPr>
        <w:t xml:space="preserve"> .</w:t>
      </w:r>
      <w:r w:rsidR="00830AF8">
        <w:rPr>
          <w:color w:val="4F81BD" w:themeColor="accent1"/>
          <w:sz w:val="28"/>
          <w:szCs w:val="28"/>
        </w:rPr>
        <w:t>8</w:t>
      </w:r>
      <w:r w:rsidR="004E3AA1" w:rsidRPr="0008603B">
        <w:rPr>
          <w:color w:val="4F81BD" w:themeColor="accent1"/>
          <w:sz w:val="28"/>
          <w:szCs w:val="28"/>
        </w:rPr>
        <w:t>. 2026</w:t>
      </w:r>
    </w:p>
    <w:p w14:paraId="0C08AE13" w14:textId="738806A9" w:rsidR="004E3AA1" w:rsidRPr="00F00235" w:rsidRDefault="004E3AA1" w:rsidP="004E3AA1">
      <w:pPr>
        <w:rPr>
          <w:i/>
          <w:iCs/>
          <w:sz w:val="28"/>
          <w:szCs w:val="28"/>
        </w:rPr>
      </w:pPr>
      <w:proofErr w:type="spellStart"/>
      <w:r>
        <w:rPr>
          <w:b/>
        </w:rPr>
        <w:t>Pondělí</w:t>
      </w:r>
      <w:proofErr w:type="spellEnd"/>
    </w:p>
    <w:p w14:paraId="440AC3CD" w14:textId="2D6BC573" w:rsidR="004E3AA1" w:rsidRPr="00110DF9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DC3A6B" w:rsidRPr="00DC3A6B">
        <w:t xml:space="preserve"> </w:t>
      </w:r>
      <w:proofErr w:type="spellStart"/>
      <w:r w:rsidR="0077337B">
        <w:rPr>
          <w:bCs/>
        </w:rPr>
        <w:t>Rohlík</w:t>
      </w:r>
      <w:proofErr w:type="spellEnd"/>
      <w:r w:rsidR="0077337B">
        <w:rPr>
          <w:bCs/>
        </w:rPr>
        <w:t xml:space="preserve"> s </w:t>
      </w:r>
      <w:proofErr w:type="spellStart"/>
      <w:r w:rsidR="0077337B">
        <w:rPr>
          <w:bCs/>
        </w:rPr>
        <w:t>máslem</w:t>
      </w:r>
      <w:proofErr w:type="spellEnd"/>
      <w:r w:rsidR="0077337B">
        <w:rPr>
          <w:bCs/>
        </w:rPr>
        <w:t xml:space="preserve"> a </w:t>
      </w:r>
      <w:proofErr w:type="spellStart"/>
      <w:proofErr w:type="gramStart"/>
      <w:r w:rsidR="0077337B">
        <w:rPr>
          <w:bCs/>
        </w:rPr>
        <w:t>goudou</w:t>
      </w:r>
      <w:proofErr w:type="spellEnd"/>
      <w:r w:rsidR="0077337B">
        <w:rPr>
          <w:bCs/>
        </w:rPr>
        <w:t xml:space="preserve"> </w:t>
      </w:r>
      <w:r w:rsidR="00B552CC">
        <w:rPr>
          <w:bCs/>
        </w:rPr>
        <w:t>,</w:t>
      </w:r>
      <w:proofErr w:type="gramEnd"/>
      <w:r w:rsidR="00EB59B6">
        <w:rPr>
          <w:bCs/>
        </w:rPr>
        <w:t xml:space="preserve"> </w:t>
      </w:r>
      <w:proofErr w:type="spellStart"/>
      <w:r w:rsidR="00DC3A6B">
        <w:rPr>
          <w:bCs/>
        </w:rPr>
        <w:t>čerstvé</w:t>
      </w:r>
      <w:proofErr w:type="spellEnd"/>
      <w:r w:rsidR="00DC3A6B">
        <w:rPr>
          <w:bCs/>
        </w:rPr>
        <w:t xml:space="preserve"> </w:t>
      </w:r>
      <w:proofErr w:type="spellStart"/>
      <w:r w:rsidR="00B552CC">
        <w:rPr>
          <w:bCs/>
        </w:rPr>
        <w:t>ovoce</w:t>
      </w:r>
      <w:proofErr w:type="spellEnd"/>
      <w:r w:rsidR="0077337B">
        <w:rPr>
          <w:bCs/>
        </w:rPr>
        <w:t xml:space="preserve"> a </w:t>
      </w:r>
      <w:proofErr w:type="spellStart"/>
      <w:r w:rsidR="0077337B">
        <w:rPr>
          <w:bCs/>
        </w:rPr>
        <w:t>zelenina</w:t>
      </w:r>
      <w:proofErr w:type="spellEnd"/>
      <w:r w:rsidR="00B552CC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čaj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mléko</w:t>
      </w:r>
      <w:r w:rsidR="0008603B">
        <w:rPr>
          <w:bCs/>
        </w:rPr>
        <w:t>,</w:t>
      </w:r>
      <w:r w:rsidR="00523320">
        <w:rPr>
          <w:bCs/>
        </w:rPr>
        <w:t>jablko</w:t>
      </w:r>
      <w:proofErr w:type="spellEnd"/>
      <w:r w:rsidR="00523320">
        <w:rPr>
          <w:bCs/>
        </w:rPr>
        <w:t>,</w:t>
      </w:r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(1,7)</w:t>
      </w:r>
    </w:p>
    <w:p w14:paraId="6C067273" w14:textId="6421447F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Pr="00110DF9">
        <w:rPr>
          <w:bCs/>
        </w:rPr>
        <w:t xml:space="preserve"> </w:t>
      </w:r>
      <w:proofErr w:type="spellStart"/>
      <w:r w:rsidR="0077337B">
        <w:rPr>
          <w:bCs/>
        </w:rPr>
        <w:t>Zeleninová</w:t>
      </w:r>
      <w:proofErr w:type="spellEnd"/>
      <w:r w:rsidR="0077337B">
        <w:rPr>
          <w:bCs/>
        </w:rPr>
        <w:t xml:space="preserve"> s </w:t>
      </w:r>
      <w:proofErr w:type="spellStart"/>
      <w:r w:rsidR="0077337B">
        <w:rPr>
          <w:bCs/>
        </w:rPr>
        <w:t>pohankou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</w:t>
      </w:r>
      <w:r w:rsidR="000E06CE">
        <w:rPr>
          <w:bCs/>
        </w:rPr>
        <w:t>7,</w:t>
      </w:r>
      <w:r w:rsidR="0008603B">
        <w:rPr>
          <w:bCs/>
        </w:rPr>
        <w:t>9)</w:t>
      </w:r>
    </w:p>
    <w:p w14:paraId="4E61A3F5" w14:textId="09F5552C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DC3A6B" w:rsidRPr="00DC3A6B">
        <w:t xml:space="preserve"> </w:t>
      </w:r>
      <w:proofErr w:type="spellStart"/>
      <w:r w:rsidR="0077337B">
        <w:t>Dušená</w:t>
      </w:r>
      <w:proofErr w:type="spellEnd"/>
      <w:r w:rsidR="0077337B">
        <w:t xml:space="preserve"> </w:t>
      </w:r>
      <w:proofErr w:type="spellStart"/>
      <w:r w:rsidR="0077337B">
        <w:t>mrkev</w:t>
      </w:r>
      <w:proofErr w:type="spellEnd"/>
      <w:r w:rsidR="0077337B">
        <w:t xml:space="preserve"> s </w:t>
      </w:r>
      <w:proofErr w:type="spellStart"/>
      <w:proofErr w:type="gramStart"/>
      <w:r w:rsidR="0077337B">
        <w:t>hráškem</w:t>
      </w:r>
      <w:r w:rsidR="00830AF8">
        <w:rPr>
          <w:bCs/>
        </w:rPr>
        <w:t>,</w:t>
      </w:r>
      <w:r w:rsidR="0077337B">
        <w:rPr>
          <w:bCs/>
        </w:rPr>
        <w:t>vepřové</w:t>
      </w:r>
      <w:proofErr w:type="spellEnd"/>
      <w:proofErr w:type="gramEnd"/>
      <w:r w:rsidR="0077337B">
        <w:rPr>
          <w:bCs/>
        </w:rPr>
        <w:t xml:space="preserve"> </w:t>
      </w:r>
      <w:proofErr w:type="spellStart"/>
      <w:r w:rsidR="0077337B">
        <w:rPr>
          <w:bCs/>
        </w:rPr>
        <w:t>výpečky</w:t>
      </w:r>
      <w:proofErr w:type="spellEnd"/>
      <w:r w:rsidR="0077337B">
        <w:rPr>
          <w:bCs/>
        </w:rPr>
        <w:t>,</w:t>
      </w:r>
      <w:r w:rsidR="00830AF8">
        <w:rPr>
          <w:bCs/>
        </w:rPr>
        <w:t xml:space="preserve"> </w:t>
      </w:r>
      <w:proofErr w:type="spellStart"/>
      <w:r w:rsidR="00830AF8">
        <w:rPr>
          <w:bCs/>
        </w:rPr>
        <w:t>vař.brambor</w:t>
      </w:r>
      <w:proofErr w:type="spellEnd"/>
      <w:r w:rsidR="00830AF8">
        <w:rPr>
          <w:bCs/>
        </w:rPr>
        <w:t>,</w:t>
      </w:r>
      <w:r w:rsidR="00523320">
        <w:rPr>
          <w:bCs/>
        </w:rPr>
        <w:t xml:space="preserve"> </w:t>
      </w:r>
      <w:proofErr w:type="spellStart"/>
      <w:r w:rsidR="0008603B">
        <w:t>Alergeny</w:t>
      </w:r>
      <w:proofErr w:type="spellEnd"/>
      <w:r w:rsidR="0008603B">
        <w:t>(</w:t>
      </w:r>
      <w:r w:rsidR="005B63B5">
        <w:t>1</w:t>
      </w:r>
      <w:r w:rsidR="0008603B">
        <w:t>,7)</w:t>
      </w:r>
    </w:p>
    <w:p w14:paraId="12DBC35A" w14:textId="396A498E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proofErr w:type="spellStart"/>
      <w:r>
        <w:rPr>
          <w:b/>
        </w:rPr>
        <w:t>Svačina</w:t>
      </w:r>
      <w:proofErr w:type="spellEnd"/>
      <w:r w:rsidR="00A95FAD">
        <w:rPr>
          <w:b/>
        </w:rPr>
        <w:t xml:space="preserve">: </w:t>
      </w:r>
      <w:proofErr w:type="spellStart"/>
      <w:r w:rsidR="0077337B">
        <w:rPr>
          <w:bCs/>
        </w:rPr>
        <w:t>Chléb</w:t>
      </w:r>
      <w:proofErr w:type="spellEnd"/>
      <w:r w:rsidR="0077337B">
        <w:rPr>
          <w:bCs/>
        </w:rPr>
        <w:t xml:space="preserve"> s </w:t>
      </w:r>
      <w:proofErr w:type="spellStart"/>
      <w:r w:rsidR="0077337B">
        <w:rPr>
          <w:bCs/>
        </w:rPr>
        <w:t>pomazánkou</w:t>
      </w:r>
      <w:proofErr w:type="spellEnd"/>
      <w:r w:rsidR="0077337B">
        <w:rPr>
          <w:bCs/>
        </w:rPr>
        <w:t xml:space="preserve"> </w:t>
      </w:r>
      <w:proofErr w:type="spellStart"/>
      <w:r w:rsidR="003702D2">
        <w:rPr>
          <w:bCs/>
        </w:rPr>
        <w:t>mrkvovou</w:t>
      </w:r>
      <w:proofErr w:type="spellEnd"/>
      <w:r w:rsidR="00DC3A6B" w:rsidRPr="00DC3A6B">
        <w:rPr>
          <w:bCs/>
        </w:rPr>
        <w:t xml:space="preserve">, </w:t>
      </w:r>
      <w:proofErr w:type="spellStart"/>
      <w:r w:rsidR="00DC3A6B">
        <w:rPr>
          <w:bCs/>
        </w:rPr>
        <w:t>čerstvá</w:t>
      </w:r>
      <w:proofErr w:type="spellEnd"/>
      <w:r w:rsidR="00DC3A6B">
        <w:rPr>
          <w:bCs/>
        </w:rPr>
        <w:t xml:space="preserve"> </w:t>
      </w:r>
      <w:proofErr w:type="spellStart"/>
      <w:proofErr w:type="gramStart"/>
      <w:r w:rsidR="00DC3A6B" w:rsidRPr="00DC3A6B">
        <w:rPr>
          <w:bCs/>
        </w:rPr>
        <w:t>zelenina</w:t>
      </w:r>
      <w:r w:rsidR="0008603B">
        <w:rPr>
          <w:bCs/>
        </w:rPr>
        <w:t>,</w:t>
      </w:r>
      <w:r w:rsidR="00523320">
        <w:rPr>
          <w:bCs/>
        </w:rPr>
        <w:t>čaj</w:t>
      </w:r>
      <w:proofErr w:type="gramEnd"/>
      <w:r w:rsidR="00523320">
        <w:rPr>
          <w:bCs/>
        </w:rPr>
        <w:t>,mléko</w:t>
      </w:r>
      <w:proofErr w:type="spellEnd"/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(1,7)</w:t>
      </w:r>
    </w:p>
    <w:p w14:paraId="13E202E7" w14:textId="77777777" w:rsidR="004E3AA1" w:rsidRDefault="004E3AA1" w:rsidP="004E3AA1">
      <w:proofErr w:type="spellStart"/>
      <w:r>
        <w:rPr>
          <w:b/>
        </w:rPr>
        <w:t>Úterý</w:t>
      </w:r>
      <w:proofErr w:type="spellEnd"/>
    </w:p>
    <w:p w14:paraId="60961C07" w14:textId="0E688BC5" w:rsidR="004E3AA1" w:rsidRDefault="004E3AA1" w:rsidP="004E3AA1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830AF8">
        <w:rPr>
          <w:bCs/>
        </w:rPr>
        <w:t>Ch</w:t>
      </w:r>
      <w:r w:rsidR="0077337B">
        <w:rPr>
          <w:bCs/>
        </w:rPr>
        <w:t xml:space="preserve">ia </w:t>
      </w:r>
      <w:proofErr w:type="spellStart"/>
      <w:r w:rsidR="0077337B">
        <w:rPr>
          <w:bCs/>
        </w:rPr>
        <w:t>ch</w:t>
      </w:r>
      <w:r w:rsidR="00830AF8">
        <w:rPr>
          <w:bCs/>
        </w:rPr>
        <w:t>léb</w:t>
      </w:r>
      <w:proofErr w:type="spellEnd"/>
      <w:r w:rsidR="00DC3A6B" w:rsidRPr="00DC3A6B">
        <w:rPr>
          <w:bCs/>
        </w:rPr>
        <w:t xml:space="preserve"> s</w:t>
      </w:r>
      <w:r w:rsidR="0077337B">
        <w:rPr>
          <w:bCs/>
        </w:rPr>
        <w:t xml:space="preserve"> </w:t>
      </w:r>
      <w:proofErr w:type="spellStart"/>
      <w:r w:rsidR="0077337B">
        <w:rPr>
          <w:bCs/>
        </w:rPr>
        <w:t>rybí</w:t>
      </w:r>
      <w:proofErr w:type="spellEnd"/>
      <w:r w:rsidR="0077337B">
        <w:rPr>
          <w:bCs/>
        </w:rPr>
        <w:t xml:space="preserve"> </w:t>
      </w:r>
      <w:proofErr w:type="spellStart"/>
      <w:r w:rsidR="00830AF8">
        <w:t>pomazánkou</w:t>
      </w:r>
      <w:proofErr w:type="spellEnd"/>
      <w:r>
        <w:t xml:space="preserve">, </w:t>
      </w:r>
      <w:proofErr w:type="spellStart"/>
      <w:r w:rsidR="00830AF8">
        <w:t>ovoce</w:t>
      </w:r>
      <w:proofErr w:type="spellEnd"/>
      <w:r w:rsidR="0008603B">
        <w:t>,</w:t>
      </w:r>
      <w:r w:rsidR="00830AF8">
        <w:t xml:space="preserve"> </w:t>
      </w:r>
      <w:proofErr w:type="spellStart"/>
      <w:proofErr w:type="gramStart"/>
      <w:r w:rsidR="00830AF8">
        <w:t>zelenina,</w:t>
      </w:r>
      <w:r w:rsidR="0077337B">
        <w:t>čaj</w:t>
      </w:r>
      <w:proofErr w:type="spellEnd"/>
      <w:proofErr w:type="gramEnd"/>
      <w:r w:rsidR="0077337B">
        <w:t xml:space="preserve">, </w:t>
      </w:r>
      <w:proofErr w:type="spellStart"/>
      <w:r w:rsidR="0077337B">
        <w:t>mléko</w:t>
      </w:r>
      <w:proofErr w:type="spellEnd"/>
      <w:r w:rsidR="00830AF8">
        <w:t xml:space="preserve"> </w:t>
      </w:r>
      <w:r w:rsidR="0008603B">
        <w:t xml:space="preserve"> </w:t>
      </w:r>
      <w:proofErr w:type="spellStart"/>
      <w:r w:rsidR="0008603B">
        <w:t>Alergeny</w:t>
      </w:r>
      <w:proofErr w:type="spellEnd"/>
      <w:r w:rsidR="0008603B">
        <w:t>(1,</w:t>
      </w:r>
      <w:r w:rsidR="0077337B">
        <w:t>4,</w:t>
      </w:r>
      <w:r w:rsidR="0008603B">
        <w:t>7)</w:t>
      </w:r>
    </w:p>
    <w:p w14:paraId="79BE16A6" w14:textId="099F2256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77337B">
        <w:rPr>
          <w:bCs/>
        </w:rPr>
        <w:t>P</w:t>
      </w:r>
      <w:r w:rsidR="003702D2">
        <w:rPr>
          <w:bCs/>
        </w:rPr>
        <w:t>ó</w:t>
      </w:r>
      <w:r w:rsidR="0077337B">
        <w:rPr>
          <w:bCs/>
        </w:rPr>
        <w:t>rková</w:t>
      </w:r>
      <w:proofErr w:type="spellEnd"/>
      <w:r w:rsidR="0077337B">
        <w:rPr>
          <w:bCs/>
        </w:rPr>
        <w:t xml:space="preserve"> s </w:t>
      </w:r>
      <w:proofErr w:type="spellStart"/>
      <w:proofErr w:type="gramStart"/>
      <w:r w:rsidR="0077337B">
        <w:rPr>
          <w:bCs/>
        </w:rPr>
        <w:t>kapáním</w:t>
      </w:r>
      <w:proofErr w:type="spellEnd"/>
      <w:r w:rsidR="00A95FAD">
        <w:rPr>
          <w:bCs/>
        </w:rPr>
        <w:t xml:space="preserve"> </w:t>
      </w:r>
      <w:r w:rsidR="0008603B">
        <w:rPr>
          <w:bCs/>
        </w:rPr>
        <w:t>,</w:t>
      </w:r>
      <w:proofErr w:type="gramEnd"/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r w:rsidR="000E06CE">
        <w:rPr>
          <w:bCs/>
        </w:rPr>
        <w:t>1,7,</w:t>
      </w:r>
      <w:r w:rsidR="0008603B">
        <w:rPr>
          <w:bCs/>
        </w:rPr>
        <w:t>9)</w:t>
      </w:r>
    </w:p>
    <w:p w14:paraId="0C77E3E8" w14:textId="454E3593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77337B">
        <w:rPr>
          <w:bCs/>
        </w:rPr>
        <w:t>Pečen</w:t>
      </w:r>
      <w:r w:rsidR="003702D2">
        <w:rPr>
          <w:bCs/>
        </w:rPr>
        <w:t>á</w:t>
      </w:r>
      <w:proofErr w:type="spellEnd"/>
      <w:r w:rsidR="0077337B">
        <w:rPr>
          <w:bCs/>
        </w:rPr>
        <w:t xml:space="preserve"> </w:t>
      </w:r>
      <w:proofErr w:type="spellStart"/>
      <w:r w:rsidR="0077337B">
        <w:t>k</w:t>
      </w:r>
      <w:r w:rsidR="00DC3A6B">
        <w:t>uřecí</w:t>
      </w:r>
      <w:proofErr w:type="spellEnd"/>
      <w:r w:rsidR="0077337B">
        <w:t xml:space="preserve"> </w:t>
      </w:r>
      <w:proofErr w:type="spellStart"/>
      <w:r w:rsidR="0077337B">
        <w:t>stehna</w:t>
      </w:r>
      <w:proofErr w:type="spellEnd"/>
      <w:r w:rsidR="00830AF8">
        <w:t>,</w:t>
      </w:r>
      <w:r w:rsidR="0077337B">
        <w:t xml:space="preserve"> </w:t>
      </w:r>
      <w:proofErr w:type="spellStart"/>
      <w:r w:rsidR="0077337B">
        <w:t>rýže</w:t>
      </w:r>
      <w:proofErr w:type="spellEnd"/>
      <w:r w:rsidR="0077337B">
        <w:t>,</w:t>
      </w:r>
      <w:r w:rsidR="00830AF8">
        <w:t xml:space="preserve"> </w:t>
      </w:r>
      <w:proofErr w:type="spellStart"/>
      <w:r w:rsidR="00830AF8">
        <w:t>zeleninový</w:t>
      </w:r>
      <w:proofErr w:type="spellEnd"/>
      <w:r w:rsidR="00830AF8">
        <w:t xml:space="preserve"> </w:t>
      </w:r>
      <w:proofErr w:type="spellStart"/>
      <w:proofErr w:type="gramStart"/>
      <w:r w:rsidR="00830AF8">
        <w:t>salát</w:t>
      </w:r>
      <w:proofErr w:type="spellEnd"/>
      <w:r w:rsidR="00830AF8">
        <w:t xml:space="preserve">, </w:t>
      </w:r>
      <w:r w:rsidR="0008603B">
        <w:t xml:space="preserve"> </w:t>
      </w:r>
      <w:proofErr w:type="spellStart"/>
      <w:r w:rsidR="0008603B">
        <w:t>Alergeny</w:t>
      </w:r>
      <w:proofErr w:type="spellEnd"/>
      <w:proofErr w:type="gramEnd"/>
      <w:r w:rsidR="0008603B">
        <w:t>(1,7)</w:t>
      </w:r>
    </w:p>
    <w:p w14:paraId="6E6EE9A9" w14:textId="460C6D66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A6664B">
        <w:t>Čočková</w:t>
      </w:r>
      <w:proofErr w:type="spellEnd"/>
      <w:r w:rsidR="00A6664B">
        <w:t xml:space="preserve"> </w:t>
      </w:r>
      <w:proofErr w:type="spellStart"/>
      <w:r w:rsidR="00A6664B">
        <w:t>p</w:t>
      </w:r>
      <w:r w:rsidR="00523320">
        <w:t>omazánk</w:t>
      </w:r>
      <w:r w:rsidR="00DC3A6B">
        <w:t>a</w:t>
      </w:r>
      <w:proofErr w:type="spellEnd"/>
      <w:r w:rsidR="00EB59B6">
        <w:t xml:space="preserve">, </w:t>
      </w:r>
      <w:proofErr w:type="spellStart"/>
      <w:r w:rsidR="00830AF8">
        <w:t>kváskový</w:t>
      </w:r>
      <w:proofErr w:type="spellEnd"/>
      <w:r w:rsidR="00DC3A6B">
        <w:t xml:space="preserve"> </w:t>
      </w:r>
      <w:proofErr w:type="spellStart"/>
      <w:r w:rsidR="00DC3A6B">
        <w:t>chléb</w:t>
      </w:r>
      <w:proofErr w:type="spellEnd"/>
      <w:r w:rsidR="00B43687">
        <w:t xml:space="preserve">, </w:t>
      </w:r>
      <w:proofErr w:type="spellStart"/>
      <w:r w:rsidR="00B43687">
        <w:t>čaj</w:t>
      </w:r>
      <w:proofErr w:type="spellEnd"/>
      <w:r w:rsidR="00B43687">
        <w:t xml:space="preserve">, </w:t>
      </w:r>
      <w:proofErr w:type="spellStart"/>
      <w:r w:rsidR="00B43687">
        <w:t>mléko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3006E2F2" w14:textId="77777777" w:rsidR="004E3AA1" w:rsidRDefault="004E3AA1" w:rsidP="004E3AA1">
      <w:proofErr w:type="spellStart"/>
      <w:r>
        <w:rPr>
          <w:b/>
        </w:rPr>
        <w:t>Středa</w:t>
      </w:r>
      <w:proofErr w:type="spellEnd"/>
    </w:p>
    <w:p w14:paraId="133D1CA2" w14:textId="54EA4AA1" w:rsidR="004E3AA1" w:rsidRPr="00B43687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 w:rsidR="00B43687">
        <w:rPr>
          <w:b/>
        </w:rPr>
        <w:t>:</w:t>
      </w:r>
      <w:r w:rsidR="00892878">
        <w:rPr>
          <w:b/>
        </w:rPr>
        <w:t xml:space="preserve"> </w:t>
      </w:r>
      <w:proofErr w:type="spellStart"/>
      <w:r w:rsidR="005A72AD">
        <w:rPr>
          <w:bCs/>
        </w:rPr>
        <w:t>Kukuřičné</w:t>
      </w:r>
      <w:proofErr w:type="spellEnd"/>
      <w:r w:rsidR="005A72AD">
        <w:rPr>
          <w:bCs/>
        </w:rPr>
        <w:t xml:space="preserve"> </w:t>
      </w:r>
      <w:proofErr w:type="spellStart"/>
      <w:r w:rsidR="005A72AD">
        <w:rPr>
          <w:bCs/>
        </w:rPr>
        <w:t>lup</w:t>
      </w:r>
      <w:r w:rsidR="003702D2">
        <w:rPr>
          <w:bCs/>
        </w:rPr>
        <w:t>í</w:t>
      </w:r>
      <w:r w:rsidR="005A72AD">
        <w:rPr>
          <w:bCs/>
        </w:rPr>
        <w:t>nky</w:t>
      </w:r>
      <w:proofErr w:type="spellEnd"/>
      <w:r w:rsidR="005A72AD">
        <w:rPr>
          <w:bCs/>
        </w:rPr>
        <w:t xml:space="preserve"> s </w:t>
      </w:r>
      <w:proofErr w:type="spellStart"/>
      <w:proofErr w:type="gramStart"/>
      <w:r w:rsidR="005A72AD">
        <w:rPr>
          <w:bCs/>
        </w:rPr>
        <w:t>mlékem</w:t>
      </w:r>
      <w:r w:rsidR="00B43687" w:rsidRPr="000343BE">
        <w:rPr>
          <w:bCs/>
        </w:rPr>
        <w:t>,</w:t>
      </w:r>
      <w:r w:rsidR="00B43687">
        <w:rPr>
          <w:bCs/>
        </w:rPr>
        <w:t>čaj</w:t>
      </w:r>
      <w:proofErr w:type="spellEnd"/>
      <w:proofErr w:type="gram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(1,7)</w:t>
      </w:r>
    </w:p>
    <w:p w14:paraId="2A80279A" w14:textId="72BDFAC0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3702D2">
        <w:rPr>
          <w:bCs/>
        </w:rPr>
        <w:t>Česnečka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DC3A6B">
        <w:t>1</w:t>
      </w:r>
      <w:r w:rsidR="000E06CE">
        <w:t>,</w:t>
      </w:r>
      <w:r w:rsidR="0008603B">
        <w:t>7</w:t>
      </w:r>
      <w:r w:rsidR="00D6398D">
        <w:t>,9</w:t>
      </w:r>
      <w:r w:rsidR="0008603B">
        <w:t>)</w:t>
      </w:r>
    </w:p>
    <w:p w14:paraId="117C13FE" w14:textId="6CC3769E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3702D2">
        <w:rPr>
          <w:bCs/>
        </w:rPr>
        <w:t>Čočka</w:t>
      </w:r>
      <w:proofErr w:type="spellEnd"/>
      <w:r w:rsidR="003702D2">
        <w:rPr>
          <w:bCs/>
        </w:rPr>
        <w:t xml:space="preserve"> po </w:t>
      </w:r>
      <w:proofErr w:type="spellStart"/>
      <w:r w:rsidR="003702D2">
        <w:rPr>
          <w:bCs/>
        </w:rPr>
        <w:t>srbsku</w:t>
      </w:r>
      <w:proofErr w:type="spellEnd"/>
      <w:r w:rsidR="005A72AD">
        <w:rPr>
          <w:bCs/>
        </w:rPr>
        <w:t xml:space="preserve">, </w:t>
      </w:r>
      <w:proofErr w:type="spellStart"/>
      <w:r w:rsidR="005A72AD">
        <w:rPr>
          <w:bCs/>
        </w:rPr>
        <w:t>chléb</w:t>
      </w:r>
      <w:proofErr w:type="spellEnd"/>
      <w:r w:rsidR="005A72AD">
        <w:rPr>
          <w:bCs/>
        </w:rPr>
        <w:t xml:space="preserve">, </w:t>
      </w:r>
      <w:r w:rsidR="0008603B">
        <w:t>(</w:t>
      </w:r>
      <w:r w:rsidR="005B63B5">
        <w:t>1,</w:t>
      </w:r>
      <w:r w:rsidR="0008603B">
        <w:t>7)</w:t>
      </w:r>
    </w:p>
    <w:p w14:paraId="6017B0F7" w14:textId="18316FEB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413EF7">
        <w:rPr>
          <w:bCs/>
        </w:rPr>
        <w:t xml:space="preserve">Chia </w:t>
      </w:r>
      <w:proofErr w:type="spellStart"/>
      <w:r w:rsidR="00413EF7">
        <w:rPr>
          <w:bCs/>
        </w:rPr>
        <w:t>chléb</w:t>
      </w:r>
      <w:proofErr w:type="spellEnd"/>
      <w:r w:rsidR="00413EF7">
        <w:rPr>
          <w:bCs/>
        </w:rPr>
        <w:t xml:space="preserve"> se </w:t>
      </w:r>
      <w:proofErr w:type="spellStart"/>
      <w:r w:rsidR="00413EF7">
        <w:rPr>
          <w:bCs/>
        </w:rPr>
        <w:t>smetanovou</w:t>
      </w:r>
      <w:proofErr w:type="spellEnd"/>
      <w:r w:rsidR="00413EF7">
        <w:rPr>
          <w:bCs/>
        </w:rPr>
        <w:t xml:space="preserve"> </w:t>
      </w:r>
      <w:proofErr w:type="spellStart"/>
      <w:r w:rsidR="00413EF7">
        <w:rPr>
          <w:bCs/>
        </w:rPr>
        <w:t>pomazánkou</w:t>
      </w:r>
      <w:proofErr w:type="spellEnd"/>
      <w:r>
        <w:t xml:space="preserve">, </w:t>
      </w:r>
      <w:proofErr w:type="spellStart"/>
      <w:r w:rsidR="00605DE8">
        <w:t>banán</w:t>
      </w:r>
      <w:proofErr w:type="spellEnd"/>
      <w:r w:rsidR="00F00235">
        <w:t>,</w:t>
      </w:r>
      <w:r>
        <w:t xml:space="preserve">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07ECEEB1" w14:textId="77777777" w:rsidR="004E3AA1" w:rsidRDefault="004E3AA1" w:rsidP="004E3AA1">
      <w:proofErr w:type="spellStart"/>
      <w:r>
        <w:rPr>
          <w:b/>
        </w:rPr>
        <w:t>Čtvrtek</w:t>
      </w:r>
      <w:proofErr w:type="spellEnd"/>
    </w:p>
    <w:p w14:paraId="278DB28D" w14:textId="2C61B419" w:rsidR="004E3AA1" w:rsidRPr="006E7032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892878" w:rsidRPr="00892878">
        <w:rPr>
          <w:bCs/>
        </w:rPr>
        <w:t xml:space="preserve"> </w:t>
      </w:r>
      <w:proofErr w:type="spellStart"/>
      <w:r w:rsidR="00361FCE">
        <w:rPr>
          <w:bCs/>
        </w:rPr>
        <w:t>Veka</w:t>
      </w:r>
      <w:proofErr w:type="spellEnd"/>
      <w:r w:rsidR="00892878">
        <w:rPr>
          <w:bCs/>
        </w:rPr>
        <w:t xml:space="preserve"> s</w:t>
      </w:r>
      <w:r w:rsidR="00361FCE">
        <w:rPr>
          <w:bCs/>
        </w:rPr>
        <w:t xml:space="preserve"> </w:t>
      </w:r>
      <w:proofErr w:type="spellStart"/>
      <w:r w:rsidR="00361FCE">
        <w:rPr>
          <w:bCs/>
        </w:rPr>
        <w:t>ovocným</w:t>
      </w:r>
      <w:proofErr w:type="spellEnd"/>
      <w:r w:rsidR="00892878">
        <w:rPr>
          <w:bCs/>
        </w:rPr>
        <w:t xml:space="preserve"> </w:t>
      </w:r>
      <w:proofErr w:type="spellStart"/>
      <w:proofErr w:type="gramStart"/>
      <w:r w:rsidR="00361FCE">
        <w:rPr>
          <w:bCs/>
        </w:rPr>
        <w:t>máslem</w:t>
      </w:r>
      <w:proofErr w:type="spellEnd"/>
      <w:r w:rsidR="00361FCE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mléko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čaj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(1</w:t>
      </w:r>
      <w:r w:rsidR="00605DE8">
        <w:rPr>
          <w:bCs/>
        </w:rPr>
        <w:t>,</w:t>
      </w:r>
      <w:r w:rsidR="0008603B">
        <w:rPr>
          <w:bCs/>
        </w:rPr>
        <w:t>7)</w:t>
      </w:r>
    </w:p>
    <w:p w14:paraId="0207922F" w14:textId="475AA0BB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361FCE">
        <w:t>Brokolicová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1,</w:t>
      </w:r>
      <w:r w:rsidR="00830AF8">
        <w:t>3,</w:t>
      </w:r>
      <w:r w:rsidR="0008603B">
        <w:t>9)</w:t>
      </w:r>
    </w:p>
    <w:p w14:paraId="777FC912" w14:textId="4BD3448D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361FCE">
        <w:t>Krutí</w:t>
      </w:r>
      <w:proofErr w:type="spellEnd"/>
      <w:r w:rsidR="00361FCE">
        <w:t xml:space="preserve"> </w:t>
      </w:r>
      <w:proofErr w:type="spellStart"/>
      <w:r w:rsidR="00361FCE">
        <w:t>rizoto</w:t>
      </w:r>
      <w:proofErr w:type="spellEnd"/>
      <w:r w:rsidR="00361FCE">
        <w:t xml:space="preserve"> </w:t>
      </w:r>
      <w:proofErr w:type="spellStart"/>
      <w:r w:rsidR="00361FCE">
        <w:t>sypané</w:t>
      </w:r>
      <w:proofErr w:type="spellEnd"/>
      <w:r w:rsidR="00361FCE">
        <w:t xml:space="preserve"> </w:t>
      </w:r>
      <w:proofErr w:type="spellStart"/>
      <w:proofErr w:type="gramStart"/>
      <w:r w:rsidR="00361FCE">
        <w:t>sýrem</w:t>
      </w:r>
      <w:proofErr w:type="spellEnd"/>
      <w:r w:rsidR="00830AF8">
        <w:t xml:space="preserve">, </w:t>
      </w:r>
      <w:r w:rsidR="00F00235">
        <w:t xml:space="preserve"> </w:t>
      </w:r>
      <w:proofErr w:type="spellStart"/>
      <w:r w:rsidR="00F00235">
        <w:t>salátek</w:t>
      </w:r>
      <w:proofErr w:type="spellEnd"/>
      <w:proofErr w:type="gramEnd"/>
      <w:r w:rsidR="0008603B">
        <w:t xml:space="preserve"> </w:t>
      </w:r>
      <w:proofErr w:type="spellStart"/>
      <w:r w:rsidR="0008603B">
        <w:t>Alergeny</w:t>
      </w:r>
      <w:proofErr w:type="spellEnd"/>
      <w:r w:rsidR="0008603B">
        <w:t>(1,7</w:t>
      </w:r>
      <w:r w:rsidR="000E06CE">
        <w:t>,9</w:t>
      </w:r>
      <w:r w:rsidR="0008603B">
        <w:t>)</w:t>
      </w:r>
    </w:p>
    <w:p w14:paraId="50E0903A" w14:textId="5C55F0DF" w:rsidR="00044DE2" w:rsidRDefault="004E3AA1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413EF7">
        <w:rPr>
          <w:bCs/>
        </w:rPr>
        <w:t>C</w:t>
      </w:r>
      <w:r w:rsidR="00761BCB">
        <w:rPr>
          <w:bCs/>
        </w:rPr>
        <w:t>hléb</w:t>
      </w:r>
      <w:proofErr w:type="spellEnd"/>
      <w:r w:rsidR="00D6398D">
        <w:rPr>
          <w:bCs/>
        </w:rPr>
        <w:t xml:space="preserve"> </w:t>
      </w:r>
      <w:r w:rsidR="00F00235">
        <w:rPr>
          <w:bCs/>
        </w:rPr>
        <w:t>s</w:t>
      </w:r>
      <w:r w:rsidR="00413EF7">
        <w:rPr>
          <w:bCs/>
        </w:rPr>
        <w:t xml:space="preserve"> </w:t>
      </w:r>
      <w:proofErr w:type="spellStart"/>
      <w:r w:rsidR="00361FCE">
        <w:rPr>
          <w:bCs/>
        </w:rPr>
        <w:t>tvarohovou</w:t>
      </w:r>
      <w:proofErr w:type="spellEnd"/>
      <w:r w:rsidR="00361FCE">
        <w:rPr>
          <w:bCs/>
        </w:rPr>
        <w:t xml:space="preserve"> </w:t>
      </w:r>
      <w:proofErr w:type="spellStart"/>
      <w:proofErr w:type="gramStart"/>
      <w:r w:rsidR="00F00235">
        <w:rPr>
          <w:bCs/>
        </w:rPr>
        <w:t>pomazánkou</w:t>
      </w:r>
      <w:proofErr w:type="spellEnd"/>
      <w:r w:rsidR="00413EF7">
        <w:rPr>
          <w:bCs/>
        </w:rPr>
        <w:t xml:space="preserve"> ,</w:t>
      </w:r>
      <w:proofErr w:type="gramEnd"/>
      <w:r w:rsidR="00F00235">
        <w:rPr>
          <w:bCs/>
        </w:rPr>
        <w:t xml:space="preserve"> paprika</w:t>
      </w:r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(1,7)</w:t>
      </w:r>
    </w:p>
    <w:p w14:paraId="0F03283C" w14:textId="158F328E" w:rsidR="00F00235" w:rsidRDefault="00F00235" w:rsidP="00E059BA">
      <w:pPr>
        <w:spacing w:after="40"/>
        <w:rPr>
          <w:b/>
        </w:rPr>
      </w:pPr>
      <w:proofErr w:type="spellStart"/>
      <w:r>
        <w:rPr>
          <w:b/>
        </w:rPr>
        <w:t>Pátek</w:t>
      </w:r>
      <w:proofErr w:type="spellEnd"/>
    </w:p>
    <w:p w14:paraId="2D07376E" w14:textId="77777777" w:rsidR="00F00235" w:rsidRDefault="00F00235" w:rsidP="00D6398D">
      <w:pPr>
        <w:spacing w:after="40"/>
        <w:ind w:left="240"/>
        <w:rPr>
          <w:b/>
        </w:rPr>
      </w:pPr>
    </w:p>
    <w:p w14:paraId="3FCCFA00" w14:textId="4A1CC686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361FCE">
        <w:rPr>
          <w:bCs/>
        </w:rPr>
        <w:t>Slunečnicová</w:t>
      </w:r>
      <w:proofErr w:type="spellEnd"/>
      <w:r w:rsidR="00830AF8">
        <w:rPr>
          <w:bCs/>
        </w:rPr>
        <w:t xml:space="preserve"> </w:t>
      </w:r>
      <w:proofErr w:type="spellStart"/>
      <w:r w:rsidR="00830AF8">
        <w:rPr>
          <w:bCs/>
        </w:rPr>
        <w:t>kostka</w:t>
      </w:r>
      <w:proofErr w:type="spellEnd"/>
      <w:r w:rsidR="001F5227" w:rsidRPr="001F5227">
        <w:rPr>
          <w:bCs/>
        </w:rPr>
        <w:t xml:space="preserve"> s</w:t>
      </w:r>
      <w:r w:rsidR="00361FCE">
        <w:rPr>
          <w:bCs/>
        </w:rPr>
        <w:t xml:space="preserve">e </w:t>
      </w:r>
      <w:proofErr w:type="spellStart"/>
      <w:r w:rsidR="00361FCE">
        <w:rPr>
          <w:bCs/>
        </w:rPr>
        <w:t>sýrem</w:t>
      </w:r>
      <w:proofErr w:type="spellEnd"/>
      <w:r w:rsidR="00605DE8">
        <w:rPr>
          <w:bCs/>
        </w:rPr>
        <w:t>,</w:t>
      </w:r>
      <w:r w:rsidR="00830AF8">
        <w:rPr>
          <w:bCs/>
        </w:rPr>
        <w:t xml:space="preserve"> </w:t>
      </w:r>
      <w:proofErr w:type="spellStart"/>
      <w:r w:rsidR="00605DE8">
        <w:rPr>
          <w:bCs/>
        </w:rPr>
        <w:t>ovoce</w:t>
      </w:r>
      <w:proofErr w:type="spellEnd"/>
      <w:r w:rsidR="00605DE8">
        <w:rPr>
          <w:bCs/>
        </w:rPr>
        <w:t>,</w:t>
      </w:r>
      <w:r w:rsidR="00830AF8">
        <w:rPr>
          <w:bCs/>
        </w:rPr>
        <w:t xml:space="preserve"> </w:t>
      </w:r>
      <w:proofErr w:type="spellStart"/>
      <w:proofErr w:type="gramStart"/>
      <w:r w:rsidR="001F5227">
        <w:rPr>
          <w:bCs/>
        </w:rPr>
        <w:t>kakao,</w:t>
      </w:r>
      <w:r w:rsidR="00605DE8">
        <w:rPr>
          <w:bCs/>
        </w:rPr>
        <w:t>čaj</w:t>
      </w:r>
      <w:proofErr w:type="spellEnd"/>
      <w:proofErr w:type="gramEnd"/>
      <w:r w:rsidR="00605DE8">
        <w:rPr>
          <w:bCs/>
        </w:rPr>
        <w:t>,</w:t>
      </w:r>
      <w:r w:rsidR="001F5227">
        <w:rPr>
          <w:bCs/>
        </w:rPr>
        <w:t xml:space="preserve"> </w:t>
      </w:r>
      <w:proofErr w:type="spellStart"/>
      <w:r w:rsidR="00605DE8">
        <w:rPr>
          <w:bCs/>
        </w:rPr>
        <w:t>Alergeny</w:t>
      </w:r>
      <w:proofErr w:type="spellEnd"/>
      <w:r w:rsidR="00605DE8">
        <w:rPr>
          <w:bCs/>
        </w:rPr>
        <w:t>(1,7)</w:t>
      </w:r>
    </w:p>
    <w:p w14:paraId="051E4515" w14:textId="11D375E0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361FCE">
        <w:rPr>
          <w:bCs/>
        </w:rPr>
        <w:t>Rajská</w:t>
      </w:r>
      <w:proofErr w:type="spellEnd"/>
      <w:r w:rsidR="00361FCE">
        <w:rPr>
          <w:bCs/>
        </w:rPr>
        <w:t xml:space="preserve"> s </w:t>
      </w:r>
      <w:proofErr w:type="spellStart"/>
      <w:proofErr w:type="gramStart"/>
      <w:r w:rsidR="00361FCE">
        <w:rPr>
          <w:bCs/>
        </w:rPr>
        <w:t>těstovinou</w:t>
      </w:r>
      <w:r w:rsidR="00CD6BE7">
        <w:rPr>
          <w:bCs/>
        </w:rPr>
        <w:t>,Alergeny</w:t>
      </w:r>
      <w:proofErr w:type="spellEnd"/>
      <w:proofErr w:type="gramEnd"/>
      <w:r w:rsidR="00CD6BE7">
        <w:rPr>
          <w:bCs/>
        </w:rPr>
        <w:t>(1,7,9)</w:t>
      </w:r>
    </w:p>
    <w:p w14:paraId="1077D622" w14:textId="02251ECF" w:rsidR="00F00235" w:rsidRPr="00F00235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361FCE">
        <w:rPr>
          <w:bCs/>
        </w:rPr>
        <w:t>Trhanec</w:t>
      </w:r>
      <w:proofErr w:type="spellEnd"/>
      <w:r w:rsidR="00361FCE">
        <w:rPr>
          <w:bCs/>
        </w:rPr>
        <w:t xml:space="preserve"> s </w:t>
      </w:r>
      <w:proofErr w:type="spellStart"/>
      <w:r w:rsidR="00361FCE">
        <w:rPr>
          <w:bCs/>
        </w:rPr>
        <w:t>povidly</w:t>
      </w:r>
      <w:proofErr w:type="spellEnd"/>
      <w:r w:rsidR="003702D2">
        <w:rPr>
          <w:bCs/>
        </w:rPr>
        <w:t xml:space="preserve"> a </w:t>
      </w:r>
      <w:proofErr w:type="spellStart"/>
      <w:r w:rsidR="003702D2">
        <w:rPr>
          <w:bCs/>
        </w:rPr>
        <w:t>perníkem</w:t>
      </w:r>
      <w:proofErr w:type="spellEnd"/>
      <w:r w:rsidR="00CD6BE7">
        <w:rPr>
          <w:bCs/>
        </w:rPr>
        <w:t>,</w:t>
      </w:r>
      <w:r w:rsidR="00830AF8">
        <w:rPr>
          <w:bCs/>
        </w:rPr>
        <w:t xml:space="preserve"> </w:t>
      </w:r>
      <w:proofErr w:type="spellStart"/>
      <w:proofErr w:type="gramStart"/>
      <w:r w:rsidR="00CD6BE7">
        <w:rPr>
          <w:bCs/>
        </w:rPr>
        <w:t>Alergeny</w:t>
      </w:r>
      <w:proofErr w:type="spellEnd"/>
      <w:r w:rsidR="00CD6BE7">
        <w:rPr>
          <w:bCs/>
        </w:rPr>
        <w:t>(</w:t>
      </w:r>
      <w:proofErr w:type="gramEnd"/>
      <w:r w:rsidR="00CD6BE7">
        <w:rPr>
          <w:bCs/>
        </w:rPr>
        <w:t>1,7)</w:t>
      </w:r>
    </w:p>
    <w:p w14:paraId="1A5BDC24" w14:textId="0806599F" w:rsidR="00F00235" w:rsidRPr="00605DE8" w:rsidRDefault="00F00235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 w:rsidR="00605DE8">
        <w:rPr>
          <w:b/>
        </w:rPr>
        <w:t xml:space="preserve"> </w:t>
      </w:r>
      <w:proofErr w:type="spellStart"/>
      <w:r w:rsidR="00361FCE">
        <w:rPr>
          <w:bCs/>
        </w:rPr>
        <w:t>Podmáslový</w:t>
      </w:r>
      <w:proofErr w:type="spellEnd"/>
      <w:r w:rsidR="00361FCE">
        <w:rPr>
          <w:bCs/>
        </w:rPr>
        <w:t xml:space="preserve"> </w:t>
      </w:r>
      <w:proofErr w:type="spellStart"/>
      <w:r w:rsidR="00361FCE">
        <w:rPr>
          <w:bCs/>
        </w:rPr>
        <w:t>chléb</w:t>
      </w:r>
      <w:proofErr w:type="spellEnd"/>
      <w:r w:rsidR="001F5227" w:rsidRPr="001F5227">
        <w:rPr>
          <w:bCs/>
        </w:rPr>
        <w:t xml:space="preserve"> s </w:t>
      </w:r>
      <w:proofErr w:type="spellStart"/>
      <w:r w:rsidR="00361FCE">
        <w:rPr>
          <w:bCs/>
        </w:rPr>
        <w:t>kukuřičnou</w:t>
      </w:r>
      <w:proofErr w:type="spellEnd"/>
      <w:r w:rsidR="001F5227" w:rsidRPr="001F5227">
        <w:rPr>
          <w:bCs/>
        </w:rPr>
        <w:t xml:space="preserve"> </w:t>
      </w:r>
      <w:proofErr w:type="spellStart"/>
      <w:proofErr w:type="gramStart"/>
      <w:r w:rsidR="001F5227" w:rsidRPr="001F5227">
        <w:rPr>
          <w:bCs/>
        </w:rPr>
        <w:t>pomazánkou</w:t>
      </w:r>
      <w:r w:rsidR="00605DE8">
        <w:rPr>
          <w:bCs/>
        </w:rPr>
        <w:t>,</w:t>
      </w:r>
      <w:r w:rsidR="001F5227">
        <w:rPr>
          <w:bCs/>
        </w:rPr>
        <w:t>ovoce</w:t>
      </w:r>
      <w:proofErr w:type="spellEnd"/>
      <w:proofErr w:type="gramEnd"/>
      <w:r w:rsidR="00605DE8">
        <w:rPr>
          <w:bCs/>
        </w:rPr>
        <w:t xml:space="preserve"> </w:t>
      </w:r>
      <w:proofErr w:type="spellStart"/>
      <w:r w:rsidR="00605DE8">
        <w:rPr>
          <w:bCs/>
        </w:rPr>
        <w:t>Alergeny</w:t>
      </w:r>
      <w:proofErr w:type="spellEnd"/>
      <w:r w:rsidR="00605DE8">
        <w:rPr>
          <w:bCs/>
        </w:rPr>
        <w:t>(1,7)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2AF7CB47" w14:textId="3772A8D9" w:rsidR="009837D8" w:rsidRDefault="004E3AA1" w:rsidP="001F5227">
      <w:pPr>
        <w:spacing w:after="40"/>
        <w:jc w:val="center"/>
        <w:rPr>
          <w:i/>
        </w:rPr>
      </w:pPr>
      <w:proofErr w:type="spellStart"/>
      <w:r>
        <w:rPr>
          <w:i/>
        </w:rPr>
        <w:t>Poznámka</w:t>
      </w:r>
      <w:proofErr w:type="spellEnd"/>
      <w:r>
        <w:rPr>
          <w:i/>
        </w:rPr>
        <w:t xml:space="preserve">: Po </w:t>
      </w:r>
      <w:proofErr w:type="spellStart"/>
      <w:r>
        <w:rPr>
          <w:i/>
        </w:rPr>
        <w:t>celý</w:t>
      </w:r>
      <w:proofErr w:type="spellEnd"/>
      <w:r>
        <w:rPr>
          <w:i/>
        </w:rPr>
        <w:t xml:space="preserve"> den je </w:t>
      </w:r>
      <w:proofErr w:type="spellStart"/>
      <w:r>
        <w:rPr>
          <w:i/>
        </w:rPr>
        <w:t>dětem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zajištěn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pitný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režim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voda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čaj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mléko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také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čerstvé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ovoce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Změna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jídelníčku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vyhrazena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Jídlo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určeno</w:t>
      </w:r>
      <w:proofErr w:type="spellEnd"/>
      <w:r>
        <w:rPr>
          <w:i/>
        </w:rPr>
        <w:t xml:space="preserve"> k </w:t>
      </w:r>
      <w:proofErr w:type="spellStart"/>
      <w:r>
        <w:rPr>
          <w:i/>
        </w:rPr>
        <w:t>okamžité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spotřebě</w:t>
      </w:r>
      <w:proofErr w:type="spellEnd"/>
      <w:r>
        <w:rPr>
          <w:i/>
        </w:rPr>
        <w:t>.</w:t>
      </w:r>
    </w:p>
    <w:p w14:paraId="7E972095" w14:textId="77777777" w:rsidR="00F00235" w:rsidRDefault="00F00235" w:rsidP="00044DE2">
      <w:pPr>
        <w:spacing w:after="40"/>
        <w:ind w:left="240"/>
        <w:rPr>
          <w:i/>
        </w:rPr>
      </w:pPr>
    </w:p>
    <w:p w14:paraId="0CBAB21D" w14:textId="77777777" w:rsidR="00F00235" w:rsidRPr="004E3AA1" w:rsidRDefault="00F00235" w:rsidP="00044DE2">
      <w:pPr>
        <w:spacing w:after="40"/>
        <w:ind w:left="240"/>
        <w:rPr>
          <w:i/>
        </w:rPr>
      </w:pPr>
    </w:p>
    <w:p w14:paraId="5B5E6F74" w14:textId="04AE955E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F66C" w14:textId="77777777" w:rsidR="00E97F86" w:rsidRDefault="00E97F86" w:rsidP="009B5EC0">
      <w:pPr>
        <w:spacing w:after="0" w:line="240" w:lineRule="auto"/>
      </w:pPr>
      <w:r>
        <w:separator/>
      </w:r>
    </w:p>
  </w:endnote>
  <w:endnote w:type="continuationSeparator" w:id="0">
    <w:p w14:paraId="5C91BF79" w14:textId="77777777" w:rsidR="00E97F86" w:rsidRDefault="00E97F86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3CDF" w14:textId="77777777" w:rsidR="00E97F86" w:rsidRDefault="00E97F86" w:rsidP="009B5EC0">
      <w:pPr>
        <w:spacing w:after="0" w:line="240" w:lineRule="auto"/>
      </w:pPr>
      <w:r>
        <w:separator/>
      </w:r>
    </w:p>
  </w:footnote>
  <w:footnote w:type="continuationSeparator" w:id="0">
    <w:p w14:paraId="0D6E901F" w14:textId="77777777" w:rsidR="00E97F86" w:rsidRDefault="00E97F86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3BE"/>
    <w:rsid w:val="00034616"/>
    <w:rsid w:val="00044DE2"/>
    <w:rsid w:val="000523E5"/>
    <w:rsid w:val="0006063C"/>
    <w:rsid w:val="00061337"/>
    <w:rsid w:val="00071DC6"/>
    <w:rsid w:val="0008603B"/>
    <w:rsid w:val="000E06CE"/>
    <w:rsid w:val="0015074B"/>
    <w:rsid w:val="001A03D0"/>
    <w:rsid w:val="001B437E"/>
    <w:rsid w:val="001E2F46"/>
    <w:rsid w:val="001F5227"/>
    <w:rsid w:val="00231481"/>
    <w:rsid w:val="00242EBA"/>
    <w:rsid w:val="00253249"/>
    <w:rsid w:val="00277A02"/>
    <w:rsid w:val="0029639D"/>
    <w:rsid w:val="002B6BE9"/>
    <w:rsid w:val="002E7D7C"/>
    <w:rsid w:val="00312363"/>
    <w:rsid w:val="00323C07"/>
    <w:rsid w:val="00326F90"/>
    <w:rsid w:val="00352644"/>
    <w:rsid w:val="00361FCE"/>
    <w:rsid w:val="003649C9"/>
    <w:rsid w:val="003702D2"/>
    <w:rsid w:val="003A1F50"/>
    <w:rsid w:val="003B4ACB"/>
    <w:rsid w:val="00405504"/>
    <w:rsid w:val="00413EF7"/>
    <w:rsid w:val="00416842"/>
    <w:rsid w:val="0044760E"/>
    <w:rsid w:val="00465AD3"/>
    <w:rsid w:val="00484DA2"/>
    <w:rsid w:val="004E3AA1"/>
    <w:rsid w:val="004F4120"/>
    <w:rsid w:val="0051346D"/>
    <w:rsid w:val="00517DCF"/>
    <w:rsid w:val="00523320"/>
    <w:rsid w:val="00553663"/>
    <w:rsid w:val="005545E4"/>
    <w:rsid w:val="005679A6"/>
    <w:rsid w:val="00577161"/>
    <w:rsid w:val="005A1237"/>
    <w:rsid w:val="005A5623"/>
    <w:rsid w:val="005A72AD"/>
    <w:rsid w:val="005A7839"/>
    <w:rsid w:val="005B63B5"/>
    <w:rsid w:val="005C68E8"/>
    <w:rsid w:val="005D2B3E"/>
    <w:rsid w:val="005E0707"/>
    <w:rsid w:val="00605DE8"/>
    <w:rsid w:val="00625A8F"/>
    <w:rsid w:val="00630E7B"/>
    <w:rsid w:val="00637F74"/>
    <w:rsid w:val="006775D4"/>
    <w:rsid w:val="006C5FA5"/>
    <w:rsid w:val="006F5D62"/>
    <w:rsid w:val="00761BCB"/>
    <w:rsid w:val="0077337B"/>
    <w:rsid w:val="00783E5D"/>
    <w:rsid w:val="00791028"/>
    <w:rsid w:val="007A2305"/>
    <w:rsid w:val="007A462C"/>
    <w:rsid w:val="007F4C17"/>
    <w:rsid w:val="008132B3"/>
    <w:rsid w:val="00830AF8"/>
    <w:rsid w:val="00862330"/>
    <w:rsid w:val="0086234C"/>
    <w:rsid w:val="008648D3"/>
    <w:rsid w:val="00874EF7"/>
    <w:rsid w:val="00892878"/>
    <w:rsid w:val="008F6BF5"/>
    <w:rsid w:val="00903770"/>
    <w:rsid w:val="00907295"/>
    <w:rsid w:val="00915F96"/>
    <w:rsid w:val="00924337"/>
    <w:rsid w:val="00951F3C"/>
    <w:rsid w:val="00980234"/>
    <w:rsid w:val="009837D8"/>
    <w:rsid w:val="009A387C"/>
    <w:rsid w:val="009B5EC0"/>
    <w:rsid w:val="009D1880"/>
    <w:rsid w:val="009D197A"/>
    <w:rsid w:val="009D419E"/>
    <w:rsid w:val="009F1BC9"/>
    <w:rsid w:val="00A217FA"/>
    <w:rsid w:val="00A52408"/>
    <w:rsid w:val="00A6664B"/>
    <w:rsid w:val="00A9357F"/>
    <w:rsid w:val="00A95FAD"/>
    <w:rsid w:val="00A965EF"/>
    <w:rsid w:val="00AA1D8D"/>
    <w:rsid w:val="00AF285E"/>
    <w:rsid w:val="00B23392"/>
    <w:rsid w:val="00B30E47"/>
    <w:rsid w:val="00B43687"/>
    <w:rsid w:val="00B47730"/>
    <w:rsid w:val="00B552CC"/>
    <w:rsid w:val="00B561A8"/>
    <w:rsid w:val="00B632DC"/>
    <w:rsid w:val="00BB526D"/>
    <w:rsid w:val="00BC4AB2"/>
    <w:rsid w:val="00BC7D1B"/>
    <w:rsid w:val="00BD6915"/>
    <w:rsid w:val="00BE77F5"/>
    <w:rsid w:val="00C326CF"/>
    <w:rsid w:val="00C776F2"/>
    <w:rsid w:val="00C879D3"/>
    <w:rsid w:val="00C97ECC"/>
    <w:rsid w:val="00CB0664"/>
    <w:rsid w:val="00CD6BE7"/>
    <w:rsid w:val="00D249FA"/>
    <w:rsid w:val="00D24CBE"/>
    <w:rsid w:val="00D32F32"/>
    <w:rsid w:val="00D36B4A"/>
    <w:rsid w:val="00D61358"/>
    <w:rsid w:val="00D6398D"/>
    <w:rsid w:val="00D64C15"/>
    <w:rsid w:val="00D908C9"/>
    <w:rsid w:val="00DA53CF"/>
    <w:rsid w:val="00DA7A31"/>
    <w:rsid w:val="00DC3A6B"/>
    <w:rsid w:val="00DD1915"/>
    <w:rsid w:val="00DF299E"/>
    <w:rsid w:val="00E059BA"/>
    <w:rsid w:val="00E648DE"/>
    <w:rsid w:val="00E66ED1"/>
    <w:rsid w:val="00E932B0"/>
    <w:rsid w:val="00E97F86"/>
    <w:rsid w:val="00EB59B6"/>
    <w:rsid w:val="00EC5C63"/>
    <w:rsid w:val="00F00235"/>
    <w:rsid w:val="00F323D0"/>
    <w:rsid w:val="00FB7B49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6</cp:revision>
  <cp:lastPrinted>2026-08-06T08:40:00Z</cp:lastPrinted>
  <dcterms:created xsi:type="dcterms:W3CDTF">2026-04-15T10:42:00Z</dcterms:created>
  <dcterms:modified xsi:type="dcterms:W3CDTF">2026-08-06T08:53:00Z</dcterms:modified>
  <cp:category/>
</cp:coreProperties>
</file>