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FE11" w14:textId="77777777" w:rsidR="00D64C15" w:rsidRDefault="00605DE8" w:rsidP="004E3AA1">
      <w:pPr>
        <w:rPr>
          <w:i/>
          <w:iCs/>
          <w:color w:val="4F81BD" w:themeColor="accent1"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E7EA36E" wp14:editId="04E371EB">
            <wp:simplePos x="0" y="0"/>
            <wp:positionH relativeFrom="page">
              <wp:posOffset>-693420</wp:posOffset>
            </wp:positionH>
            <wp:positionV relativeFrom="paragraph">
              <wp:posOffset>-1644615</wp:posOffset>
            </wp:positionV>
            <wp:extent cx="8601075" cy="12867033"/>
            <wp:effectExtent l="0" t="0" r="0" b="0"/>
            <wp:wrapNone/>
            <wp:docPr id="617898354" name="Obrázek 617898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364E37D" wp14:editId="09DCB280">
            <wp:simplePos x="0" y="0"/>
            <wp:positionH relativeFrom="page">
              <wp:posOffset>-432435</wp:posOffset>
            </wp:positionH>
            <wp:positionV relativeFrom="paragraph">
              <wp:posOffset>-1645920</wp:posOffset>
            </wp:positionV>
            <wp:extent cx="8601075" cy="12867033"/>
            <wp:effectExtent l="0" t="0" r="0" b="0"/>
            <wp:wrapNone/>
            <wp:docPr id="1888226766" name="Obrázek 188822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330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3B9094E7">
            <wp:simplePos x="0" y="0"/>
            <wp:positionH relativeFrom="page">
              <wp:posOffset>-585470</wp:posOffset>
            </wp:positionH>
            <wp:positionV relativeFrom="paragraph">
              <wp:posOffset>-1798864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235">
        <w:rPr>
          <w:i/>
          <w:iCs/>
          <w:color w:val="4F81BD" w:themeColor="accent1"/>
          <w:sz w:val="28"/>
          <w:szCs w:val="28"/>
        </w:rPr>
        <w:t xml:space="preserve">                                        </w:t>
      </w:r>
    </w:p>
    <w:p w14:paraId="44747575" w14:textId="3ED2128A" w:rsidR="00F00235" w:rsidRDefault="00D64C15" w:rsidP="004E3AA1">
      <w:pPr>
        <w:rPr>
          <w:i/>
          <w:iCs/>
          <w:sz w:val="28"/>
          <w:szCs w:val="28"/>
        </w:rPr>
      </w:pPr>
      <w:r>
        <w:rPr>
          <w:i/>
          <w:iCs/>
          <w:color w:val="4F81BD" w:themeColor="accent1"/>
          <w:sz w:val="28"/>
          <w:szCs w:val="28"/>
        </w:rPr>
        <w:t xml:space="preserve">                                      </w:t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proofErr w:type="spellStart"/>
      <w:r w:rsidR="004E3AA1" w:rsidRPr="0008603B">
        <w:rPr>
          <w:color w:val="4F81BD" w:themeColor="accent1"/>
          <w:sz w:val="28"/>
          <w:szCs w:val="28"/>
        </w:rPr>
        <w:t>Jídelníček</w:t>
      </w:r>
      <w:proofErr w:type="spellEnd"/>
      <w:r w:rsidR="004E3AA1" w:rsidRPr="0008603B">
        <w:rPr>
          <w:color w:val="4F81BD" w:themeColor="accent1"/>
          <w:sz w:val="28"/>
          <w:szCs w:val="28"/>
        </w:rPr>
        <w:t xml:space="preserve"> </w:t>
      </w:r>
      <w:r w:rsidR="00830AF8">
        <w:rPr>
          <w:color w:val="4F81BD" w:themeColor="accent1"/>
          <w:sz w:val="28"/>
          <w:szCs w:val="28"/>
        </w:rPr>
        <w:t>10</w:t>
      </w:r>
      <w:r w:rsidR="004E3AA1" w:rsidRPr="0008603B">
        <w:rPr>
          <w:color w:val="4F81BD" w:themeColor="accent1"/>
          <w:sz w:val="28"/>
          <w:szCs w:val="28"/>
        </w:rPr>
        <w:t xml:space="preserve">. </w:t>
      </w:r>
      <w:r w:rsidR="00830AF8">
        <w:rPr>
          <w:color w:val="4F81BD" w:themeColor="accent1"/>
          <w:sz w:val="28"/>
          <w:szCs w:val="28"/>
        </w:rPr>
        <w:t>8</w:t>
      </w:r>
      <w:r w:rsidR="004E3AA1" w:rsidRPr="0008603B">
        <w:rPr>
          <w:color w:val="4F81BD" w:themeColor="accent1"/>
          <w:sz w:val="28"/>
          <w:szCs w:val="28"/>
        </w:rPr>
        <w:t xml:space="preserve">. - </w:t>
      </w:r>
      <w:r w:rsidR="00830AF8">
        <w:rPr>
          <w:color w:val="4F81BD" w:themeColor="accent1"/>
          <w:sz w:val="28"/>
          <w:szCs w:val="28"/>
        </w:rPr>
        <w:t>1</w:t>
      </w:r>
      <w:r w:rsidR="00DC3A6B">
        <w:rPr>
          <w:color w:val="4F81BD" w:themeColor="accent1"/>
          <w:sz w:val="28"/>
          <w:szCs w:val="28"/>
        </w:rPr>
        <w:t>4</w:t>
      </w:r>
      <w:r w:rsidR="004E3AA1" w:rsidRPr="0008603B">
        <w:rPr>
          <w:color w:val="4F81BD" w:themeColor="accent1"/>
          <w:sz w:val="28"/>
          <w:szCs w:val="28"/>
        </w:rPr>
        <w:t xml:space="preserve"> .</w:t>
      </w:r>
      <w:r w:rsidR="00830AF8">
        <w:rPr>
          <w:color w:val="4F81BD" w:themeColor="accent1"/>
          <w:sz w:val="28"/>
          <w:szCs w:val="28"/>
        </w:rPr>
        <w:t>8</w:t>
      </w:r>
      <w:r w:rsidR="004E3AA1" w:rsidRPr="0008603B">
        <w:rPr>
          <w:color w:val="4F81BD" w:themeColor="accent1"/>
          <w:sz w:val="28"/>
          <w:szCs w:val="28"/>
        </w:rPr>
        <w:t>. 2026</w:t>
      </w:r>
    </w:p>
    <w:p w14:paraId="0C08AE13" w14:textId="738806A9" w:rsidR="004E3AA1" w:rsidRPr="00F00235" w:rsidRDefault="004E3AA1" w:rsidP="004E3AA1">
      <w:pPr>
        <w:rPr>
          <w:i/>
          <w:iCs/>
          <w:sz w:val="28"/>
          <w:szCs w:val="28"/>
        </w:rPr>
      </w:pPr>
      <w:proofErr w:type="spellStart"/>
      <w:r>
        <w:rPr>
          <w:b/>
        </w:rPr>
        <w:t>Pondělí</w:t>
      </w:r>
      <w:proofErr w:type="spellEnd"/>
    </w:p>
    <w:p w14:paraId="440AC3CD" w14:textId="380A2E04" w:rsidR="004E3AA1" w:rsidRPr="00110DF9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DC3A6B" w:rsidRPr="00DC3A6B">
        <w:t xml:space="preserve"> </w:t>
      </w:r>
      <w:proofErr w:type="spellStart"/>
      <w:r w:rsidR="00830AF8">
        <w:rPr>
          <w:bCs/>
        </w:rPr>
        <w:t>Podmáslový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chléb</w:t>
      </w:r>
      <w:proofErr w:type="spellEnd"/>
      <w:r w:rsidR="00DC3A6B">
        <w:rPr>
          <w:bCs/>
        </w:rPr>
        <w:t xml:space="preserve"> se </w:t>
      </w:r>
      <w:proofErr w:type="spellStart"/>
      <w:r w:rsidR="00B552CC">
        <w:rPr>
          <w:bCs/>
        </w:rPr>
        <w:t>zelenin</w:t>
      </w:r>
      <w:r w:rsidR="00DC3A6B">
        <w:rPr>
          <w:bCs/>
        </w:rPr>
        <w:t>ovou</w:t>
      </w:r>
      <w:proofErr w:type="spellEnd"/>
      <w:r w:rsidR="00DC3A6B">
        <w:rPr>
          <w:bCs/>
        </w:rPr>
        <w:t xml:space="preserve"> </w:t>
      </w:r>
      <w:proofErr w:type="spellStart"/>
      <w:r w:rsidR="00DC3A6B">
        <w:rPr>
          <w:bCs/>
        </w:rPr>
        <w:t>pomazánkou</w:t>
      </w:r>
      <w:proofErr w:type="spellEnd"/>
      <w:r w:rsidR="00B552CC">
        <w:rPr>
          <w:bCs/>
        </w:rPr>
        <w:t>,</w:t>
      </w:r>
      <w:r w:rsidR="00EB59B6">
        <w:rPr>
          <w:bCs/>
        </w:rPr>
        <w:t xml:space="preserve"> </w:t>
      </w:r>
      <w:proofErr w:type="spellStart"/>
      <w:r w:rsidR="00DC3A6B">
        <w:rPr>
          <w:bCs/>
        </w:rPr>
        <w:t>čerstvé</w:t>
      </w:r>
      <w:proofErr w:type="spellEnd"/>
      <w:r w:rsidR="00DC3A6B">
        <w:rPr>
          <w:bCs/>
        </w:rPr>
        <w:t xml:space="preserve"> </w:t>
      </w:r>
      <w:proofErr w:type="spellStart"/>
      <w:r w:rsidR="00B552CC">
        <w:rPr>
          <w:bCs/>
        </w:rPr>
        <w:t>ovoce</w:t>
      </w:r>
      <w:proofErr w:type="spellEnd"/>
      <w:r w:rsidR="00B552CC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čaj</w:t>
      </w:r>
      <w:proofErr w:type="spellEnd"/>
      <w:r>
        <w:rPr>
          <w:bCs/>
        </w:rPr>
        <w:t xml:space="preserve">, </w:t>
      </w:r>
      <w:proofErr w:type="spellStart"/>
      <w:proofErr w:type="gramStart"/>
      <w:r>
        <w:rPr>
          <w:bCs/>
        </w:rPr>
        <w:t>mléko</w:t>
      </w:r>
      <w:r w:rsidR="0008603B">
        <w:rPr>
          <w:bCs/>
        </w:rPr>
        <w:t>,</w:t>
      </w:r>
      <w:r w:rsidR="00523320">
        <w:rPr>
          <w:bCs/>
        </w:rPr>
        <w:t>jablko</w:t>
      </w:r>
      <w:proofErr w:type="spellEnd"/>
      <w:proofErr w:type="gramEnd"/>
      <w:r w:rsidR="00523320">
        <w:rPr>
          <w:bCs/>
        </w:rPr>
        <w:t>,</w:t>
      </w:r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(1,7)</w:t>
      </w:r>
    </w:p>
    <w:p w14:paraId="6C067273" w14:textId="561A2C31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Pr="00110DF9">
        <w:rPr>
          <w:bCs/>
        </w:rPr>
        <w:t xml:space="preserve"> </w:t>
      </w:r>
      <w:proofErr w:type="spellStart"/>
      <w:r w:rsidR="00830AF8">
        <w:rPr>
          <w:bCs/>
        </w:rPr>
        <w:t>Bramborová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</w:t>
      </w:r>
      <w:r w:rsidR="000E06CE">
        <w:rPr>
          <w:bCs/>
        </w:rPr>
        <w:t>7,</w:t>
      </w:r>
      <w:r w:rsidR="0008603B">
        <w:rPr>
          <w:bCs/>
        </w:rPr>
        <w:t>9)</w:t>
      </w:r>
    </w:p>
    <w:p w14:paraId="4E61A3F5" w14:textId="7824BCB2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DC3A6B" w:rsidRPr="00DC3A6B">
        <w:t xml:space="preserve"> </w:t>
      </w:r>
      <w:proofErr w:type="spellStart"/>
      <w:r w:rsidR="00830AF8">
        <w:t>Fazolky</w:t>
      </w:r>
      <w:proofErr w:type="spellEnd"/>
      <w:r w:rsidR="00830AF8">
        <w:t xml:space="preserve"> </w:t>
      </w:r>
      <w:proofErr w:type="spellStart"/>
      <w:r w:rsidR="00830AF8">
        <w:t>na</w:t>
      </w:r>
      <w:proofErr w:type="spellEnd"/>
      <w:r w:rsidR="00830AF8">
        <w:t xml:space="preserve"> </w:t>
      </w:r>
      <w:proofErr w:type="spellStart"/>
      <w:r w:rsidR="00830AF8">
        <w:t>smetaně</w:t>
      </w:r>
      <w:proofErr w:type="spellEnd"/>
      <w:r w:rsidR="00B552CC">
        <w:rPr>
          <w:bCs/>
        </w:rPr>
        <w:t>,</w:t>
      </w:r>
      <w:r w:rsidR="00830AF8">
        <w:rPr>
          <w:bCs/>
        </w:rPr>
        <w:t xml:space="preserve"> </w:t>
      </w:r>
      <w:proofErr w:type="spellStart"/>
      <w:r w:rsidR="00830AF8">
        <w:rPr>
          <w:bCs/>
        </w:rPr>
        <w:t>vejce</w:t>
      </w:r>
      <w:proofErr w:type="spellEnd"/>
      <w:r w:rsidR="00830AF8">
        <w:rPr>
          <w:bCs/>
        </w:rPr>
        <w:t xml:space="preserve">, </w:t>
      </w:r>
      <w:proofErr w:type="spellStart"/>
      <w:proofErr w:type="gramStart"/>
      <w:r w:rsidR="00830AF8">
        <w:rPr>
          <w:bCs/>
        </w:rPr>
        <w:t>vař.brambor</w:t>
      </w:r>
      <w:proofErr w:type="spellEnd"/>
      <w:proofErr w:type="gramEnd"/>
      <w:r w:rsidR="00830AF8">
        <w:rPr>
          <w:bCs/>
        </w:rPr>
        <w:t>,</w:t>
      </w:r>
      <w:r w:rsidR="00523320">
        <w:rPr>
          <w:bCs/>
        </w:rPr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</w:t>
      </w:r>
      <w:r w:rsidR="0008603B">
        <w:t>,</w:t>
      </w:r>
      <w:r w:rsidR="00830AF8">
        <w:t>3</w:t>
      </w:r>
      <w:r w:rsidR="00DC3A6B">
        <w:t>,</w:t>
      </w:r>
      <w:r w:rsidR="0008603B">
        <w:t>7)</w:t>
      </w:r>
    </w:p>
    <w:p w14:paraId="12DBC35A" w14:textId="1AF31503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proofErr w:type="spellStart"/>
      <w:r>
        <w:rPr>
          <w:b/>
        </w:rPr>
        <w:t>Svačina</w:t>
      </w:r>
      <w:proofErr w:type="spellEnd"/>
      <w:r w:rsidR="00A95FAD">
        <w:rPr>
          <w:b/>
        </w:rPr>
        <w:t xml:space="preserve">: </w:t>
      </w:r>
      <w:proofErr w:type="spellStart"/>
      <w:r w:rsidR="00761BCB">
        <w:rPr>
          <w:bCs/>
        </w:rPr>
        <w:t>Z</w:t>
      </w:r>
      <w:r w:rsidR="00DC3A6B" w:rsidRPr="00DC3A6B">
        <w:rPr>
          <w:bCs/>
        </w:rPr>
        <w:t>apečen</w:t>
      </w:r>
      <w:r w:rsidR="00830AF8">
        <w:rPr>
          <w:bCs/>
        </w:rPr>
        <w:t>á</w:t>
      </w:r>
      <w:proofErr w:type="spellEnd"/>
      <w:r w:rsidR="00DC3A6B" w:rsidRPr="00DC3A6B">
        <w:rPr>
          <w:bCs/>
        </w:rPr>
        <w:t xml:space="preserve"> </w:t>
      </w:r>
      <w:proofErr w:type="spellStart"/>
      <w:r w:rsidR="00830AF8">
        <w:rPr>
          <w:bCs/>
        </w:rPr>
        <w:t>veka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ve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vajíčku</w:t>
      </w:r>
      <w:proofErr w:type="spellEnd"/>
      <w:r w:rsidR="00DC3A6B" w:rsidRPr="00DC3A6B">
        <w:rPr>
          <w:bCs/>
        </w:rPr>
        <w:t xml:space="preserve">, </w:t>
      </w:r>
      <w:proofErr w:type="spellStart"/>
      <w:r w:rsidR="00DC3A6B">
        <w:rPr>
          <w:bCs/>
        </w:rPr>
        <w:t>čerstvá</w:t>
      </w:r>
      <w:proofErr w:type="spellEnd"/>
      <w:r w:rsidR="00DC3A6B">
        <w:rPr>
          <w:bCs/>
        </w:rPr>
        <w:t xml:space="preserve"> </w:t>
      </w:r>
      <w:proofErr w:type="spellStart"/>
      <w:proofErr w:type="gramStart"/>
      <w:r w:rsidR="00DC3A6B" w:rsidRPr="00DC3A6B">
        <w:rPr>
          <w:bCs/>
        </w:rPr>
        <w:t>zelenina</w:t>
      </w:r>
      <w:r w:rsidR="0008603B">
        <w:rPr>
          <w:bCs/>
        </w:rPr>
        <w:t>,</w:t>
      </w:r>
      <w:r w:rsidR="00523320">
        <w:rPr>
          <w:bCs/>
        </w:rPr>
        <w:t>čaj</w:t>
      </w:r>
      <w:proofErr w:type="gramEnd"/>
      <w:r w:rsidR="00523320">
        <w:rPr>
          <w:bCs/>
        </w:rPr>
        <w:t>,mléko</w:t>
      </w:r>
      <w:proofErr w:type="spellEnd"/>
      <w:r w:rsidR="0008603B">
        <w:rPr>
          <w:bCs/>
        </w:rPr>
        <w:t xml:space="preserve"> </w:t>
      </w:r>
      <w:proofErr w:type="gramStart"/>
      <w:r w:rsidR="0008603B">
        <w:rPr>
          <w:bCs/>
        </w:rPr>
        <w:t>Alergeny(</w:t>
      </w:r>
      <w:proofErr w:type="gramEnd"/>
      <w:r w:rsidR="0008603B">
        <w:rPr>
          <w:bCs/>
        </w:rPr>
        <w:t>1,</w:t>
      </w:r>
      <w:r w:rsidR="00DC3A6B">
        <w:rPr>
          <w:bCs/>
        </w:rPr>
        <w:t>3,</w:t>
      </w:r>
      <w:r w:rsidR="0008603B">
        <w:rPr>
          <w:bCs/>
        </w:rPr>
        <w:t>7)</w:t>
      </w:r>
    </w:p>
    <w:p w14:paraId="13E202E7" w14:textId="77777777" w:rsidR="004E3AA1" w:rsidRDefault="004E3AA1" w:rsidP="004E3AA1">
      <w:proofErr w:type="spellStart"/>
      <w:r>
        <w:rPr>
          <w:b/>
        </w:rPr>
        <w:t>Úterý</w:t>
      </w:r>
      <w:proofErr w:type="spellEnd"/>
    </w:p>
    <w:p w14:paraId="60961C07" w14:textId="744519E0" w:rsidR="004E3AA1" w:rsidRDefault="004E3AA1" w:rsidP="004E3AA1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830AF8">
        <w:rPr>
          <w:bCs/>
        </w:rPr>
        <w:t>Chléb</w:t>
      </w:r>
      <w:proofErr w:type="spellEnd"/>
      <w:r w:rsidR="00DC3A6B" w:rsidRPr="00DC3A6B">
        <w:rPr>
          <w:bCs/>
        </w:rPr>
        <w:t xml:space="preserve"> s</w:t>
      </w:r>
      <w:r w:rsidR="00830AF8">
        <w:rPr>
          <w:bCs/>
        </w:rPr>
        <w:t>e</w:t>
      </w:r>
      <w:r w:rsidR="00830AF8">
        <w:rPr>
          <w:b/>
        </w:rPr>
        <w:t xml:space="preserve"> </w:t>
      </w:r>
      <w:proofErr w:type="spellStart"/>
      <w:r w:rsidR="00892878">
        <w:t>sýr</w:t>
      </w:r>
      <w:r w:rsidR="00830AF8">
        <w:t>ovou</w:t>
      </w:r>
      <w:proofErr w:type="spellEnd"/>
      <w:r w:rsidR="00830AF8">
        <w:t xml:space="preserve"> </w:t>
      </w:r>
      <w:proofErr w:type="spellStart"/>
      <w:r w:rsidR="00830AF8">
        <w:t>pomazánkou</w:t>
      </w:r>
      <w:proofErr w:type="spellEnd"/>
      <w:r>
        <w:t xml:space="preserve">, </w:t>
      </w:r>
      <w:proofErr w:type="spellStart"/>
      <w:r>
        <w:t>mléko</w:t>
      </w:r>
      <w:proofErr w:type="spellEnd"/>
      <w:r>
        <w:t xml:space="preserve">, </w:t>
      </w:r>
      <w:proofErr w:type="spellStart"/>
      <w:r w:rsidR="00830AF8">
        <w:t>ovoce</w:t>
      </w:r>
      <w:proofErr w:type="spellEnd"/>
      <w:r w:rsidR="0008603B">
        <w:t>,</w:t>
      </w:r>
      <w:r w:rsidR="00830AF8">
        <w:t xml:space="preserve"> </w:t>
      </w:r>
      <w:proofErr w:type="spellStart"/>
      <w:proofErr w:type="gramStart"/>
      <w:r w:rsidR="00830AF8">
        <w:t>zelenina</w:t>
      </w:r>
      <w:proofErr w:type="spellEnd"/>
      <w:r w:rsidR="00830AF8">
        <w:t xml:space="preserve">, </w:t>
      </w:r>
      <w:r w:rsidR="0008603B">
        <w:t xml:space="preserve"> </w:t>
      </w:r>
      <w:proofErr w:type="spellStart"/>
      <w:r w:rsidR="0008603B">
        <w:t>Alergeny</w:t>
      </w:r>
      <w:proofErr w:type="spellEnd"/>
      <w:proofErr w:type="gramEnd"/>
      <w:r w:rsidR="0008603B">
        <w:t>(1,7)</w:t>
      </w:r>
    </w:p>
    <w:p w14:paraId="79BE16A6" w14:textId="7F110E3E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C3A6B">
        <w:rPr>
          <w:bCs/>
        </w:rPr>
        <w:t>Mrkvov</w:t>
      </w:r>
      <w:r w:rsidR="00830AF8">
        <w:rPr>
          <w:bCs/>
        </w:rPr>
        <w:t>ý</w:t>
      </w:r>
      <w:proofErr w:type="spellEnd"/>
      <w:r w:rsidR="00830AF8">
        <w:rPr>
          <w:bCs/>
        </w:rPr>
        <w:t xml:space="preserve"> </w:t>
      </w:r>
      <w:proofErr w:type="spellStart"/>
      <w:proofErr w:type="gramStart"/>
      <w:r w:rsidR="00830AF8">
        <w:rPr>
          <w:bCs/>
        </w:rPr>
        <w:t>krém</w:t>
      </w:r>
      <w:proofErr w:type="spellEnd"/>
      <w:r w:rsidR="00A95FAD">
        <w:rPr>
          <w:bCs/>
        </w:rPr>
        <w:t xml:space="preserve"> </w:t>
      </w:r>
      <w:r w:rsidR="0008603B">
        <w:rPr>
          <w:bCs/>
        </w:rPr>
        <w:t>,</w:t>
      </w:r>
      <w:proofErr w:type="gramEnd"/>
      <w:r w:rsidR="0008603B">
        <w:rPr>
          <w:bCs/>
        </w:rPr>
        <w:t xml:space="preserve">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E06CE">
        <w:rPr>
          <w:bCs/>
        </w:rPr>
        <w:t>1,7,</w:t>
      </w:r>
      <w:r w:rsidR="0008603B">
        <w:rPr>
          <w:bCs/>
        </w:rPr>
        <w:t>9)</w:t>
      </w:r>
    </w:p>
    <w:p w14:paraId="0C77E3E8" w14:textId="0F3DAA87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DC3A6B">
        <w:t>Kuřecí</w:t>
      </w:r>
      <w:proofErr w:type="spellEnd"/>
      <w:r w:rsidR="00DC3A6B">
        <w:t xml:space="preserve"> </w:t>
      </w:r>
      <w:proofErr w:type="spellStart"/>
      <w:r w:rsidR="00830AF8">
        <w:t>nudličky</w:t>
      </w:r>
      <w:proofErr w:type="spellEnd"/>
      <w:r w:rsidR="00830AF8">
        <w:t xml:space="preserve"> </w:t>
      </w:r>
      <w:proofErr w:type="spellStart"/>
      <w:r w:rsidR="00830AF8">
        <w:t>na</w:t>
      </w:r>
      <w:proofErr w:type="spellEnd"/>
      <w:r w:rsidR="00830AF8">
        <w:t xml:space="preserve"> kari, </w:t>
      </w:r>
      <w:proofErr w:type="spellStart"/>
      <w:r w:rsidR="00830AF8">
        <w:t>kuskus</w:t>
      </w:r>
      <w:proofErr w:type="spellEnd"/>
      <w:r w:rsidR="00830AF8">
        <w:t xml:space="preserve">, </w:t>
      </w:r>
      <w:proofErr w:type="spellStart"/>
      <w:r w:rsidR="00830AF8">
        <w:t>zeleninový</w:t>
      </w:r>
      <w:proofErr w:type="spellEnd"/>
      <w:r w:rsidR="00830AF8">
        <w:t xml:space="preserve"> </w:t>
      </w:r>
      <w:proofErr w:type="spellStart"/>
      <w:proofErr w:type="gramStart"/>
      <w:r w:rsidR="00830AF8">
        <w:t>salát</w:t>
      </w:r>
      <w:proofErr w:type="spellEnd"/>
      <w:r w:rsidR="00830AF8">
        <w:t xml:space="preserve">, </w:t>
      </w:r>
      <w:r w:rsidR="0008603B">
        <w:t xml:space="preserve"> Alergeny</w:t>
      </w:r>
      <w:proofErr w:type="gramEnd"/>
      <w:r w:rsidR="0008603B">
        <w:t>(1,7)</w:t>
      </w:r>
    </w:p>
    <w:p w14:paraId="6E6EE9A9" w14:textId="156FDC70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DC3A6B">
        <w:t>P</w:t>
      </w:r>
      <w:r w:rsidR="00523320">
        <w:t>omazánk</w:t>
      </w:r>
      <w:r w:rsidR="00DC3A6B">
        <w:t>a</w:t>
      </w:r>
      <w:proofErr w:type="spellEnd"/>
      <w:r w:rsidR="00DC3A6B">
        <w:t xml:space="preserve"> z </w:t>
      </w:r>
      <w:proofErr w:type="spellStart"/>
      <w:r w:rsidR="00DC3A6B">
        <w:t>Ajvaru</w:t>
      </w:r>
      <w:proofErr w:type="spellEnd"/>
      <w:r w:rsidR="00EB59B6">
        <w:t xml:space="preserve">, </w:t>
      </w:r>
      <w:r w:rsidR="00830AF8">
        <w:t>kváskový</w:t>
      </w:r>
      <w:r w:rsidR="00DC3A6B">
        <w:t xml:space="preserve"> </w:t>
      </w:r>
      <w:proofErr w:type="spellStart"/>
      <w:r w:rsidR="00DC3A6B">
        <w:t>chléb</w:t>
      </w:r>
      <w:proofErr w:type="spellEnd"/>
      <w:r>
        <w:t xml:space="preserve">, </w:t>
      </w:r>
      <w:proofErr w:type="spellStart"/>
      <w:r w:rsidR="00B43687">
        <w:t>jablko</w:t>
      </w:r>
      <w:proofErr w:type="spellEnd"/>
      <w:r w:rsidR="00B43687">
        <w:t xml:space="preserve">, </w:t>
      </w:r>
      <w:proofErr w:type="spellStart"/>
      <w:r w:rsidR="00B43687">
        <w:t>čaj</w:t>
      </w:r>
      <w:proofErr w:type="spellEnd"/>
      <w:r w:rsidR="00B43687">
        <w:t xml:space="preserve">, </w:t>
      </w:r>
      <w:proofErr w:type="spellStart"/>
      <w:r w:rsidR="00B43687">
        <w:t>mléko</w:t>
      </w:r>
      <w:proofErr w:type="spellEnd"/>
      <w:r w:rsidR="0008603B">
        <w:t>, Alergeny(1,7)</w:t>
      </w:r>
    </w:p>
    <w:p w14:paraId="3006E2F2" w14:textId="77777777" w:rsidR="004E3AA1" w:rsidRDefault="004E3AA1" w:rsidP="004E3AA1">
      <w:proofErr w:type="spellStart"/>
      <w:r>
        <w:rPr>
          <w:b/>
        </w:rPr>
        <w:t>Středa</w:t>
      </w:r>
      <w:proofErr w:type="spellEnd"/>
    </w:p>
    <w:p w14:paraId="133D1CA2" w14:textId="7B3B37AA" w:rsidR="004E3AA1" w:rsidRPr="00B43687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 w:rsidR="00B43687">
        <w:rPr>
          <w:b/>
        </w:rPr>
        <w:t>:</w:t>
      </w:r>
      <w:r w:rsidR="00892878">
        <w:rPr>
          <w:b/>
        </w:rPr>
        <w:t xml:space="preserve"> </w:t>
      </w:r>
      <w:proofErr w:type="spellStart"/>
      <w:r w:rsidR="00892878">
        <w:rPr>
          <w:bCs/>
        </w:rPr>
        <w:t>Ovesná</w:t>
      </w:r>
      <w:proofErr w:type="spellEnd"/>
      <w:r w:rsidR="00892878">
        <w:rPr>
          <w:bCs/>
        </w:rPr>
        <w:t xml:space="preserve"> </w:t>
      </w:r>
      <w:proofErr w:type="spellStart"/>
      <w:r w:rsidR="00892878">
        <w:rPr>
          <w:bCs/>
        </w:rPr>
        <w:t>kaše</w:t>
      </w:r>
      <w:proofErr w:type="spellEnd"/>
      <w:r w:rsidR="00892878">
        <w:rPr>
          <w:bCs/>
        </w:rPr>
        <w:t xml:space="preserve"> s </w:t>
      </w:r>
      <w:proofErr w:type="spellStart"/>
      <w:r w:rsidR="00892878">
        <w:rPr>
          <w:bCs/>
        </w:rPr>
        <w:t>ovocem</w:t>
      </w:r>
      <w:proofErr w:type="spellEnd"/>
      <w:r w:rsidR="00892878">
        <w:rPr>
          <w:bCs/>
        </w:rPr>
        <w:t xml:space="preserve"> a </w:t>
      </w:r>
      <w:proofErr w:type="spellStart"/>
      <w:r w:rsidR="00892878">
        <w:rPr>
          <w:bCs/>
        </w:rPr>
        <w:t>čekankovým</w:t>
      </w:r>
      <w:proofErr w:type="spellEnd"/>
      <w:r w:rsidR="00892878">
        <w:rPr>
          <w:bCs/>
        </w:rPr>
        <w:t xml:space="preserve"> </w:t>
      </w:r>
      <w:proofErr w:type="spellStart"/>
      <w:r w:rsidR="00892878">
        <w:rPr>
          <w:bCs/>
        </w:rPr>
        <w:t>sirupem</w:t>
      </w:r>
      <w:proofErr w:type="spellEnd"/>
      <w:r w:rsidR="00892878">
        <w:rPr>
          <w:bCs/>
        </w:rPr>
        <w:t xml:space="preserve"> </w:t>
      </w:r>
      <w:r w:rsidR="00B43687" w:rsidRPr="000343BE">
        <w:rPr>
          <w:bCs/>
        </w:rPr>
        <w:t>,</w:t>
      </w:r>
      <w:proofErr w:type="spellStart"/>
      <w:r w:rsidR="00B43687">
        <w:rPr>
          <w:bCs/>
        </w:rPr>
        <w:t>čaj</w:t>
      </w:r>
      <w:proofErr w:type="spellEnd"/>
      <w:r w:rsidR="00B43687">
        <w:rPr>
          <w:bCs/>
        </w:rPr>
        <w:t xml:space="preserve">, </w:t>
      </w:r>
      <w:proofErr w:type="spellStart"/>
      <w:r w:rsidR="00F00235">
        <w:rPr>
          <w:bCs/>
        </w:rPr>
        <w:t>mléko</w:t>
      </w:r>
      <w:proofErr w:type="spellEnd"/>
      <w:r w:rsidR="0008603B">
        <w:rPr>
          <w:bCs/>
        </w:rPr>
        <w:t>, Alergeny(1,7)</w:t>
      </w:r>
    </w:p>
    <w:p w14:paraId="2A80279A" w14:textId="546F20FD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C3A6B">
        <w:t>Kmínová</w:t>
      </w:r>
      <w:proofErr w:type="spellEnd"/>
      <w:r w:rsidR="00DC3A6B">
        <w:t xml:space="preserve"> s </w:t>
      </w:r>
      <w:proofErr w:type="spellStart"/>
      <w:r w:rsidR="00DC3A6B">
        <w:t>červenou</w:t>
      </w:r>
      <w:proofErr w:type="spellEnd"/>
      <w:r w:rsidR="00DC3A6B">
        <w:t xml:space="preserve"> </w:t>
      </w:r>
      <w:proofErr w:type="spellStart"/>
      <w:r w:rsidR="00DC3A6B">
        <w:t>čočkou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DC3A6B">
        <w:t>1</w:t>
      </w:r>
      <w:r w:rsidR="000E06CE">
        <w:t>,</w:t>
      </w:r>
      <w:r w:rsidR="0008603B">
        <w:t>7</w:t>
      </w:r>
      <w:r w:rsidR="00D6398D">
        <w:t>,9</w:t>
      </w:r>
      <w:r w:rsidR="0008603B">
        <w:t>)</w:t>
      </w:r>
    </w:p>
    <w:p w14:paraId="117C13FE" w14:textId="6513883D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830AF8">
        <w:t>Těstovinový</w:t>
      </w:r>
      <w:proofErr w:type="spellEnd"/>
      <w:r w:rsidR="00830AF8">
        <w:t xml:space="preserve"> </w:t>
      </w:r>
      <w:proofErr w:type="spellStart"/>
      <w:r w:rsidR="00830AF8">
        <w:t>salát</w:t>
      </w:r>
      <w:proofErr w:type="spellEnd"/>
      <w:r w:rsidR="00830AF8">
        <w:t xml:space="preserve"> s </w:t>
      </w:r>
      <w:proofErr w:type="spellStart"/>
      <w:r w:rsidR="00830AF8">
        <w:t>tuňákem</w:t>
      </w:r>
      <w:proofErr w:type="spellEnd"/>
      <w:r w:rsidR="00DC3A6B">
        <w:t>,</w:t>
      </w:r>
      <w:r w:rsidR="00830AF8"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1,</w:t>
      </w:r>
      <w:r w:rsidR="00830AF8">
        <w:t>4,</w:t>
      </w:r>
      <w:r w:rsidR="0008603B">
        <w:t>7)</w:t>
      </w:r>
    </w:p>
    <w:p w14:paraId="6017B0F7" w14:textId="18316FEB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413EF7">
        <w:rPr>
          <w:bCs/>
        </w:rPr>
        <w:t xml:space="preserve">Chia </w:t>
      </w:r>
      <w:proofErr w:type="spellStart"/>
      <w:r w:rsidR="00413EF7">
        <w:rPr>
          <w:bCs/>
        </w:rPr>
        <w:t>chléb</w:t>
      </w:r>
      <w:proofErr w:type="spellEnd"/>
      <w:r w:rsidR="00413EF7">
        <w:rPr>
          <w:bCs/>
        </w:rPr>
        <w:t xml:space="preserve"> se </w:t>
      </w:r>
      <w:proofErr w:type="spellStart"/>
      <w:r w:rsidR="00413EF7">
        <w:rPr>
          <w:bCs/>
        </w:rPr>
        <w:t>smetanovou</w:t>
      </w:r>
      <w:proofErr w:type="spellEnd"/>
      <w:r w:rsidR="00413EF7">
        <w:rPr>
          <w:bCs/>
        </w:rPr>
        <w:t xml:space="preserve"> </w:t>
      </w:r>
      <w:proofErr w:type="spellStart"/>
      <w:r w:rsidR="00413EF7">
        <w:rPr>
          <w:bCs/>
        </w:rPr>
        <w:t>pomazánkou</w:t>
      </w:r>
      <w:proofErr w:type="spellEnd"/>
      <w:r>
        <w:t xml:space="preserve">, </w:t>
      </w:r>
      <w:proofErr w:type="spellStart"/>
      <w:r w:rsidR="00605DE8">
        <w:t>banán</w:t>
      </w:r>
      <w:proofErr w:type="spellEnd"/>
      <w:r w:rsidR="00F00235">
        <w:t>,</w:t>
      </w:r>
      <w:r>
        <w:t xml:space="preserve">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 w:rsidR="0008603B">
        <w:t xml:space="preserve">, </w:t>
      </w:r>
      <w:proofErr w:type="gramStart"/>
      <w:r w:rsidR="0008603B">
        <w:t>Alergeny(</w:t>
      </w:r>
      <w:proofErr w:type="gramEnd"/>
      <w:r w:rsidR="0008603B">
        <w:t>1,7)</w:t>
      </w:r>
    </w:p>
    <w:p w14:paraId="07ECEEB1" w14:textId="77777777" w:rsidR="004E3AA1" w:rsidRDefault="004E3AA1" w:rsidP="004E3AA1">
      <w:proofErr w:type="spellStart"/>
      <w:r>
        <w:rPr>
          <w:b/>
        </w:rPr>
        <w:t>Čtvrtek</w:t>
      </w:r>
      <w:proofErr w:type="spellEnd"/>
    </w:p>
    <w:p w14:paraId="278DB28D" w14:textId="71AE37C8" w:rsidR="004E3AA1" w:rsidRPr="006E7032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892878" w:rsidRPr="00892878">
        <w:rPr>
          <w:bCs/>
        </w:rPr>
        <w:t xml:space="preserve"> </w:t>
      </w:r>
      <w:proofErr w:type="spellStart"/>
      <w:r w:rsidR="00892878">
        <w:rPr>
          <w:bCs/>
        </w:rPr>
        <w:t>Rohlík</w:t>
      </w:r>
      <w:proofErr w:type="spellEnd"/>
      <w:r w:rsidR="00892878">
        <w:rPr>
          <w:bCs/>
        </w:rPr>
        <w:t xml:space="preserve"> s </w:t>
      </w:r>
      <w:proofErr w:type="spellStart"/>
      <w:r w:rsidR="00892878">
        <w:rPr>
          <w:bCs/>
        </w:rPr>
        <w:t>máslem</w:t>
      </w:r>
      <w:proofErr w:type="spellEnd"/>
      <w:r w:rsidR="00892878">
        <w:rPr>
          <w:bCs/>
        </w:rPr>
        <w:t xml:space="preserve"> a </w:t>
      </w:r>
      <w:proofErr w:type="spellStart"/>
      <w:r w:rsidR="00892878">
        <w:rPr>
          <w:bCs/>
        </w:rPr>
        <w:t>pl</w:t>
      </w:r>
      <w:r w:rsidR="00EB59B6">
        <w:rPr>
          <w:bCs/>
        </w:rPr>
        <w:t>á</w:t>
      </w:r>
      <w:r w:rsidR="00892878">
        <w:rPr>
          <w:bCs/>
        </w:rPr>
        <w:t>tkovou</w:t>
      </w:r>
      <w:proofErr w:type="spellEnd"/>
      <w:r w:rsidR="00892878">
        <w:rPr>
          <w:bCs/>
        </w:rPr>
        <w:t xml:space="preserve"> </w:t>
      </w:r>
      <w:proofErr w:type="spellStart"/>
      <w:r w:rsidR="00892878">
        <w:rPr>
          <w:bCs/>
        </w:rPr>
        <w:t>goudou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mléko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čaj</w:t>
      </w:r>
      <w:proofErr w:type="spellEnd"/>
      <w:r w:rsidR="0008603B">
        <w:rPr>
          <w:bCs/>
        </w:rPr>
        <w:t xml:space="preserve">, </w:t>
      </w:r>
      <w:proofErr w:type="gramStart"/>
      <w:r w:rsidR="0008603B">
        <w:rPr>
          <w:bCs/>
        </w:rPr>
        <w:t>Alergeny(</w:t>
      </w:r>
      <w:proofErr w:type="gramEnd"/>
      <w:r w:rsidR="0008603B">
        <w:rPr>
          <w:bCs/>
        </w:rPr>
        <w:t>1</w:t>
      </w:r>
      <w:r w:rsidR="00605DE8">
        <w:rPr>
          <w:bCs/>
        </w:rPr>
        <w:t>,</w:t>
      </w:r>
      <w:r w:rsidR="0008603B">
        <w:rPr>
          <w:bCs/>
        </w:rPr>
        <w:t>7)</w:t>
      </w:r>
    </w:p>
    <w:p w14:paraId="0207922F" w14:textId="411E31C7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830AF8">
        <w:t>Hovězí</w:t>
      </w:r>
      <w:proofErr w:type="spellEnd"/>
      <w:r w:rsidR="00DC3A6B">
        <w:t xml:space="preserve"> </w:t>
      </w:r>
      <w:proofErr w:type="spellStart"/>
      <w:r w:rsidR="00DC3A6B">
        <w:t>vývar</w:t>
      </w:r>
      <w:proofErr w:type="spellEnd"/>
      <w:r w:rsidR="00DC3A6B">
        <w:t xml:space="preserve"> s</w:t>
      </w:r>
      <w:r w:rsidR="00830AF8">
        <w:t xml:space="preserve"> </w:t>
      </w:r>
      <w:proofErr w:type="spellStart"/>
      <w:r w:rsidR="00830AF8">
        <w:t>nudlemi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1,</w:t>
      </w:r>
      <w:r w:rsidR="00830AF8">
        <w:t>3,</w:t>
      </w:r>
      <w:r w:rsidR="0008603B">
        <w:t>9)</w:t>
      </w:r>
    </w:p>
    <w:p w14:paraId="777FC912" w14:textId="6C950C68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830AF8">
        <w:t>Rozstřelený</w:t>
      </w:r>
      <w:proofErr w:type="spellEnd"/>
      <w:r w:rsidR="00830AF8">
        <w:t xml:space="preserve"> </w:t>
      </w:r>
      <w:proofErr w:type="spellStart"/>
      <w:r w:rsidR="00830AF8">
        <w:t>ptáček</w:t>
      </w:r>
      <w:proofErr w:type="spellEnd"/>
      <w:r w:rsidR="00830AF8">
        <w:t xml:space="preserve">, </w:t>
      </w:r>
      <w:proofErr w:type="spellStart"/>
      <w:proofErr w:type="gramStart"/>
      <w:r w:rsidR="00830AF8">
        <w:t>rýže</w:t>
      </w:r>
      <w:proofErr w:type="spellEnd"/>
      <w:r w:rsidR="00830AF8">
        <w:t xml:space="preserve">, </w:t>
      </w:r>
      <w:r w:rsidR="00F00235">
        <w:t xml:space="preserve"> </w:t>
      </w:r>
      <w:proofErr w:type="spellStart"/>
      <w:r w:rsidR="00F00235">
        <w:t>salátek</w:t>
      </w:r>
      <w:proofErr w:type="spellEnd"/>
      <w:proofErr w:type="gramEnd"/>
      <w:r w:rsidR="0008603B"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</w:t>
      </w:r>
      <w:r w:rsidR="000E06CE">
        <w:t>,9</w:t>
      </w:r>
      <w:r w:rsidR="0008603B">
        <w:t>)</w:t>
      </w:r>
    </w:p>
    <w:p w14:paraId="50E0903A" w14:textId="6F7E7A58" w:rsidR="00044DE2" w:rsidRDefault="004E3AA1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413EF7">
        <w:rPr>
          <w:bCs/>
        </w:rPr>
        <w:t>C</w:t>
      </w:r>
      <w:r w:rsidR="00761BCB">
        <w:rPr>
          <w:bCs/>
        </w:rPr>
        <w:t>hléb</w:t>
      </w:r>
      <w:proofErr w:type="spellEnd"/>
      <w:r w:rsidR="00D6398D">
        <w:rPr>
          <w:bCs/>
        </w:rPr>
        <w:t xml:space="preserve"> </w:t>
      </w:r>
      <w:r w:rsidR="00F00235">
        <w:rPr>
          <w:bCs/>
        </w:rPr>
        <w:t>s</w:t>
      </w:r>
      <w:r w:rsidR="00413EF7">
        <w:rPr>
          <w:bCs/>
        </w:rPr>
        <w:t xml:space="preserve"> </w:t>
      </w:r>
      <w:proofErr w:type="spellStart"/>
      <w:r w:rsidR="00F00235">
        <w:rPr>
          <w:bCs/>
        </w:rPr>
        <w:t>pomazánkou</w:t>
      </w:r>
      <w:proofErr w:type="spellEnd"/>
      <w:r w:rsidR="00413EF7">
        <w:rPr>
          <w:bCs/>
        </w:rPr>
        <w:t xml:space="preserve"> z </w:t>
      </w:r>
      <w:proofErr w:type="spellStart"/>
      <w:r w:rsidR="00413EF7">
        <w:rPr>
          <w:bCs/>
        </w:rPr>
        <w:t>cizrny</w:t>
      </w:r>
      <w:proofErr w:type="spellEnd"/>
      <w:r w:rsidR="00413EF7">
        <w:rPr>
          <w:bCs/>
        </w:rPr>
        <w:t>,</w:t>
      </w:r>
      <w:r w:rsidR="00F00235">
        <w:rPr>
          <w:bCs/>
        </w:rPr>
        <w:t xml:space="preserve"> paprika</w:t>
      </w:r>
      <w:r w:rsidR="0008603B">
        <w:rPr>
          <w:bCs/>
        </w:rPr>
        <w:t xml:space="preserve">, </w:t>
      </w:r>
      <w:proofErr w:type="gramStart"/>
      <w:r w:rsidR="0008603B">
        <w:rPr>
          <w:bCs/>
        </w:rPr>
        <w:t>Alergeny(</w:t>
      </w:r>
      <w:proofErr w:type="gramEnd"/>
      <w:r w:rsidR="0008603B">
        <w:rPr>
          <w:bCs/>
        </w:rPr>
        <w:t>1,7)</w:t>
      </w:r>
    </w:p>
    <w:p w14:paraId="0F03283C" w14:textId="45BEDA9D" w:rsidR="00F00235" w:rsidRDefault="00F00235" w:rsidP="00D6398D">
      <w:pPr>
        <w:spacing w:after="40"/>
        <w:ind w:left="240"/>
        <w:rPr>
          <w:b/>
        </w:rPr>
      </w:pPr>
      <w:proofErr w:type="spellStart"/>
      <w:r>
        <w:rPr>
          <w:b/>
        </w:rPr>
        <w:t>Pátek</w:t>
      </w:r>
      <w:proofErr w:type="spellEnd"/>
    </w:p>
    <w:p w14:paraId="2D07376E" w14:textId="77777777" w:rsidR="00F00235" w:rsidRDefault="00F00235" w:rsidP="00D6398D">
      <w:pPr>
        <w:spacing w:after="40"/>
        <w:ind w:left="240"/>
        <w:rPr>
          <w:b/>
        </w:rPr>
      </w:pPr>
    </w:p>
    <w:p w14:paraId="3FCCFA00" w14:textId="407E3642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830AF8">
        <w:rPr>
          <w:bCs/>
        </w:rPr>
        <w:t>Dýňová</w:t>
      </w:r>
      <w:proofErr w:type="spellEnd"/>
      <w:r w:rsidR="00830AF8">
        <w:rPr>
          <w:bCs/>
        </w:rPr>
        <w:t xml:space="preserve"> </w:t>
      </w:r>
      <w:proofErr w:type="spellStart"/>
      <w:r w:rsidR="00830AF8">
        <w:rPr>
          <w:bCs/>
        </w:rPr>
        <w:t>kostka</w:t>
      </w:r>
      <w:proofErr w:type="spellEnd"/>
      <w:r w:rsidR="001F5227" w:rsidRPr="001F5227">
        <w:rPr>
          <w:bCs/>
        </w:rPr>
        <w:t xml:space="preserve"> s </w:t>
      </w:r>
      <w:proofErr w:type="spellStart"/>
      <w:r w:rsidR="001F5227" w:rsidRPr="001F5227">
        <w:rPr>
          <w:bCs/>
        </w:rPr>
        <w:t>máslem</w:t>
      </w:r>
      <w:proofErr w:type="spellEnd"/>
      <w:r w:rsidR="00605DE8">
        <w:rPr>
          <w:bCs/>
        </w:rPr>
        <w:t>,</w:t>
      </w:r>
      <w:r w:rsidR="00830AF8">
        <w:rPr>
          <w:bCs/>
        </w:rPr>
        <w:t xml:space="preserve"> </w:t>
      </w:r>
      <w:proofErr w:type="spellStart"/>
      <w:r w:rsidR="00605DE8">
        <w:rPr>
          <w:bCs/>
        </w:rPr>
        <w:t>ovoce</w:t>
      </w:r>
      <w:proofErr w:type="spellEnd"/>
      <w:r w:rsidR="00605DE8">
        <w:rPr>
          <w:bCs/>
        </w:rPr>
        <w:t>,</w:t>
      </w:r>
      <w:r w:rsidR="00830AF8">
        <w:rPr>
          <w:bCs/>
        </w:rPr>
        <w:t xml:space="preserve"> </w:t>
      </w:r>
      <w:proofErr w:type="spellStart"/>
      <w:proofErr w:type="gramStart"/>
      <w:r w:rsidR="001F5227">
        <w:rPr>
          <w:bCs/>
        </w:rPr>
        <w:t>kakao,</w:t>
      </w:r>
      <w:r w:rsidR="00605DE8">
        <w:rPr>
          <w:bCs/>
        </w:rPr>
        <w:t>čaj</w:t>
      </w:r>
      <w:proofErr w:type="spellEnd"/>
      <w:proofErr w:type="gramEnd"/>
      <w:r w:rsidR="00605DE8">
        <w:rPr>
          <w:bCs/>
        </w:rPr>
        <w:t>,</w:t>
      </w:r>
      <w:r w:rsidR="001F5227">
        <w:rPr>
          <w:bCs/>
        </w:rPr>
        <w:t xml:space="preserve"> </w:t>
      </w:r>
      <w:proofErr w:type="gramStart"/>
      <w:r w:rsidR="00605DE8">
        <w:rPr>
          <w:bCs/>
        </w:rPr>
        <w:t>Alergeny(</w:t>
      </w:r>
      <w:proofErr w:type="gramEnd"/>
      <w:r w:rsidR="00605DE8">
        <w:rPr>
          <w:bCs/>
        </w:rPr>
        <w:t>1,7)</w:t>
      </w:r>
    </w:p>
    <w:p w14:paraId="051E4515" w14:textId="32F60BE6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1F5227" w:rsidRPr="001F5227">
        <w:rPr>
          <w:bCs/>
        </w:rPr>
        <w:t>Zeleninov</w:t>
      </w:r>
      <w:r w:rsidR="00EB59B6">
        <w:rPr>
          <w:bCs/>
        </w:rPr>
        <w:t>á</w:t>
      </w:r>
      <w:proofErr w:type="spellEnd"/>
      <w:r w:rsidR="001F5227" w:rsidRPr="001F5227">
        <w:rPr>
          <w:bCs/>
        </w:rPr>
        <w:t xml:space="preserve"> s </w:t>
      </w:r>
      <w:proofErr w:type="spellStart"/>
      <w:r w:rsidR="001F5227" w:rsidRPr="001F5227">
        <w:rPr>
          <w:bCs/>
        </w:rPr>
        <w:t>quinou</w:t>
      </w:r>
      <w:r w:rsidR="00CD6BE7">
        <w:rPr>
          <w:bCs/>
        </w:rPr>
        <w:t>,Alergeny</w:t>
      </w:r>
      <w:proofErr w:type="spellEnd"/>
      <w:r w:rsidR="00CD6BE7">
        <w:rPr>
          <w:bCs/>
        </w:rPr>
        <w:t>(1,7,9)</w:t>
      </w:r>
    </w:p>
    <w:p w14:paraId="1077D622" w14:textId="2ED3C47B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830AF8">
        <w:rPr>
          <w:bCs/>
        </w:rPr>
        <w:t>Šulanky</w:t>
      </w:r>
      <w:proofErr w:type="spellEnd"/>
      <w:r w:rsidR="00830AF8">
        <w:rPr>
          <w:bCs/>
        </w:rPr>
        <w:t xml:space="preserve"> s </w:t>
      </w:r>
      <w:proofErr w:type="spellStart"/>
      <w:r w:rsidR="00830AF8">
        <w:rPr>
          <w:bCs/>
        </w:rPr>
        <w:t>povidlím</w:t>
      </w:r>
      <w:proofErr w:type="spellEnd"/>
      <w:r w:rsidR="00830AF8">
        <w:rPr>
          <w:bCs/>
        </w:rPr>
        <w:t xml:space="preserve"> a </w:t>
      </w:r>
      <w:proofErr w:type="spellStart"/>
      <w:r w:rsidR="00830AF8">
        <w:rPr>
          <w:bCs/>
        </w:rPr>
        <w:t>mákem</w:t>
      </w:r>
      <w:proofErr w:type="spellEnd"/>
      <w:r w:rsidR="00830AF8">
        <w:rPr>
          <w:bCs/>
        </w:rPr>
        <w:t xml:space="preserve"> </w:t>
      </w:r>
      <w:proofErr w:type="spellStart"/>
      <w:r w:rsidR="00830AF8">
        <w:rPr>
          <w:bCs/>
        </w:rPr>
        <w:t>sypané</w:t>
      </w:r>
      <w:proofErr w:type="spellEnd"/>
      <w:r w:rsidR="00830AF8">
        <w:rPr>
          <w:bCs/>
        </w:rPr>
        <w:t xml:space="preserve"> </w:t>
      </w:r>
      <w:proofErr w:type="spellStart"/>
      <w:r w:rsidR="00830AF8">
        <w:rPr>
          <w:bCs/>
        </w:rPr>
        <w:t>perníkem</w:t>
      </w:r>
      <w:proofErr w:type="spellEnd"/>
      <w:r w:rsidR="00CD6BE7">
        <w:rPr>
          <w:bCs/>
        </w:rPr>
        <w:t>,</w:t>
      </w:r>
      <w:r w:rsidR="00830AF8">
        <w:rPr>
          <w:bCs/>
        </w:rPr>
        <w:t xml:space="preserve"> </w:t>
      </w:r>
      <w:proofErr w:type="gramStart"/>
      <w:r w:rsidR="00CD6BE7">
        <w:rPr>
          <w:bCs/>
        </w:rPr>
        <w:t>Alergeny(</w:t>
      </w:r>
      <w:proofErr w:type="gramEnd"/>
      <w:r w:rsidR="00CD6BE7">
        <w:rPr>
          <w:bCs/>
        </w:rPr>
        <w:t>1,7)</w:t>
      </w:r>
    </w:p>
    <w:p w14:paraId="1A5BDC24" w14:textId="4D43B046" w:rsidR="00F00235" w:rsidRPr="00605DE8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 w:rsidR="00605DE8">
        <w:rPr>
          <w:b/>
        </w:rPr>
        <w:t xml:space="preserve"> </w:t>
      </w:r>
      <w:proofErr w:type="spellStart"/>
      <w:r w:rsidR="00413EF7">
        <w:rPr>
          <w:bCs/>
        </w:rPr>
        <w:t>Grahamový</w:t>
      </w:r>
      <w:proofErr w:type="spellEnd"/>
      <w:r w:rsidR="00413EF7">
        <w:rPr>
          <w:bCs/>
        </w:rPr>
        <w:t xml:space="preserve"> </w:t>
      </w:r>
      <w:proofErr w:type="spellStart"/>
      <w:r w:rsidR="00413EF7">
        <w:rPr>
          <w:bCs/>
        </w:rPr>
        <w:t>rohlík</w:t>
      </w:r>
      <w:proofErr w:type="spellEnd"/>
      <w:r w:rsidR="001F5227" w:rsidRPr="001F5227">
        <w:rPr>
          <w:bCs/>
        </w:rPr>
        <w:t xml:space="preserve"> s </w:t>
      </w:r>
      <w:proofErr w:type="spellStart"/>
      <w:r w:rsidR="001F5227" w:rsidRPr="001F5227">
        <w:rPr>
          <w:bCs/>
        </w:rPr>
        <w:t>celerovou</w:t>
      </w:r>
      <w:proofErr w:type="spellEnd"/>
      <w:r w:rsidR="001F5227" w:rsidRPr="001F5227">
        <w:rPr>
          <w:bCs/>
        </w:rPr>
        <w:t xml:space="preserve"> </w:t>
      </w:r>
      <w:proofErr w:type="spellStart"/>
      <w:r w:rsidR="001F5227" w:rsidRPr="001F5227">
        <w:rPr>
          <w:bCs/>
        </w:rPr>
        <w:t>pomazánkou</w:t>
      </w:r>
      <w:r w:rsidR="00605DE8">
        <w:rPr>
          <w:bCs/>
        </w:rPr>
        <w:t>,</w:t>
      </w:r>
      <w:r w:rsidR="001F5227">
        <w:rPr>
          <w:bCs/>
        </w:rPr>
        <w:t>ovoce</w:t>
      </w:r>
      <w:proofErr w:type="spellEnd"/>
      <w:r w:rsidR="00605DE8">
        <w:rPr>
          <w:bCs/>
        </w:rPr>
        <w:t xml:space="preserve"> </w:t>
      </w:r>
      <w:proofErr w:type="spellStart"/>
      <w:r w:rsidR="00605DE8">
        <w:rPr>
          <w:bCs/>
        </w:rPr>
        <w:t>Alergeny</w:t>
      </w:r>
      <w:proofErr w:type="spellEnd"/>
      <w:r w:rsidR="00605DE8">
        <w:rPr>
          <w:bCs/>
        </w:rPr>
        <w:t>(1,7)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2AF7CB47" w14:textId="3772A8D9" w:rsidR="009837D8" w:rsidRDefault="004E3AA1" w:rsidP="001F5227">
      <w:pPr>
        <w:spacing w:after="40"/>
        <w:jc w:val="center"/>
        <w:rPr>
          <w:i/>
        </w:rPr>
      </w:pPr>
      <w:proofErr w:type="spellStart"/>
      <w:r>
        <w:rPr>
          <w:i/>
        </w:rPr>
        <w:t>Poznámka</w:t>
      </w:r>
      <w:proofErr w:type="spellEnd"/>
      <w:r>
        <w:rPr>
          <w:i/>
        </w:rPr>
        <w:t xml:space="preserve">: Po </w:t>
      </w:r>
      <w:proofErr w:type="spellStart"/>
      <w:r>
        <w:rPr>
          <w:i/>
        </w:rPr>
        <w:t>celý</w:t>
      </w:r>
      <w:proofErr w:type="spellEnd"/>
      <w:r>
        <w:rPr>
          <w:i/>
        </w:rPr>
        <w:t xml:space="preserve"> den je </w:t>
      </w:r>
      <w:proofErr w:type="spellStart"/>
      <w:r>
        <w:rPr>
          <w:i/>
        </w:rPr>
        <w:t>dětem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zajištěn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pitný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režim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voda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čaj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mléko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také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čerstvé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ovoce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Změna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jídelníčku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vyhrazena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Jídlo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určeno</w:t>
      </w:r>
      <w:proofErr w:type="spellEnd"/>
      <w:r>
        <w:rPr>
          <w:i/>
        </w:rPr>
        <w:t xml:space="preserve"> k </w:t>
      </w:r>
      <w:proofErr w:type="spellStart"/>
      <w:r>
        <w:rPr>
          <w:i/>
        </w:rPr>
        <w:t>okamžité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spotřebě</w:t>
      </w:r>
      <w:proofErr w:type="spellEnd"/>
      <w:r>
        <w:rPr>
          <w:i/>
        </w:rPr>
        <w:t>.</w:t>
      </w:r>
    </w:p>
    <w:p w14:paraId="7E972095" w14:textId="77777777" w:rsidR="00F00235" w:rsidRDefault="00F00235" w:rsidP="00044DE2">
      <w:pPr>
        <w:spacing w:after="40"/>
        <w:ind w:left="240"/>
        <w:rPr>
          <w:i/>
        </w:rPr>
      </w:pPr>
    </w:p>
    <w:p w14:paraId="0CBAB21D" w14:textId="77777777" w:rsidR="00F00235" w:rsidRPr="004E3AA1" w:rsidRDefault="00F00235" w:rsidP="00044DE2">
      <w:pPr>
        <w:spacing w:after="40"/>
        <w:ind w:left="240"/>
        <w:rPr>
          <w:i/>
        </w:rPr>
      </w:pPr>
    </w:p>
    <w:p w14:paraId="5B5E6F74" w14:textId="0A159F9C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ABF86" w14:textId="77777777" w:rsidR="00B30E47" w:rsidRDefault="00B30E47" w:rsidP="009B5EC0">
      <w:pPr>
        <w:spacing w:after="0" w:line="240" w:lineRule="auto"/>
      </w:pPr>
      <w:r>
        <w:separator/>
      </w:r>
    </w:p>
  </w:endnote>
  <w:endnote w:type="continuationSeparator" w:id="0">
    <w:p w14:paraId="46AFE897" w14:textId="77777777" w:rsidR="00B30E47" w:rsidRDefault="00B30E47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C4F4" w14:textId="77777777" w:rsidR="00B30E47" w:rsidRDefault="00B30E47" w:rsidP="009B5EC0">
      <w:pPr>
        <w:spacing w:after="0" w:line="240" w:lineRule="auto"/>
      </w:pPr>
      <w:r>
        <w:separator/>
      </w:r>
    </w:p>
  </w:footnote>
  <w:footnote w:type="continuationSeparator" w:id="0">
    <w:p w14:paraId="3BB6DB4A" w14:textId="77777777" w:rsidR="00B30E47" w:rsidRDefault="00B30E47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9644013">
    <w:abstractNumId w:val="8"/>
  </w:num>
  <w:num w:numId="2" w16cid:durableId="1107431033">
    <w:abstractNumId w:val="6"/>
  </w:num>
  <w:num w:numId="3" w16cid:durableId="506672863">
    <w:abstractNumId w:val="5"/>
  </w:num>
  <w:num w:numId="4" w16cid:durableId="797339823">
    <w:abstractNumId w:val="4"/>
  </w:num>
  <w:num w:numId="5" w16cid:durableId="393241113">
    <w:abstractNumId w:val="7"/>
  </w:num>
  <w:num w:numId="6" w16cid:durableId="1560896979">
    <w:abstractNumId w:val="3"/>
  </w:num>
  <w:num w:numId="7" w16cid:durableId="419377484">
    <w:abstractNumId w:val="2"/>
  </w:num>
  <w:num w:numId="8" w16cid:durableId="229461617">
    <w:abstractNumId w:val="1"/>
  </w:num>
  <w:num w:numId="9" w16cid:durableId="81260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3BE"/>
    <w:rsid w:val="00034616"/>
    <w:rsid w:val="00044DE2"/>
    <w:rsid w:val="000523E5"/>
    <w:rsid w:val="0006063C"/>
    <w:rsid w:val="00061337"/>
    <w:rsid w:val="00071DC6"/>
    <w:rsid w:val="0008603B"/>
    <w:rsid w:val="000E06CE"/>
    <w:rsid w:val="0015074B"/>
    <w:rsid w:val="001A03D0"/>
    <w:rsid w:val="001B437E"/>
    <w:rsid w:val="001E2F46"/>
    <w:rsid w:val="001F5227"/>
    <w:rsid w:val="00231481"/>
    <w:rsid w:val="00242EBA"/>
    <w:rsid w:val="00253249"/>
    <w:rsid w:val="0029639D"/>
    <w:rsid w:val="002B6BE9"/>
    <w:rsid w:val="002E7D7C"/>
    <w:rsid w:val="00312363"/>
    <w:rsid w:val="00323C07"/>
    <w:rsid w:val="00326F90"/>
    <w:rsid w:val="00352644"/>
    <w:rsid w:val="003649C9"/>
    <w:rsid w:val="003A1F50"/>
    <w:rsid w:val="003B4ACB"/>
    <w:rsid w:val="00405504"/>
    <w:rsid w:val="00413EF7"/>
    <w:rsid w:val="00416842"/>
    <w:rsid w:val="0044760E"/>
    <w:rsid w:val="00465AD3"/>
    <w:rsid w:val="00484DA2"/>
    <w:rsid w:val="004E3AA1"/>
    <w:rsid w:val="004F4120"/>
    <w:rsid w:val="0051346D"/>
    <w:rsid w:val="00517DCF"/>
    <w:rsid w:val="00523320"/>
    <w:rsid w:val="00553663"/>
    <w:rsid w:val="005545E4"/>
    <w:rsid w:val="005679A6"/>
    <w:rsid w:val="00577161"/>
    <w:rsid w:val="005A1237"/>
    <w:rsid w:val="005A5623"/>
    <w:rsid w:val="005A7839"/>
    <w:rsid w:val="005B63B5"/>
    <w:rsid w:val="005C68E8"/>
    <w:rsid w:val="005D2B3E"/>
    <w:rsid w:val="005E0707"/>
    <w:rsid w:val="00605DE8"/>
    <w:rsid w:val="00625A8F"/>
    <w:rsid w:val="00630E7B"/>
    <w:rsid w:val="00637F74"/>
    <w:rsid w:val="006775D4"/>
    <w:rsid w:val="006C5FA5"/>
    <w:rsid w:val="006F5D62"/>
    <w:rsid w:val="00761BCB"/>
    <w:rsid w:val="00791028"/>
    <w:rsid w:val="007A2305"/>
    <w:rsid w:val="007A462C"/>
    <w:rsid w:val="007F4C17"/>
    <w:rsid w:val="008132B3"/>
    <w:rsid w:val="00830AF8"/>
    <w:rsid w:val="00862330"/>
    <w:rsid w:val="0086234C"/>
    <w:rsid w:val="008648D3"/>
    <w:rsid w:val="00874EF7"/>
    <w:rsid w:val="00892878"/>
    <w:rsid w:val="008F6BF5"/>
    <w:rsid w:val="00903770"/>
    <w:rsid w:val="00907295"/>
    <w:rsid w:val="00915F96"/>
    <w:rsid w:val="00951F3C"/>
    <w:rsid w:val="00980234"/>
    <w:rsid w:val="009837D8"/>
    <w:rsid w:val="009A387C"/>
    <w:rsid w:val="009B5EC0"/>
    <w:rsid w:val="009D1880"/>
    <w:rsid w:val="009D197A"/>
    <w:rsid w:val="009D419E"/>
    <w:rsid w:val="009F1BC9"/>
    <w:rsid w:val="00A217FA"/>
    <w:rsid w:val="00A52408"/>
    <w:rsid w:val="00A9357F"/>
    <w:rsid w:val="00A95FAD"/>
    <w:rsid w:val="00AA1D8D"/>
    <w:rsid w:val="00AF285E"/>
    <w:rsid w:val="00B23392"/>
    <w:rsid w:val="00B30E47"/>
    <w:rsid w:val="00B43687"/>
    <w:rsid w:val="00B47730"/>
    <w:rsid w:val="00B552CC"/>
    <w:rsid w:val="00B561A8"/>
    <w:rsid w:val="00B632DC"/>
    <w:rsid w:val="00BB526D"/>
    <w:rsid w:val="00BC4AB2"/>
    <w:rsid w:val="00BC7D1B"/>
    <w:rsid w:val="00BD6915"/>
    <w:rsid w:val="00BE77F5"/>
    <w:rsid w:val="00C326CF"/>
    <w:rsid w:val="00C776F2"/>
    <w:rsid w:val="00C879D3"/>
    <w:rsid w:val="00C97ECC"/>
    <w:rsid w:val="00CB0664"/>
    <w:rsid w:val="00CD6BE7"/>
    <w:rsid w:val="00D249FA"/>
    <w:rsid w:val="00D24CBE"/>
    <w:rsid w:val="00D32F32"/>
    <w:rsid w:val="00D61358"/>
    <w:rsid w:val="00D6398D"/>
    <w:rsid w:val="00D64C15"/>
    <w:rsid w:val="00D908C9"/>
    <w:rsid w:val="00DA53CF"/>
    <w:rsid w:val="00DA7A31"/>
    <w:rsid w:val="00DC3A6B"/>
    <w:rsid w:val="00DD1915"/>
    <w:rsid w:val="00DF299E"/>
    <w:rsid w:val="00E648DE"/>
    <w:rsid w:val="00E66ED1"/>
    <w:rsid w:val="00E932B0"/>
    <w:rsid w:val="00EB59B6"/>
    <w:rsid w:val="00EC5C63"/>
    <w:rsid w:val="00F00235"/>
    <w:rsid w:val="00F323D0"/>
    <w:rsid w:val="00FB7B49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206</Words>
  <Characters>1458</Characters>
  <Application>Microsoft Office Word</Application>
  <DocSecurity>0</DocSecurity>
  <Lines>35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Antonín Podhradský</cp:lastModifiedBy>
  <cp:revision>3</cp:revision>
  <cp:lastPrinted>2026-04-15T08:41:00Z</cp:lastPrinted>
  <dcterms:created xsi:type="dcterms:W3CDTF">2026-04-15T10:42:00Z</dcterms:created>
  <dcterms:modified xsi:type="dcterms:W3CDTF">2026-07-15T09:56:00Z</dcterms:modified>
  <cp:category/>
</cp:coreProperties>
</file>