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BEEFE" w14:textId="1B8DD42A" w:rsidR="004E3AA1" w:rsidRPr="0008603B" w:rsidRDefault="00862330" w:rsidP="0008603B">
      <w:pPr>
        <w:jc w:val="center"/>
        <w:rPr>
          <w:i/>
          <w:iCs/>
          <w:sz w:val="28"/>
          <w:szCs w:val="28"/>
        </w:rPr>
      </w:pPr>
      <w:r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1172E50" wp14:editId="75EC3DFB">
            <wp:simplePos x="0" y="0"/>
            <wp:positionH relativeFrom="page">
              <wp:posOffset>-586105</wp:posOffset>
            </wp:positionH>
            <wp:positionV relativeFrom="paragraph">
              <wp:posOffset>-1679500</wp:posOffset>
            </wp:positionV>
            <wp:extent cx="8601075" cy="12867033"/>
            <wp:effectExtent l="0" t="0" r="0" b="0"/>
            <wp:wrapNone/>
            <wp:docPr id="1984672170" name="Obrázek 1984672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9C9"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0C3AE2" wp14:editId="53E18138">
            <wp:simplePos x="0" y="0"/>
            <wp:positionH relativeFrom="page">
              <wp:posOffset>31712</wp:posOffset>
            </wp:positionH>
            <wp:positionV relativeFrom="paragraph">
              <wp:posOffset>-1384412</wp:posOffset>
            </wp:positionV>
            <wp:extent cx="8601075" cy="1286703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AA1" w:rsidRPr="0008603B">
        <w:rPr>
          <w:i/>
          <w:iCs/>
          <w:color w:val="4F81BD" w:themeColor="accent1"/>
          <w:sz w:val="28"/>
          <w:szCs w:val="28"/>
        </w:rPr>
        <w:t xml:space="preserve"> </w:t>
      </w:r>
      <w:r w:rsidR="004E3AA1" w:rsidRPr="0008603B">
        <w:rPr>
          <w:color w:val="4F81BD" w:themeColor="accent1"/>
          <w:sz w:val="28"/>
          <w:szCs w:val="28"/>
        </w:rPr>
        <w:t xml:space="preserve">Jídelníček </w:t>
      </w:r>
      <w:r w:rsidR="00F37007">
        <w:rPr>
          <w:color w:val="4F81BD" w:themeColor="accent1"/>
          <w:sz w:val="28"/>
          <w:szCs w:val="28"/>
        </w:rPr>
        <w:t>23</w:t>
      </w:r>
      <w:r w:rsidR="004E3AA1" w:rsidRPr="0008603B">
        <w:rPr>
          <w:color w:val="4F81BD" w:themeColor="accent1"/>
          <w:sz w:val="28"/>
          <w:szCs w:val="28"/>
        </w:rPr>
        <w:t xml:space="preserve">. 3. - </w:t>
      </w:r>
      <w:r w:rsidR="007204F4">
        <w:rPr>
          <w:color w:val="4F81BD" w:themeColor="accent1"/>
          <w:sz w:val="28"/>
          <w:szCs w:val="28"/>
        </w:rPr>
        <w:t>2</w:t>
      </w:r>
      <w:r w:rsidR="00F37007">
        <w:rPr>
          <w:color w:val="4F81BD" w:themeColor="accent1"/>
          <w:sz w:val="28"/>
          <w:szCs w:val="28"/>
        </w:rPr>
        <w:t>7</w:t>
      </w:r>
      <w:r w:rsidR="004E3AA1" w:rsidRPr="0008603B">
        <w:rPr>
          <w:color w:val="4F81BD" w:themeColor="accent1"/>
          <w:sz w:val="28"/>
          <w:szCs w:val="28"/>
        </w:rPr>
        <w:t xml:space="preserve"> .3. 2026</w:t>
      </w:r>
    </w:p>
    <w:p w14:paraId="0C08AE13" w14:textId="77777777" w:rsidR="004E3AA1" w:rsidRDefault="004E3AA1" w:rsidP="004E3AA1">
      <w:r>
        <w:rPr>
          <w:b/>
        </w:rPr>
        <w:t>Pondělí</w:t>
      </w:r>
    </w:p>
    <w:p w14:paraId="440AC3CD" w14:textId="6FF1290F" w:rsidR="004E3AA1" w:rsidRPr="00110DF9" w:rsidRDefault="004E3AA1" w:rsidP="004E3AA1">
      <w:pPr>
        <w:spacing w:after="40"/>
        <w:ind w:left="240"/>
        <w:rPr>
          <w:bCs/>
        </w:rPr>
      </w:pPr>
      <w:r>
        <w:rPr>
          <w:b/>
        </w:rPr>
        <w:t>Přesnídávka:</w:t>
      </w:r>
      <w:r w:rsidR="00E53790">
        <w:rPr>
          <w:bCs/>
        </w:rPr>
        <w:t xml:space="preserve"> rohlík s</w:t>
      </w:r>
      <w:r w:rsidR="00F850B2">
        <w:rPr>
          <w:bCs/>
        </w:rPr>
        <w:t>e sýr</w:t>
      </w:r>
      <w:r w:rsidR="00DB63AB">
        <w:rPr>
          <w:bCs/>
        </w:rPr>
        <w:t>o</w:t>
      </w:r>
      <w:r w:rsidR="00F850B2">
        <w:rPr>
          <w:bCs/>
        </w:rPr>
        <w:t>vou pomazánkou</w:t>
      </w:r>
      <w:r w:rsidR="00E53790">
        <w:rPr>
          <w:bCs/>
        </w:rPr>
        <w:t>,</w:t>
      </w:r>
      <w:r w:rsidR="00F850B2">
        <w:rPr>
          <w:bCs/>
        </w:rPr>
        <w:t xml:space="preserve"> </w:t>
      </w:r>
      <w:r>
        <w:rPr>
          <w:bCs/>
        </w:rPr>
        <w:t>čaj, mléko</w:t>
      </w:r>
      <w:r w:rsidR="0008603B">
        <w:rPr>
          <w:bCs/>
        </w:rPr>
        <w:t>, Alergeny (</w:t>
      </w:r>
      <w:r w:rsidR="00126D4B">
        <w:rPr>
          <w:bCs/>
        </w:rPr>
        <w:t>1,7</w:t>
      </w:r>
      <w:r w:rsidR="0008603B">
        <w:rPr>
          <w:bCs/>
        </w:rPr>
        <w:t>)</w:t>
      </w:r>
    </w:p>
    <w:p w14:paraId="6C067273" w14:textId="39ADAC28" w:rsidR="004E3AA1" w:rsidRDefault="004E3AA1" w:rsidP="004E3AA1">
      <w:pPr>
        <w:spacing w:after="40"/>
        <w:ind w:left="240"/>
      </w:pPr>
      <w:r>
        <w:rPr>
          <w:b/>
        </w:rPr>
        <w:t>Polévka:</w:t>
      </w:r>
      <w:r w:rsidRPr="00110DF9">
        <w:rPr>
          <w:bCs/>
        </w:rPr>
        <w:t xml:space="preserve"> </w:t>
      </w:r>
      <w:r w:rsidR="00F850B2">
        <w:rPr>
          <w:bCs/>
        </w:rPr>
        <w:t>cizrnov</w:t>
      </w:r>
      <w:r w:rsidR="00DB63AB">
        <w:rPr>
          <w:bCs/>
        </w:rPr>
        <w:t>ý krém</w:t>
      </w:r>
      <w:r w:rsidR="0008603B">
        <w:rPr>
          <w:bCs/>
        </w:rPr>
        <w:t>, Alergeny</w:t>
      </w:r>
      <w:r w:rsidR="00E53790">
        <w:rPr>
          <w:bCs/>
        </w:rPr>
        <w:t xml:space="preserve"> (</w:t>
      </w:r>
      <w:r w:rsidR="00126D4B">
        <w:rPr>
          <w:bCs/>
        </w:rPr>
        <w:t>9,1</w:t>
      </w:r>
      <w:r w:rsidR="00DB63AB">
        <w:rPr>
          <w:bCs/>
        </w:rPr>
        <w:t>,7</w:t>
      </w:r>
      <w:r w:rsidR="0008603B">
        <w:rPr>
          <w:bCs/>
        </w:rPr>
        <w:t>)</w:t>
      </w:r>
    </w:p>
    <w:p w14:paraId="4E61A3F5" w14:textId="054AA79A" w:rsidR="004E3AA1" w:rsidRDefault="004E3AA1" w:rsidP="004E3AA1">
      <w:pPr>
        <w:spacing w:after="40"/>
        <w:ind w:left="240"/>
      </w:pPr>
      <w:r>
        <w:rPr>
          <w:b/>
        </w:rPr>
        <w:t>Hlavní chod</w:t>
      </w:r>
      <w:r w:rsidR="00F850B2">
        <w:rPr>
          <w:b/>
        </w:rPr>
        <w:t xml:space="preserve">: </w:t>
      </w:r>
      <w:r w:rsidR="00F850B2">
        <w:t xml:space="preserve">Ryba v trojobalu, </w:t>
      </w:r>
      <w:r w:rsidR="00DB63AB">
        <w:t>šť</w:t>
      </w:r>
      <w:r w:rsidR="00DE3E4B">
        <w:t>ouchané brambory</w:t>
      </w:r>
      <w:r w:rsidR="00F850B2">
        <w:t>, zel</w:t>
      </w:r>
      <w:r w:rsidR="00DB63AB">
        <w:t>.</w:t>
      </w:r>
      <w:r w:rsidR="00F850B2">
        <w:t xml:space="preserve"> salát mix,</w:t>
      </w:r>
      <w:r w:rsidR="0008603B">
        <w:t xml:space="preserve"> Alergeny</w:t>
      </w:r>
      <w:r w:rsidR="001D662C">
        <w:t xml:space="preserve"> </w:t>
      </w:r>
      <w:r w:rsidR="0008603B">
        <w:t>(</w:t>
      </w:r>
      <w:r w:rsidR="00126D4B">
        <w:t>1,7,</w:t>
      </w:r>
      <w:r w:rsidR="001D662C">
        <w:t xml:space="preserve"> </w:t>
      </w:r>
      <w:r w:rsidR="00126D4B">
        <w:t>3</w:t>
      </w:r>
      <w:r w:rsidR="00DB63AB">
        <w:t>,4</w:t>
      </w:r>
      <w:r w:rsidR="00126D4B">
        <w:t>)</w:t>
      </w:r>
    </w:p>
    <w:p w14:paraId="12DBC35A" w14:textId="0B14973A" w:rsidR="004E3AA1" w:rsidRPr="00110DF9" w:rsidRDefault="004E3AA1" w:rsidP="004E3AA1">
      <w:pPr>
        <w:spacing w:after="40"/>
        <w:rPr>
          <w:bCs/>
        </w:rPr>
      </w:pPr>
      <w:r>
        <w:t xml:space="preserve">    </w:t>
      </w:r>
      <w:r>
        <w:rPr>
          <w:b/>
        </w:rPr>
        <w:t>Svačina</w:t>
      </w:r>
      <w:r w:rsidR="00E53790" w:rsidRPr="00E53790">
        <w:rPr>
          <w:bCs/>
        </w:rPr>
        <w:t xml:space="preserve">: </w:t>
      </w:r>
      <w:r w:rsidR="00F850B2">
        <w:rPr>
          <w:bCs/>
        </w:rPr>
        <w:t>loupáček, bílá káva</w:t>
      </w:r>
      <w:r w:rsidR="00E53790" w:rsidRPr="00E53790">
        <w:rPr>
          <w:bCs/>
        </w:rPr>
        <w:t>, čaj</w:t>
      </w:r>
      <w:r w:rsidR="00F850B2">
        <w:rPr>
          <w:bCs/>
        </w:rPr>
        <w:t>,</w:t>
      </w:r>
      <w:r w:rsidR="00E53790">
        <w:rPr>
          <w:b/>
        </w:rPr>
        <w:t xml:space="preserve"> </w:t>
      </w:r>
      <w:r w:rsidR="0008603B">
        <w:rPr>
          <w:bCs/>
        </w:rPr>
        <w:t>(</w:t>
      </w:r>
      <w:r w:rsidR="00126D4B">
        <w:rPr>
          <w:bCs/>
        </w:rPr>
        <w:t>1,3,7</w:t>
      </w:r>
      <w:r w:rsidR="0008603B">
        <w:rPr>
          <w:bCs/>
        </w:rPr>
        <w:t>)</w:t>
      </w:r>
    </w:p>
    <w:p w14:paraId="13E202E7" w14:textId="77777777" w:rsidR="004E3AA1" w:rsidRDefault="004E3AA1" w:rsidP="004E3AA1">
      <w:r>
        <w:rPr>
          <w:b/>
        </w:rPr>
        <w:t>Úterý</w:t>
      </w:r>
    </w:p>
    <w:p w14:paraId="60961C07" w14:textId="1C0C611E" w:rsidR="004E3AA1" w:rsidRDefault="004E3AA1" w:rsidP="004E3AA1">
      <w:pPr>
        <w:spacing w:after="40"/>
        <w:ind w:left="240"/>
      </w:pPr>
      <w:r>
        <w:rPr>
          <w:b/>
        </w:rPr>
        <w:t xml:space="preserve">Přesnídávka: </w:t>
      </w:r>
      <w:r w:rsidR="00A95FAD">
        <w:t>c</w:t>
      </w:r>
      <w:r w:rsidR="00F850B2">
        <w:t>hia chléb s máslem a strouhanou kedlubnou</w:t>
      </w:r>
      <w:r w:rsidR="0008603B">
        <w:t>,</w:t>
      </w:r>
      <w:r w:rsidR="00E53790">
        <w:t xml:space="preserve"> mléko, čaj</w:t>
      </w:r>
      <w:r w:rsidR="00126D4B">
        <w:t xml:space="preserve">, </w:t>
      </w:r>
      <w:r w:rsidR="0008603B">
        <w:t>Alergeny</w:t>
      </w:r>
      <w:r w:rsidR="00126D4B">
        <w:t xml:space="preserve"> (1,7</w:t>
      </w:r>
      <w:r w:rsidR="0008603B">
        <w:t>)</w:t>
      </w:r>
    </w:p>
    <w:p w14:paraId="79BE16A6" w14:textId="3EBB9322" w:rsidR="004E3AA1" w:rsidRDefault="004E3AA1" w:rsidP="004E3AA1">
      <w:pPr>
        <w:spacing w:after="40"/>
        <w:ind w:left="240"/>
      </w:pPr>
      <w:r>
        <w:rPr>
          <w:b/>
        </w:rPr>
        <w:t xml:space="preserve">Polévka: </w:t>
      </w:r>
      <w:r w:rsidR="00DB63AB">
        <w:rPr>
          <w:bCs/>
        </w:rPr>
        <w:t>špenátová</w:t>
      </w:r>
      <w:r w:rsidR="00F850B2">
        <w:rPr>
          <w:bCs/>
        </w:rPr>
        <w:t>,</w:t>
      </w:r>
      <w:r w:rsidR="00DB63AB">
        <w:rPr>
          <w:bCs/>
        </w:rPr>
        <w:t xml:space="preserve"> </w:t>
      </w:r>
      <w:r w:rsidR="00E53790">
        <w:rPr>
          <w:bCs/>
        </w:rPr>
        <w:t xml:space="preserve">Alergeny </w:t>
      </w:r>
      <w:r w:rsidR="0008603B">
        <w:rPr>
          <w:bCs/>
        </w:rPr>
        <w:t>(</w:t>
      </w:r>
      <w:r w:rsidR="00126D4B">
        <w:rPr>
          <w:bCs/>
        </w:rPr>
        <w:t>1,7</w:t>
      </w:r>
      <w:r w:rsidR="0008603B">
        <w:rPr>
          <w:bCs/>
        </w:rPr>
        <w:t>)</w:t>
      </w:r>
    </w:p>
    <w:p w14:paraId="0C77E3E8" w14:textId="05E43570" w:rsidR="004E3AA1" w:rsidRDefault="004E3AA1" w:rsidP="004E3AA1">
      <w:pPr>
        <w:spacing w:after="40"/>
        <w:ind w:left="240"/>
      </w:pPr>
      <w:r>
        <w:rPr>
          <w:b/>
        </w:rPr>
        <w:t xml:space="preserve">Hlavní chod: </w:t>
      </w:r>
      <w:r w:rsidR="00F850B2">
        <w:t>Kuře na paprice s noky,</w:t>
      </w:r>
      <w:r w:rsidR="0008603B">
        <w:t xml:space="preserve"> Alergeny</w:t>
      </w:r>
      <w:r w:rsidR="001D662C">
        <w:t xml:space="preserve"> </w:t>
      </w:r>
      <w:r w:rsidR="00126D4B">
        <w:t>(1</w:t>
      </w:r>
      <w:r w:rsidR="00DB63AB">
        <w:t>,3,7</w:t>
      </w:r>
      <w:r w:rsidR="00126D4B">
        <w:t>)</w:t>
      </w:r>
    </w:p>
    <w:p w14:paraId="6E6EE9A9" w14:textId="71A71634" w:rsidR="004E3AA1" w:rsidRDefault="004E3AA1" w:rsidP="004E3AA1">
      <w:pPr>
        <w:spacing w:after="40"/>
        <w:ind w:left="240"/>
      </w:pPr>
      <w:r>
        <w:rPr>
          <w:b/>
        </w:rPr>
        <w:t xml:space="preserve">Svačina: </w:t>
      </w:r>
      <w:r w:rsidR="00F850B2">
        <w:t>chléb s masovou</w:t>
      </w:r>
      <w:r w:rsidR="00DB63AB">
        <w:t xml:space="preserve"> drůbeží</w:t>
      </w:r>
      <w:r w:rsidR="00F850B2">
        <w:t xml:space="preserve"> pomazánkou</w:t>
      </w:r>
      <w:r w:rsidR="00E53790">
        <w:t xml:space="preserve">, </w:t>
      </w:r>
      <w:r w:rsidR="00F850B2">
        <w:t xml:space="preserve">okurka, </w:t>
      </w:r>
      <w:r w:rsidR="00932C4D">
        <w:t>mléko,</w:t>
      </w:r>
      <w:r w:rsidR="00E53790">
        <w:t xml:space="preserve"> </w:t>
      </w:r>
      <w:r w:rsidR="0051330B">
        <w:t xml:space="preserve">čaj, </w:t>
      </w:r>
      <w:r w:rsidR="0008603B">
        <w:t>Alergeny</w:t>
      </w:r>
      <w:r w:rsidR="001D662C">
        <w:t xml:space="preserve"> </w:t>
      </w:r>
      <w:r w:rsidR="0008603B">
        <w:t>(</w:t>
      </w:r>
      <w:r w:rsidR="00126D4B">
        <w:t>1,7</w:t>
      </w:r>
      <w:r w:rsidR="0008603B">
        <w:t>)</w:t>
      </w:r>
    </w:p>
    <w:p w14:paraId="3006E2F2" w14:textId="77777777" w:rsidR="004E3AA1" w:rsidRDefault="004E3AA1" w:rsidP="004E3AA1">
      <w:r>
        <w:rPr>
          <w:b/>
        </w:rPr>
        <w:t>Středa</w:t>
      </w:r>
    </w:p>
    <w:p w14:paraId="133D1CA2" w14:textId="6DE1C425" w:rsidR="004E3AA1" w:rsidRPr="00B43687" w:rsidRDefault="004E3AA1" w:rsidP="004E3AA1">
      <w:pPr>
        <w:spacing w:after="40"/>
        <w:ind w:left="240"/>
        <w:rPr>
          <w:bCs/>
        </w:rPr>
      </w:pPr>
      <w:r>
        <w:rPr>
          <w:b/>
        </w:rPr>
        <w:t>Přesnídáv</w:t>
      </w:r>
      <w:r w:rsidR="00F850B2">
        <w:rPr>
          <w:b/>
        </w:rPr>
        <w:t>ka:</w:t>
      </w:r>
      <w:r w:rsidR="00DE3E4B">
        <w:rPr>
          <w:b/>
        </w:rPr>
        <w:t xml:space="preserve"> </w:t>
      </w:r>
      <w:r w:rsidR="00DE3E4B">
        <w:rPr>
          <w:bCs/>
        </w:rPr>
        <w:t>rohlík s pórkovou pomazánkou, hrozny, čaj, mléko, Alergeny(</w:t>
      </w:r>
      <w:r w:rsidR="00DB63AB">
        <w:rPr>
          <w:bCs/>
        </w:rPr>
        <w:t>1,7</w:t>
      </w:r>
      <w:r w:rsidR="00DE3E4B">
        <w:rPr>
          <w:bCs/>
        </w:rPr>
        <w:t>)</w:t>
      </w:r>
    </w:p>
    <w:p w14:paraId="2A80279A" w14:textId="2D408ED2" w:rsidR="004E3AA1" w:rsidRDefault="004E3AA1" w:rsidP="004E3AA1">
      <w:pPr>
        <w:spacing w:after="40"/>
        <w:ind w:left="240"/>
      </w:pPr>
      <w:r>
        <w:rPr>
          <w:b/>
        </w:rPr>
        <w:t xml:space="preserve">Polévka: </w:t>
      </w:r>
      <w:r w:rsidR="00DB63AB">
        <w:t>jarní zeleninová</w:t>
      </w:r>
      <w:r w:rsidR="00E53790">
        <w:t xml:space="preserve">, </w:t>
      </w:r>
      <w:r w:rsidR="0008603B">
        <w:t>Alergeny</w:t>
      </w:r>
      <w:r w:rsidR="001D662C">
        <w:t xml:space="preserve"> </w:t>
      </w:r>
      <w:r w:rsidR="0008603B">
        <w:t>(</w:t>
      </w:r>
      <w:r w:rsidR="00126D4B">
        <w:t>1,9</w:t>
      </w:r>
      <w:r w:rsidR="0008603B">
        <w:t>)</w:t>
      </w:r>
    </w:p>
    <w:p w14:paraId="117C13FE" w14:textId="2158DECA" w:rsidR="004E3AA1" w:rsidRDefault="004E3AA1" w:rsidP="004E3AA1">
      <w:pPr>
        <w:spacing w:after="40"/>
        <w:ind w:left="240"/>
      </w:pPr>
      <w:r>
        <w:rPr>
          <w:b/>
        </w:rPr>
        <w:t xml:space="preserve">Hlavní chod: </w:t>
      </w:r>
      <w:r w:rsidR="00DB63AB" w:rsidRPr="00DB63AB">
        <w:rPr>
          <w:bCs/>
        </w:rPr>
        <w:t>Panenka</w:t>
      </w:r>
      <w:r w:rsidR="00DB63AB">
        <w:rPr>
          <w:b/>
        </w:rPr>
        <w:t xml:space="preserve"> </w:t>
      </w:r>
      <w:r w:rsidR="00DE3E4B">
        <w:t xml:space="preserve">vepřová plněná sušeným rajčetem, bramborová kaše, čerstvá zeleninová obloha, </w:t>
      </w:r>
      <w:r w:rsidR="0008603B">
        <w:t>Alergeny</w:t>
      </w:r>
      <w:r w:rsidR="00DB63AB">
        <w:t xml:space="preserve"> </w:t>
      </w:r>
      <w:r w:rsidR="0008603B">
        <w:t>(</w:t>
      </w:r>
      <w:r w:rsidR="00126D4B">
        <w:t>1,7</w:t>
      </w:r>
      <w:r w:rsidR="0008603B">
        <w:t>)</w:t>
      </w:r>
    </w:p>
    <w:p w14:paraId="6017B0F7" w14:textId="54722B91" w:rsidR="004E3AA1" w:rsidRDefault="004E3AA1" w:rsidP="004E3AA1">
      <w:pPr>
        <w:spacing w:after="40"/>
        <w:ind w:left="240"/>
      </w:pPr>
      <w:r>
        <w:rPr>
          <w:b/>
        </w:rPr>
        <w:t>Svačina:</w:t>
      </w:r>
      <w:r w:rsidR="00E53790">
        <w:t xml:space="preserve"> </w:t>
      </w:r>
      <w:r w:rsidR="00DE3E4B">
        <w:t xml:space="preserve">grahamový rohlík s tvarohem a pažitkou, ředkvička, čaj, mléko, </w:t>
      </w:r>
      <w:r w:rsidR="0008603B">
        <w:t>Alergeny</w:t>
      </w:r>
      <w:r w:rsidR="00A82F26">
        <w:t xml:space="preserve"> </w:t>
      </w:r>
      <w:r w:rsidR="0008603B">
        <w:t>(</w:t>
      </w:r>
      <w:r w:rsidR="00126D4B">
        <w:t>1,7</w:t>
      </w:r>
      <w:r w:rsidR="0008603B">
        <w:t>)</w:t>
      </w:r>
    </w:p>
    <w:p w14:paraId="07ECEEB1" w14:textId="77777777" w:rsidR="004E3AA1" w:rsidRDefault="004E3AA1" w:rsidP="004E3AA1">
      <w:r>
        <w:rPr>
          <w:b/>
        </w:rPr>
        <w:t>Čtvrtek</w:t>
      </w:r>
    </w:p>
    <w:p w14:paraId="278DB28D" w14:textId="2668371B" w:rsidR="004E3AA1" w:rsidRPr="006E7032" w:rsidRDefault="004E3AA1" w:rsidP="004E3AA1">
      <w:pPr>
        <w:spacing w:after="40"/>
        <w:ind w:left="240"/>
        <w:rPr>
          <w:bCs/>
        </w:rPr>
      </w:pPr>
      <w:r>
        <w:rPr>
          <w:b/>
        </w:rPr>
        <w:t xml:space="preserve">Přesnídávka: </w:t>
      </w:r>
      <w:r w:rsidR="00DE3E4B">
        <w:rPr>
          <w:bCs/>
        </w:rPr>
        <w:t>podmáslový chléb s hráškovou pomazánkou, mrkev, čaj, mléko</w:t>
      </w:r>
      <w:r w:rsidR="00E53790">
        <w:rPr>
          <w:bCs/>
        </w:rPr>
        <w:t xml:space="preserve"> </w:t>
      </w:r>
      <w:r w:rsidR="0008603B">
        <w:rPr>
          <w:bCs/>
        </w:rPr>
        <w:t>Alergeny(</w:t>
      </w:r>
      <w:r w:rsidR="00126D4B">
        <w:rPr>
          <w:bCs/>
        </w:rPr>
        <w:t>1,7</w:t>
      </w:r>
      <w:r w:rsidR="0008603B">
        <w:rPr>
          <w:bCs/>
        </w:rPr>
        <w:t>)</w:t>
      </w:r>
    </w:p>
    <w:p w14:paraId="0207922F" w14:textId="5C27AB47" w:rsidR="004E3AA1" w:rsidRDefault="004E3AA1" w:rsidP="004E3AA1">
      <w:pPr>
        <w:spacing w:after="40"/>
        <w:ind w:left="240"/>
      </w:pPr>
      <w:r>
        <w:rPr>
          <w:b/>
        </w:rPr>
        <w:t xml:space="preserve">Polévka: </w:t>
      </w:r>
      <w:r w:rsidR="00DE3E4B">
        <w:t xml:space="preserve">hrstková </w:t>
      </w:r>
      <w:r w:rsidR="0008603B">
        <w:t>(</w:t>
      </w:r>
      <w:r w:rsidR="00126D4B">
        <w:t>1,3,9</w:t>
      </w:r>
      <w:r w:rsidR="0008603B">
        <w:t>)</w:t>
      </w:r>
    </w:p>
    <w:p w14:paraId="777FC912" w14:textId="2A4C1141" w:rsidR="004E3AA1" w:rsidRDefault="004E3AA1" w:rsidP="004E3AA1">
      <w:pPr>
        <w:spacing w:after="40"/>
        <w:ind w:left="240"/>
      </w:pPr>
      <w:r>
        <w:rPr>
          <w:b/>
        </w:rPr>
        <w:t>Hlavní chod</w:t>
      </w:r>
      <w:r w:rsidR="00E53790">
        <w:rPr>
          <w:b/>
        </w:rPr>
        <w:t xml:space="preserve">: </w:t>
      </w:r>
      <w:r w:rsidR="00DE3E4B">
        <w:rPr>
          <w:bCs/>
        </w:rPr>
        <w:t>Dušená mrkev s hráškem, vepřové kostky, brambor, čaj, ovocný džus</w:t>
      </w:r>
      <w:r w:rsidR="0008603B">
        <w:t>(</w:t>
      </w:r>
      <w:r w:rsidR="00126D4B">
        <w:t>1,3,9</w:t>
      </w:r>
      <w:r w:rsidR="0008603B">
        <w:t>)</w:t>
      </w:r>
    </w:p>
    <w:p w14:paraId="7C51B9FD" w14:textId="184C9A79" w:rsidR="004E3AA1" w:rsidRPr="006E7032" w:rsidRDefault="004E3AA1" w:rsidP="004E3AA1">
      <w:pPr>
        <w:spacing w:after="40"/>
        <w:ind w:left="240"/>
        <w:rPr>
          <w:bCs/>
        </w:rPr>
      </w:pPr>
      <w:r>
        <w:rPr>
          <w:b/>
        </w:rPr>
        <w:t>Svačina:</w:t>
      </w:r>
      <w:r w:rsidR="00DE3E4B">
        <w:rPr>
          <w:b/>
        </w:rPr>
        <w:t xml:space="preserve"> </w:t>
      </w:r>
      <w:r w:rsidR="00DE3E4B">
        <w:rPr>
          <w:bCs/>
        </w:rPr>
        <w:t xml:space="preserve"> chleba s</w:t>
      </w:r>
      <w:r w:rsidR="00A82F26">
        <w:rPr>
          <w:bCs/>
        </w:rPr>
        <w:t xml:space="preserve"> tuňákovou pomazánkou</w:t>
      </w:r>
      <w:r w:rsidR="00932C4D">
        <w:t xml:space="preserve">, </w:t>
      </w:r>
      <w:r w:rsidR="00A82F26">
        <w:t>jablko</w:t>
      </w:r>
      <w:r w:rsidR="00B32E7B">
        <w:t xml:space="preserve">, čaj, mléko, </w:t>
      </w:r>
      <w:r w:rsidR="0008603B">
        <w:rPr>
          <w:bCs/>
        </w:rPr>
        <w:t>Alergeny(</w:t>
      </w:r>
      <w:r w:rsidR="00126D4B">
        <w:rPr>
          <w:bCs/>
        </w:rPr>
        <w:t>1,7,3</w:t>
      </w:r>
      <w:r w:rsidR="00A82F26">
        <w:rPr>
          <w:bCs/>
        </w:rPr>
        <w:t>,4</w:t>
      </w:r>
      <w:r w:rsidR="0008603B">
        <w:rPr>
          <w:bCs/>
        </w:rPr>
        <w:t>)</w:t>
      </w:r>
    </w:p>
    <w:p w14:paraId="665918D1" w14:textId="77777777" w:rsidR="004E3AA1" w:rsidRDefault="004E3AA1" w:rsidP="004E3AA1">
      <w:r>
        <w:rPr>
          <w:b/>
        </w:rPr>
        <w:t>Pátek</w:t>
      </w:r>
    </w:p>
    <w:p w14:paraId="0319F826" w14:textId="1A34E342" w:rsidR="004E3AA1" w:rsidRDefault="004E3AA1" w:rsidP="004E3AA1">
      <w:pPr>
        <w:spacing w:after="40"/>
        <w:ind w:left="240"/>
      </w:pPr>
      <w:r>
        <w:rPr>
          <w:b/>
        </w:rPr>
        <w:t>Přesnídávka:</w:t>
      </w:r>
      <w:r w:rsidR="00932C4D" w:rsidRPr="00932C4D">
        <w:rPr>
          <w:bCs/>
        </w:rPr>
        <w:t xml:space="preserve"> </w:t>
      </w:r>
      <w:r w:rsidR="00B32E7B">
        <w:rPr>
          <w:bCs/>
        </w:rPr>
        <w:t xml:space="preserve">veka </w:t>
      </w:r>
      <w:r w:rsidR="00A82F26">
        <w:rPr>
          <w:bCs/>
        </w:rPr>
        <w:t>se sýrem</w:t>
      </w:r>
      <w:r w:rsidR="00B32E7B">
        <w:rPr>
          <w:bCs/>
        </w:rPr>
        <w:t>, paprika, čaj, mléko,</w:t>
      </w:r>
      <w:r w:rsidR="00932C4D">
        <w:rPr>
          <w:b/>
        </w:rPr>
        <w:t xml:space="preserve"> </w:t>
      </w:r>
      <w:r w:rsidR="0008603B">
        <w:t>Alergeny(</w:t>
      </w:r>
      <w:r w:rsidR="00126D4B">
        <w:t>1,7</w:t>
      </w:r>
      <w:r w:rsidR="001D662C">
        <w:t xml:space="preserve"> </w:t>
      </w:r>
      <w:r w:rsidR="0008603B">
        <w:t>)</w:t>
      </w:r>
    </w:p>
    <w:p w14:paraId="165184B4" w14:textId="2FFACC4A" w:rsidR="004E3AA1" w:rsidRDefault="004E3AA1" w:rsidP="004E3AA1">
      <w:pPr>
        <w:spacing w:after="40"/>
        <w:ind w:left="240"/>
      </w:pPr>
      <w:r>
        <w:rPr>
          <w:b/>
        </w:rPr>
        <w:t>Polévka:</w:t>
      </w:r>
      <w:r w:rsidRPr="00FD35CF">
        <w:rPr>
          <w:bCs/>
        </w:rPr>
        <w:t xml:space="preserve"> </w:t>
      </w:r>
      <w:r w:rsidR="00932C4D">
        <w:rPr>
          <w:bCs/>
        </w:rPr>
        <w:t>k</w:t>
      </w:r>
      <w:r w:rsidR="00B32E7B">
        <w:rPr>
          <w:bCs/>
        </w:rPr>
        <w:t>mínová s vejcem</w:t>
      </w:r>
      <w:r w:rsidR="0008603B">
        <w:rPr>
          <w:bCs/>
        </w:rPr>
        <w:t xml:space="preserve"> Alergeny(</w:t>
      </w:r>
      <w:r w:rsidR="00126D4B">
        <w:rPr>
          <w:bCs/>
        </w:rPr>
        <w:t>1,7</w:t>
      </w:r>
      <w:r w:rsidR="0008603B">
        <w:rPr>
          <w:bCs/>
        </w:rPr>
        <w:t>)</w:t>
      </w:r>
    </w:p>
    <w:p w14:paraId="505C9807" w14:textId="24A3F505" w:rsidR="004E3AA1" w:rsidRDefault="004E3AA1" w:rsidP="004E3AA1">
      <w:pPr>
        <w:spacing w:after="40"/>
        <w:ind w:left="240"/>
      </w:pPr>
      <w:r>
        <w:rPr>
          <w:b/>
        </w:rPr>
        <w:t xml:space="preserve">Hlavní chod: </w:t>
      </w:r>
      <w:r w:rsidR="00B32E7B">
        <w:t>fazolový guláš, kváskový chléb</w:t>
      </w:r>
      <w:r w:rsidR="00932C4D">
        <w:t xml:space="preserve">, čaj </w:t>
      </w:r>
      <w:r w:rsidR="0008603B">
        <w:t xml:space="preserve"> Alergeny</w:t>
      </w:r>
      <w:r w:rsidR="001D662C">
        <w:t xml:space="preserve">( </w:t>
      </w:r>
      <w:r w:rsidR="00126D4B">
        <w:t>1,3,7</w:t>
      </w:r>
      <w:r w:rsidR="0008603B">
        <w:t>)</w:t>
      </w:r>
    </w:p>
    <w:p w14:paraId="50E0903A" w14:textId="7CDFD0DB" w:rsidR="00044DE2" w:rsidRDefault="004E3AA1" w:rsidP="00044DE2">
      <w:pPr>
        <w:spacing w:after="40"/>
        <w:ind w:left="240"/>
      </w:pPr>
      <w:r>
        <w:rPr>
          <w:b/>
        </w:rPr>
        <w:t xml:space="preserve">Svačina: </w:t>
      </w:r>
      <w:r w:rsidR="00044DE2">
        <w:rPr>
          <w:b/>
        </w:rPr>
        <w:t xml:space="preserve"> </w:t>
      </w:r>
      <w:r w:rsidR="00B32E7B">
        <w:rPr>
          <w:bCs/>
        </w:rPr>
        <w:t>jogurt</w:t>
      </w:r>
      <w:r w:rsidR="00932C4D">
        <w:rPr>
          <w:bCs/>
        </w:rPr>
        <w:t>,</w:t>
      </w:r>
      <w:r w:rsidR="00B32E7B">
        <w:rPr>
          <w:bCs/>
        </w:rPr>
        <w:t xml:space="preserve"> rýžový chlebík, čerstvé ovoce,</w:t>
      </w:r>
      <w:r w:rsidR="0008603B">
        <w:rPr>
          <w:bCs/>
        </w:rPr>
        <w:t xml:space="preserve"> Alergeny(</w:t>
      </w:r>
      <w:r w:rsidR="00126D4B">
        <w:rPr>
          <w:bCs/>
        </w:rPr>
        <w:t>1,3,7</w:t>
      </w:r>
      <w:r w:rsidR="0008603B">
        <w:rPr>
          <w:bCs/>
        </w:rPr>
        <w:t>)</w:t>
      </w:r>
    </w:p>
    <w:p w14:paraId="5EA733BF" w14:textId="77777777" w:rsidR="00044DE2" w:rsidRDefault="00044DE2" w:rsidP="00044DE2">
      <w:pPr>
        <w:spacing w:after="40"/>
        <w:ind w:left="240"/>
      </w:pPr>
    </w:p>
    <w:p w14:paraId="72EA61A2" w14:textId="77777777" w:rsidR="00044DE2" w:rsidRDefault="00044DE2" w:rsidP="00044DE2">
      <w:pPr>
        <w:spacing w:after="40"/>
        <w:ind w:left="240"/>
      </w:pPr>
    </w:p>
    <w:p w14:paraId="2AF7CB47" w14:textId="46A79327" w:rsidR="009837D8" w:rsidRPr="004E3AA1" w:rsidRDefault="004E3AA1" w:rsidP="00044DE2">
      <w:pPr>
        <w:spacing w:after="40"/>
        <w:ind w:left="240"/>
        <w:rPr>
          <w:i/>
        </w:rPr>
      </w:pPr>
      <w:r>
        <w:rPr>
          <w:i/>
        </w:rPr>
        <w:t>Poznámka: Po celý den je dětem zajištěn pitný režim – voda, čaj a mléko a také čerstvé ovoce. Změna jídelníčku vyhrazena. Jídlo je určeno k okamžité spotřebě.</w:t>
      </w:r>
    </w:p>
    <w:p w14:paraId="5B5E6F74" w14:textId="0A159F9C" w:rsidR="009837D8" w:rsidRPr="00C879D3" w:rsidRDefault="009837D8">
      <w:pPr>
        <w:jc w:val="center"/>
        <w:rPr>
          <w:sz w:val="20"/>
          <w:szCs w:val="20"/>
        </w:rPr>
      </w:pPr>
    </w:p>
    <w:sectPr w:rsidR="009837D8" w:rsidRPr="00C879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B7215" w14:textId="77777777" w:rsidR="00504E9C" w:rsidRDefault="00504E9C" w:rsidP="009B5EC0">
      <w:pPr>
        <w:spacing w:after="0" w:line="240" w:lineRule="auto"/>
      </w:pPr>
      <w:r>
        <w:separator/>
      </w:r>
    </w:p>
  </w:endnote>
  <w:endnote w:type="continuationSeparator" w:id="0">
    <w:p w14:paraId="663CC4AF" w14:textId="77777777" w:rsidR="00504E9C" w:rsidRDefault="00504E9C" w:rsidP="009B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603F5" w14:textId="77777777" w:rsidR="00504E9C" w:rsidRDefault="00504E9C" w:rsidP="009B5EC0">
      <w:pPr>
        <w:spacing w:after="0" w:line="240" w:lineRule="auto"/>
      </w:pPr>
      <w:r>
        <w:separator/>
      </w:r>
    </w:p>
  </w:footnote>
  <w:footnote w:type="continuationSeparator" w:id="0">
    <w:p w14:paraId="0FDCDE23" w14:textId="77777777" w:rsidR="00504E9C" w:rsidRDefault="00504E9C" w:rsidP="009B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E2"/>
    <w:rsid w:val="0006063C"/>
    <w:rsid w:val="00061337"/>
    <w:rsid w:val="00071DC6"/>
    <w:rsid w:val="0008603B"/>
    <w:rsid w:val="00123F9C"/>
    <w:rsid w:val="00126D4B"/>
    <w:rsid w:val="001327C8"/>
    <w:rsid w:val="0015074B"/>
    <w:rsid w:val="00151589"/>
    <w:rsid w:val="001B437E"/>
    <w:rsid w:val="001D662C"/>
    <w:rsid w:val="001E2F46"/>
    <w:rsid w:val="00231481"/>
    <w:rsid w:val="00253249"/>
    <w:rsid w:val="0029639D"/>
    <w:rsid w:val="002E7D7C"/>
    <w:rsid w:val="00321921"/>
    <w:rsid w:val="00326F90"/>
    <w:rsid w:val="003649C9"/>
    <w:rsid w:val="003A1F50"/>
    <w:rsid w:val="003B4ACB"/>
    <w:rsid w:val="00416842"/>
    <w:rsid w:val="00465AD3"/>
    <w:rsid w:val="00484DA2"/>
    <w:rsid w:val="004E3AA1"/>
    <w:rsid w:val="00504E9C"/>
    <w:rsid w:val="0051330B"/>
    <w:rsid w:val="0051346D"/>
    <w:rsid w:val="00517DCF"/>
    <w:rsid w:val="005545E4"/>
    <w:rsid w:val="00577161"/>
    <w:rsid w:val="005A1237"/>
    <w:rsid w:val="005A7839"/>
    <w:rsid w:val="005C68E8"/>
    <w:rsid w:val="005E0707"/>
    <w:rsid w:val="00625A8F"/>
    <w:rsid w:val="00637F74"/>
    <w:rsid w:val="006775D4"/>
    <w:rsid w:val="006B4A1F"/>
    <w:rsid w:val="006F5D62"/>
    <w:rsid w:val="007204F4"/>
    <w:rsid w:val="007A2305"/>
    <w:rsid w:val="007A462C"/>
    <w:rsid w:val="008132B3"/>
    <w:rsid w:val="00862330"/>
    <w:rsid w:val="0086234C"/>
    <w:rsid w:val="008648D3"/>
    <w:rsid w:val="00874EF7"/>
    <w:rsid w:val="008B6419"/>
    <w:rsid w:val="008F6BF5"/>
    <w:rsid w:val="00903770"/>
    <w:rsid w:val="00907295"/>
    <w:rsid w:val="00915F96"/>
    <w:rsid w:val="00932C4D"/>
    <w:rsid w:val="009837D8"/>
    <w:rsid w:val="009A387C"/>
    <w:rsid w:val="009B5EC0"/>
    <w:rsid w:val="009D1880"/>
    <w:rsid w:val="009D197A"/>
    <w:rsid w:val="009D419E"/>
    <w:rsid w:val="00A52408"/>
    <w:rsid w:val="00A82F26"/>
    <w:rsid w:val="00A9357F"/>
    <w:rsid w:val="00A95FAD"/>
    <w:rsid w:val="00AA1D8D"/>
    <w:rsid w:val="00AC313F"/>
    <w:rsid w:val="00AC378E"/>
    <w:rsid w:val="00AF285E"/>
    <w:rsid w:val="00B32E7B"/>
    <w:rsid w:val="00B43687"/>
    <w:rsid w:val="00B47730"/>
    <w:rsid w:val="00B561A8"/>
    <w:rsid w:val="00BB526D"/>
    <w:rsid w:val="00BD6915"/>
    <w:rsid w:val="00BE77F5"/>
    <w:rsid w:val="00C776F2"/>
    <w:rsid w:val="00C879D3"/>
    <w:rsid w:val="00C97ECC"/>
    <w:rsid w:val="00CB0664"/>
    <w:rsid w:val="00D249FA"/>
    <w:rsid w:val="00D24CBE"/>
    <w:rsid w:val="00D908C9"/>
    <w:rsid w:val="00DA53CF"/>
    <w:rsid w:val="00DB63AB"/>
    <w:rsid w:val="00DD1915"/>
    <w:rsid w:val="00DE3E4B"/>
    <w:rsid w:val="00E53790"/>
    <w:rsid w:val="00E932B0"/>
    <w:rsid w:val="00EC5C63"/>
    <w:rsid w:val="00F37007"/>
    <w:rsid w:val="00F850B2"/>
    <w:rsid w:val="00F95B58"/>
    <w:rsid w:val="00FC693F"/>
    <w:rsid w:val="00F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047F0"/>
  <w14:defaultImageDpi w14:val="300"/>
  <w15:docId w15:val="{D46C5B5E-3EEB-5648-B119-60C21992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F597CF-7E4F-42F0-B36F-771BED3A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226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Vlaďka Marková</cp:lastModifiedBy>
  <cp:revision>4</cp:revision>
  <cp:lastPrinted>2026-03-20T14:27:00Z</cp:lastPrinted>
  <dcterms:created xsi:type="dcterms:W3CDTF">2026-03-20T14:27:00Z</dcterms:created>
  <dcterms:modified xsi:type="dcterms:W3CDTF">2026-03-20T14:48:00Z</dcterms:modified>
  <cp:category/>
</cp:coreProperties>
</file>