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47575" w14:textId="2AB8616F" w:rsidR="00F00235" w:rsidRDefault="00605DE8" w:rsidP="004E3AA1">
      <w:pPr>
        <w:rPr>
          <w:i/>
          <w:iCs/>
          <w:sz w:val="28"/>
          <w:szCs w:val="28"/>
        </w:rPr>
      </w:pPr>
      <w:r w:rsidRPr="0008603B">
        <w:rPr>
          <w:i/>
          <w:noProof/>
          <w:color w:val="4F81BD" w:themeColor="accent1"/>
          <w:sz w:val="28"/>
          <w:szCs w:val="28"/>
        </w:rPr>
        <w:drawing>
          <wp:anchor distT="0" distB="0" distL="114300" distR="114300" simplePos="0" relativeHeight="251664384" behindDoc="1" locked="0" layoutInCell="1" allowOverlap="1" wp14:anchorId="7E7EA36E" wp14:editId="5EEE07E4">
            <wp:simplePos x="0" y="0"/>
            <wp:positionH relativeFrom="page">
              <wp:posOffset>-693615</wp:posOffset>
            </wp:positionH>
            <wp:positionV relativeFrom="paragraph">
              <wp:posOffset>-1796262</wp:posOffset>
            </wp:positionV>
            <wp:extent cx="8601075" cy="12867033"/>
            <wp:effectExtent l="0" t="0" r="0" b="0"/>
            <wp:wrapNone/>
            <wp:docPr id="617898354" name="Obrázek 617898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1075" cy="128670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603B">
        <w:rPr>
          <w:i/>
          <w:noProof/>
          <w:color w:val="4F81BD" w:themeColor="accent1"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1364E37D" wp14:editId="09DCB280">
            <wp:simplePos x="0" y="0"/>
            <wp:positionH relativeFrom="page">
              <wp:posOffset>-432435</wp:posOffset>
            </wp:positionH>
            <wp:positionV relativeFrom="paragraph">
              <wp:posOffset>-1645920</wp:posOffset>
            </wp:positionV>
            <wp:extent cx="8601075" cy="12867033"/>
            <wp:effectExtent l="0" t="0" r="0" b="0"/>
            <wp:wrapNone/>
            <wp:docPr id="1888226766" name="Obrázek 18882267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1075" cy="128670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2330" w:rsidRPr="0008603B">
        <w:rPr>
          <w:i/>
          <w:noProof/>
          <w:color w:val="4F81BD" w:themeColor="accent1"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51172E50" wp14:editId="3B9094E7">
            <wp:simplePos x="0" y="0"/>
            <wp:positionH relativeFrom="page">
              <wp:posOffset>-585470</wp:posOffset>
            </wp:positionH>
            <wp:positionV relativeFrom="paragraph">
              <wp:posOffset>-1798864</wp:posOffset>
            </wp:positionV>
            <wp:extent cx="8601075" cy="12867033"/>
            <wp:effectExtent l="0" t="0" r="0" b="0"/>
            <wp:wrapNone/>
            <wp:docPr id="1984672170" name="Obrázek 1984672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1075" cy="128670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49C9" w:rsidRPr="0008603B">
        <w:rPr>
          <w:i/>
          <w:noProof/>
          <w:color w:val="4F81BD" w:themeColor="accent1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210C3AE2" wp14:editId="53E18138">
            <wp:simplePos x="0" y="0"/>
            <wp:positionH relativeFrom="page">
              <wp:posOffset>31712</wp:posOffset>
            </wp:positionH>
            <wp:positionV relativeFrom="paragraph">
              <wp:posOffset>-1384412</wp:posOffset>
            </wp:positionV>
            <wp:extent cx="8601075" cy="12867033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1075" cy="128670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0235">
        <w:rPr>
          <w:i/>
          <w:iCs/>
          <w:color w:val="4F81BD" w:themeColor="accent1"/>
          <w:sz w:val="28"/>
          <w:szCs w:val="28"/>
        </w:rPr>
        <w:t xml:space="preserve">                                        </w:t>
      </w:r>
      <w:r w:rsidR="004E3AA1" w:rsidRPr="0008603B">
        <w:rPr>
          <w:i/>
          <w:iCs/>
          <w:color w:val="4F81BD" w:themeColor="accent1"/>
          <w:sz w:val="28"/>
          <w:szCs w:val="28"/>
        </w:rPr>
        <w:t xml:space="preserve"> </w:t>
      </w:r>
      <w:proofErr w:type="spellStart"/>
      <w:r w:rsidR="004E3AA1" w:rsidRPr="0008603B">
        <w:rPr>
          <w:color w:val="4F81BD" w:themeColor="accent1"/>
          <w:sz w:val="28"/>
          <w:szCs w:val="28"/>
        </w:rPr>
        <w:t>Jídelníček</w:t>
      </w:r>
      <w:proofErr w:type="spellEnd"/>
      <w:r w:rsidR="004E3AA1" w:rsidRPr="0008603B">
        <w:rPr>
          <w:color w:val="4F81BD" w:themeColor="accent1"/>
          <w:sz w:val="28"/>
          <w:szCs w:val="28"/>
        </w:rPr>
        <w:t xml:space="preserve"> </w:t>
      </w:r>
      <w:r w:rsidR="00E648DE">
        <w:rPr>
          <w:color w:val="4F81BD" w:themeColor="accent1"/>
          <w:sz w:val="28"/>
          <w:szCs w:val="28"/>
        </w:rPr>
        <w:t>1</w:t>
      </w:r>
      <w:r w:rsidR="00523320">
        <w:rPr>
          <w:color w:val="4F81BD" w:themeColor="accent1"/>
          <w:sz w:val="28"/>
          <w:szCs w:val="28"/>
        </w:rPr>
        <w:t>3</w:t>
      </w:r>
      <w:r w:rsidR="004E3AA1" w:rsidRPr="0008603B">
        <w:rPr>
          <w:color w:val="4F81BD" w:themeColor="accent1"/>
          <w:sz w:val="28"/>
          <w:szCs w:val="28"/>
        </w:rPr>
        <w:t xml:space="preserve">. </w:t>
      </w:r>
      <w:r w:rsidR="00E648DE">
        <w:rPr>
          <w:color w:val="4F81BD" w:themeColor="accent1"/>
          <w:sz w:val="28"/>
          <w:szCs w:val="28"/>
        </w:rPr>
        <w:t>4</w:t>
      </w:r>
      <w:r w:rsidR="004E3AA1" w:rsidRPr="0008603B">
        <w:rPr>
          <w:color w:val="4F81BD" w:themeColor="accent1"/>
          <w:sz w:val="28"/>
          <w:szCs w:val="28"/>
        </w:rPr>
        <w:t xml:space="preserve">. - </w:t>
      </w:r>
      <w:r w:rsidR="00E648DE">
        <w:rPr>
          <w:color w:val="4F81BD" w:themeColor="accent1"/>
          <w:sz w:val="28"/>
          <w:szCs w:val="28"/>
        </w:rPr>
        <w:t>17</w:t>
      </w:r>
      <w:r w:rsidR="004E3AA1" w:rsidRPr="0008603B">
        <w:rPr>
          <w:color w:val="4F81BD" w:themeColor="accent1"/>
          <w:sz w:val="28"/>
          <w:szCs w:val="28"/>
        </w:rPr>
        <w:t xml:space="preserve"> .</w:t>
      </w:r>
      <w:r w:rsidR="00523320">
        <w:rPr>
          <w:color w:val="4F81BD" w:themeColor="accent1"/>
          <w:sz w:val="28"/>
          <w:szCs w:val="28"/>
        </w:rPr>
        <w:t>4</w:t>
      </w:r>
      <w:r w:rsidR="004E3AA1" w:rsidRPr="0008603B">
        <w:rPr>
          <w:color w:val="4F81BD" w:themeColor="accent1"/>
          <w:sz w:val="28"/>
          <w:szCs w:val="28"/>
        </w:rPr>
        <w:t>. 2026</w:t>
      </w:r>
    </w:p>
    <w:p w14:paraId="0C08AE13" w14:textId="738806A9" w:rsidR="004E3AA1" w:rsidRPr="00F00235" w:rsidRDefault="004E3AA1" w:rsidP="004E3AA1">
      <w:pPr>
        <w:rPr>
          <w:i/>
          <w:iCs/>
          <w:sz w:val="28"/>
          <w:szCs w:val="28"/>
        </w:rPr>
      </w:pPr>
      <w:proofErr w:type="spellStart"/>
      <w:r>
        <w:rPr>
          <w:b/>
        </w:rPr>
        <w:t>Pondělí</w:t>
      </w:r>
      <w:proofErr w:type="spellEnd"/>
    </w:p>
    <w:p w14:paraId="440AC3CD" w14:textId="2C166D56" w:rsidR="004E3AA1" w:rsidRPr="00110DF9" w:rsidRDefault="004E3AA1" w:rsidP="004E3AA1">
      <w:pPr>
        <w:spacing w:after="40"/>
        <w:ind w:left="240"/>
        <w:rPr>
          <w:bCs/>
        </w:rPr>
      </w:pPr>
      <w:proofErr w:type="spellStart"/>
      <w:r>
        <w:rPr>
          <w:b/>
        </w:rPr>
        <w:t>Přesnídávka</w:t>
      </w:r>
      <w:proofErr w:type="spellEnd"/>
      <w:r>
        <w:rPr>
          <w:b/>
        </w:rPr>
        <w:t xml:space="preserve">: </w:t>
      </w:r>
      <w:proofErr w:type="spellStart"/>
      <w:r w:rsidR="00E648DE">
        <w:rPr>
          <w:bCs/>
        </w:rPr>
        <w:t>Chlebík</w:t>
      </w:r>
      <w:proofErr w:type="spellEnd"/>
      <w:r w:rsidR="00B552CC">
        <w:rPr>
          <w:bCs/>
        </w:rPr>
        <w:t xml:space="preserve"> se </w:t>
      </w:r>
      <w:proofErr w:type="spellStart"/>
      <w:r w:rsidR="00B552CC">
        <w:rPr>
          <w:bCs/>
        </w:rPr>
        <w:t>sýrovou</w:t>
      </w:r>
      <w:proofErr w:type="spellEnd"/>
      <w:r w:rsidR="00B552CC">
        <w:rPr>
          <w:bCs/>
        </w:rPr>
        <w:t xml:space="preserve"> </w:t>
      </w:r>
      <w:proofErr w:type="spellStart"/>
      <w:proofErr w:type="gramStart"/>
      <w:r w:rsidR="00B552CC">
        <w:rPr>
          <w:bCs/>
        </w:rPr>
        <w:t>pomaz</w:t>
      </w:r>
      <w:r w:rsidR="00E648DE">
        <w:rPr>
          <w:bCs/>
        </w:rPr>
        <w:t>á</w:t>
      </w:r>
      <w:r w:rsidR="00B552CC">
        <w:rPr>
          <w:bCs/>
        </w:rPr>
        <w:t>nkou</w:t>
      </w:r>
      <w:r>
        <w:rPr>
          <w:bCs/>
        </w:rPr>
        <w:t>,</w:t>
      </w:r>
      <w:r w:rsidR="00B552CC">
        <w:rPr>
          <w:bCs/>
        </w:rPr>
        <w:t>zelenina</w:t>
      </w:r>
      <w:proofErr w:type="gramEnd"/>
      <w:r w:rsidR="00B552CC">
        <w:rPr>
          <w:bCs/>
        </w:rPr>
        <w:t>,ovoce</w:t>
      </w:r>
      <w:proofErr w:type="spellEnd"/>
      <w:r w:rsidR="00B552CC">
        <w:rPr>
          <w:bCs/>
        </w:rPr>
        <w:t>,</w:t>
      </w:r>
      <w:r>
        <w:rPr>
          <w:bCs/>
        </w:rPr>
        <w:t xml:space="preserve"> </w:t>
      </w:r>
      <w:proofErr w:type="spellStart"/>
      <w:r>
        <w:rPr>
          <w:bCs/>
        </w:rPr>
        <w:t>čaj</w:t>
      </w:r>
      <w:proofErr w:type="spellEnd"/>
      <w:r>
        <w:rPr>
          <w:bCs/>
        </w:rPr>
        <w:t xml:space="preserve">, </w:t>
      </w:r>
      <w:proofErr w:type="spellStart"/>
      <w:proofErr w:type="gramStart"/>
      <w:r>
        <w:rPr>
          <w:bCs/>
        </w:rPr>
        <w:t>mléko</w:t>
      </w:r>
      <w:r w:rsidR="0008603B">
        <w:rPr>
          <w:bCs/>
        </w:rPr>
        <w:t>,</w:t>
      </w:r>
      <w:r w:rsidR="00523320">
        <w:rPr>
          <w:bCs/>
        </w:rPr>
        <w:t>jablko</w:t>
      </w:r>
      <w:proofErr w:type="spellEnd"/>
      <w:proofErr w:type="gramEnd"/>
      <w:r w:rsidR="00523320">
        <w:rPr>
          <w:bCs/>
        </w:rPr>
        <w:t>,</w:t>
      </w:r>
      <w:r w:rsidR="0008603B">
        <w:rPr>
          <w:bCs/>
        </w:rPr>
        <w:t xml:space="preserve"> </w:t>
      </w:r>
      <w:proofErr w:type="spellStart"/>
      <w:r w:rsidR="0008603B">
        <w:rPr>
          <w:bCs/>
        </w:rPr>
        <w:t>Alergeny</w:t>
      </w:r>
      <w:proofErr w:type="spellEnd"/>
      <w:r w:rsidR="0008603B">
        <w:rPr>
          <w:bCs/>
        </w:rPr>
        <w:t xml:space="preserve"> (1,7)</w:t>
      </w:r>
    </w:p>
    <w:p w14:paraId="6C067273" w14:textId="1DAB3D1A" w:rsidR="004E3AA1" w:rsidRDefault="004E3AA1" w:rsidP="004E3AA1">
      <w:pPr>
        <w:spacing w:after="40"/>
        <w:ind w:left="240"/>
      </w:pPr>
      <w:proofErr w:type="spellStart"/>
      <w:r>
        <w:rPr>
          <w:b/>
        </w:rPr>
        <w:t>Polévka</w:t>
      </w:r>
      <w:proofErr w:type="spellEnd"/>
      <w:r>
        <w:rPr>
          <w:b/>
        </w:rPr>
        <w:t>:</w:t>
      </w:r>
      <w:r w:rsidRPr="00110DF9">
        <w:rPr>
          <w:bCs/>
        </w:rPr>
        <w:t xml:space="preserve"> </w:t>
      </w:r>
      <w:proofErr w:type="spellStart"/>
      <w:r w:rsidR="00E648DE">
        <w:rPr>
          <w:bCs/>
        </w:rPr>
        <w:t>Bramboračka</w:t>
      </w:r>
      <w:proofErr w:type="spellEnd"/>
      <w:r w:rsidR="0008603B">
        <w:rPr>
          <w:bCs/>
        </w:rPr>
        <w:t xml:space="preserve">, </w:t>
      </w:r>
      <w:proofErr w:type="spellStart"/>
      <w:r w:rsidR="0008603B">
        <w:rPr>
          <w:bCs/>
        </w:rPr>
        <w:t>Alergeny</w:t>
      </w:r>
      <w:proofErr w:type="spellEnd"/>
      <w:r w:rsidR="0008603B">
        <w:rPr>
          <w:bCs/>
        </w:rPr>
        <w:t xml:space="preserve"> (1,</w:t>
      </w:r>
      <w:r w:rsidR="000E06CE">
        <w:rPr>
          <w:bCs/>
        </w:rPr>
        <w:t>7,</w:t>
      </w:r>
      <w:r w:rsidR="0008603B">
        <w:rPr>
          <w:bCs/>
        </w:rPr>
        <w:t>9)</w:t>
      </w:r>
    </w:p>
    <w:p w14:paraId="4E61A3F5" w14:textId="6A4E14C7" w:rsidR="004E3AA1" w:rsidRDefault="004E3AA1" w:rsidP="004E3AA1">
      <w:pPr>
        <w:spacing w:after="40"/>
        <w:ind w:left="240"/>
      </w:pPr>
      <w:proofErr w:type="spellStart"/>
      <w:r>
        <w:rPr>
          <w:b/>
        </w:rPr>
        <w:t>Hlavní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chod</w:t>
      </w:r>
      <w:proofErr w:type="spellEnd"/>
      <w:r>
        <w:rPr>
          <w:b/>
        </w:rPr>
        <w:t>:</w:t>
      </w:r>
      <w:r w:rsidR="00A95FAD">
        <w:rPr>
          <w:b/>
        </w:rPr>
        <w:t xml:space="preserve"> </w:t>
      </w:r>
      <w:proofErr w:type="spellStart"/>
      <w:r w:rsidR="00E648DE">
        <w:rPr>
          <w:bCs/>
        </w:rPr>
        <w:t>Dukátové</w:t>
      </w:r>
      <w:proofErr w:type="spellEnd"/>
      <w:r w:rsidR="00E648DE">
        <w:rPr>
          <w:bCs/>
        </w:rPr>
        <w:t xml:space="preserve"> </w:t>
      </w:r>
      <w:proofErr w:type="spellStart"/>
      <w:r w:rsidR="00E648DE">
        <w:rPr>
          <w:bCs/>
        </w:rPr>
        <w:t>buchtičky</w:t>
      </w:r>
      <w:proofErr w:type="spellEnd"/>
      <w:r w:rsidR="00E648DE">
        <w:rPr>
          <w:bCs/>
        </w:rPr>
        <w:t xml:space="preserve"> s </w:t>
      </w:r>
      <w:proofErr w:type="spellStart"/>
      <w:r w:rsidR="00E648DE">
        <w:rPr>
          <w:bCs/>
        </w:rPr>
        <w:t>krémem</w:t>
      </w:r>
      <w:proofErr w:type="spellEnd"/>
      <w:r w:rsidR="00B552CC">
        <w:rPr>
          <w:bCs/>
        </w:rPr>
        <w:t>,</w:t>
      </w:r>
      <w:r w:rsidR="00523320">
        <w:rPr>
          <w:bCs/>
        </w:rPr>
        <w:t xml:space="preserve"> </w:t>
      </w:r>
      <w:proofErr w:type="spellStart"/>
      <w:proofErr w:type="gramStart"/>
      <w:r w:rsidR="0008603B">
        <w:t>Alergeny</w:t>
      </w:r>
      <w:proofErr w:type="spellEnd"/>
      <w:r w:rsidR="0008603B">
        <w:t>(</w:t>
      </w:r>
      <w:proofErr w:type="gramEnd"/>
      <w:r w:rsidR="005B63B5">
        <w:t>1</w:t>
      </w:r>
      <w:r w:rsidR="0008603B">
        <w:t>,7)</w:t>
      </w:r>
    </w:p>
    <w:p w14:paraId="12DBC35A" w14:textId="5EEEEE2F" w:rsidR="004E3AA1" w:rsidRPr="00110DF9" w:rsidRDefault="004E3AA1" w:rsidP="004E3AA1">
      <w:pPr>
        <w:spacing w:after="40"/>
        <w:rPr>
          <w:bCs/>
        </w:rPr>
      </w:pPr>
      <w:r>
        <w:t xml:space="preserve">    </w:t>
      </w:r>
      <w:proofErr w:type="spellStart"/>
      <w:r>
        <w:rPr>
          <w:b/>
        </w:rPr>
        <w:t>Svačina</w:t>
      </w:r>
      <w:proofErr w:type="spellEnd"/>
      <w:r w:rsidR="00A95FAD">
        <w:rPr>
          <w:b/>
        </w:rPr>
        <w:t xml:space="preserve">: </w:t>
      </w:r>
      <w:proofErr w:type="spellStart"/>
      <w:r w:rsidR="00B552CC">
        <w:rPr>
          <w:bCs/>
        </w:rPr>
        <w:t>Grahamový</w:t>
      </w:r>
      <w:proofErr w:type="spellEnd"/>
      <w:r w:rsidR="00B552CC">
        <w:rPr>
          <w:bCs/>
        </w:rPr>
        <w:t xml:space="preserve"> </w:t>
      </w:r>
      <w:proofErr w:type="spellStart"/>
      <w:r w:rsidR="00B552CC">
        <w:rPr>
          <w:bCs/>
        </w:rPr>
        <w:t>rohlík</w:t>
      </w:r>
      <w:proofErr w:type="spellEnd"/>
      <w:r w:rsidR="00523320">
        <w:rPr>
          <w:bCs/>
        </w:rPr>
        <w:t xml:space="preserve"> </w:t>
      </w:r>
      <w:r w:rsidR="00DF299E">
        <w:rPr>
          <w:bCs/>
        </w:rPr>
        <w:t xml:space="preserve">se </w:t>
      </w:r>
      <w:proofErr w:type="spellStart"/>
      <w:r w:rsidR="00DF299E">
        <w:rPr>
          <w:bCs/>
        </w:rPr>
        <w:t>špenátovou</w:t>
      </w:r>
      <w:proofErr w:type="spellEnd"/>
      <w:r w:rsidR="00E648DE">
        <w:rPr>
          <w:bCs/>
        </w:rPr>
        <w:t xml:space="preserve"> </w:t>
      </w:r>
      <w:proofErr w:type="spellStart"/>
      <w:r w:rsidR="00E648DE">
        <w:rPr>
          <w:bCs/>
        </w:rPr>
        <w:t>pomazánkou</w:t>
      </w:r>
      <w:proofErr w:type="spellEnd"/>
      <w:r w:rsidR="00A95FAD">
        <w:rPr>
          <w:bCs/>
        </w:rPr>
        <w:t xml:space="preserve">, </w:t>
      </w:r>
      <w:proofErr w:type="spellStart"/>
      <w:r w:rsidR="00E648DE">
        <w:rPr>
          <w:bCs/>
        </w:rPr>
        <w:t>čerstvé</w:t>
      </w:r>
      <w:proofErr w:type="spellEnd"/>
      <w:r w:rsidR="00E648DE">
        <w:rPr>
          <w:bCs/>
        </w:rPr>
        <w:t xml:space="preserve"> </w:t>
      </w:r>
      <w:proofErr w:type="spellStart"/>
      <w:r w:rsidR="00E648DE">
        <w:rPr>
          <w:bCs/>
        </w:rPr>
        <w:t>ovoce</w:t>
      </w:r>
      <w:r w:rsidR="0008603B">
        <w:rPr>
          <w:bCs/>
        </w:rPr>
        <w:t>,</w:t>
      </w:r>
      <w:r w:rsidR="00523320">
        <w:rPr>
          <w:bCs/>
        </w:rPr>
        <w:t>čaj,mléko</w:t>
      </w:r>
      <w:proofErr w:type="spellEnd"/>
      <w:r w:rsidR="0008603B">
        <w:rPr>
          <w:bCs/>
        </w:rPr>
        <w:t xml:space="preserve"> Alergeny(1,7)</w:t>
      </w:r>
    </w:p>
    <w:p w14:paraId="13E202E7" w14:textId="77777777" w:rsidR="004E3AA1" w:rsidRDefault="004E3AA1" w:rsidP="004E3AA1">
      <w:proofErr w:type="spellStart"/>
      <w:r>
        <w:rPr>
          <w:b/>
        </w:rPr>
        <w:t>Úterý</w:t>
      </w:r>
      <w:proofErr w:type="spellEnd"/>
    </w:p>
    <w:p w14:paraId="60961C07" w14:textId="60FC0CA5" w:rsidR="004E3AA1" w:rsidRDefault="004E3AA1" w:rsidP="004E3AA1">
      <w:pPr>
        <w:spacing w:after="40"/>
        <w:ind w:left="240"/>
      </w:pPr>
      <w:proofErr w:type="spellStart"/>
      <w:r>
        <w:rPr>
          <w:b/>
        </w:rPr>
        <w:t>Přesnídávka</w:t>
      </w:r>
      <w:proofErr w:type="spellEnd"/>
      <w:r>
        <w:rPr>
          <w:b/>
        </w:rPr>
        <w:t xml:space="preserve">: </w:t>
      </w:r>
      <w:r w:rsidR="00E648DE">
        <w:t xml:space="preserve">Chia </w:t>
      </w:r>
      <w:proofErr w:type="spellStart"/>
      <w:r w:rsidR="00E648DE">
        <w:t>chlebík</w:t>
      </w:r>
      <w:proofErr w:type="spellEnd"/>
      <w:r w:rsidR="00523320">
        <w:t xml:space="preserve"> s </w:t>
      </w:r>
      <w:proofErr w:type="spellStart"/>
      <w:r w:rsidR="00523320">
        <w:t>tvorohovo</w:t>
      </w:r>
      <w:r w:rsidR="00E648DE">
        <w:t>u</w:t>
      </w:r>
      <w:proofErr w:type="spellEnd"/>
      <w:r w:rsidR="00523320">
        <w:t xml:space="preserve"> </w:t>
      </w:r>
      <w:proofErr w:type="spellStart"/>
      <w:r w:rsidR="00523320">
        <w:t>pomazánkou</w:t>
      </w:r>
      <w:proofErr w:type="spellEnd"/>
      <w:r>
        <w:t xml:space="preserve">, </w:t>
      </w:r>
      <w:proofErr w:type="spellStart"/>
      <w:r>
        <w:t>čaj</w:t>
      </w:r>
      <w:proofErr w:type="spellEnd"/>
      <w:r>
        <w:t xml:space="preserve">, </w:t>
      </w:r>
      <w:proofErr w:type="spellStart"/>
      <w:r>
        <w:t>mléko</w:t>
      </w:r>
      <w:proofErr w:type="spellEnd"/>
      <w:r>
        <w:t xml:space="preserve">, </w:t>
      </w:r>
      <w:proofErr w:type="spellStart"/>
      <w:r w:rsidR="00A95FAD">
        <w:t>ředkvičky</w:t>
      </w:r>
      <w:proofErr w:type="spellEnd"/>
      <w:r w:rsidR="0008603B">
        <w:t xml:space="preserve">, </w:t>
      </w:r>
      <w:proofErr w:type="gramStart"/>
      <w:r w:rsidR="0008603B">
        <w:t>Alergeny(</w:t>
      </w:r>
      <w:proofErr w:type="gramEnd"/>
      <w:r w:rsidR="0008603B">
        <w:t>1,7)</w:t>
      </w:r>
    </w:p>
    <w:p w14:paraId="79BE16A6" w14:textId="7B6508EE" w:rsidR="004E3AA1" w:rsidRDefault="004E3AA1" w:rsidP="004E3AA1">
      <w:pPr>
        <w:spacing w:after="40"/>
        <w:ind w:left="240"/>
      </w:pPr>
      <w:proofErr w:type="spellStart"/>
      <w:r>
        <w:rPr>
          <w:b/>
        </w:rPr>
        <w:t>Polévka</w:t>
      </w:r>
      <w:proofErr w:type="spellEnd"/>
      <w:r>
        <w:rPr>
          <w:b/>
        </w:rPr>
        <w:t xml:space="preserve">: </w:t>
      </w:r>
      <w:proofErr w:type="spellStart"/>
      <w:r w:rsidR="00E648DE">
        <w:rPr>
          <w:bCs/>
        </w:rPr>
        <w:t>Cizrnový</w:t>
      </w:r>
      <w:proofErr w:type="spellEnd"/>
      <w:r w:rsidR="00E648DE">
        <w:rPr>
          <w:bCs/>
        </w:rPr>
        <w:t xml:space="preserve"> </w:t>
      </w:r>
      <w:proofErr w:type="spellStart"/>
      <w:proofErr w:type="gramStart"/>
      <w:r w:rsidR="00E648DE">
        <w:rPr>
          <w:bCs/>
        </w:rPr>
        <w:t>krém</w:t>
      </w:r>
      <w:proofErr w:type="spellEnd"/>
      <w:r w:rsidR="00A95FAD">
        <w:rPr>
          <w:bCs/>
        </w:rPr>
        <w:t xml:space="preserve"> </w:t>
      </w:r>
      <w:r w:rsidR="0008603B">
        <w:rPr>
          <w:bCs/>
        </w:rPr>
        <w:t>,</w:t>
      </w:r>
      <w:proofErr w:type="gramEnd"/>
      <w:r w:rsidR="0008603B">
        <w:rPr>
          <w:bCs/>
        </w:rPr>
        <w:t xml:space="preserve"> </w:t>
      </w:r>
      <w:proofErr w:type="spellStart"/>
      <w:proofErr w:type="gramStart"/>
      <w:r w:rsidR="0008603B">
        <w:rPr>
          <w:bCs/>
        </w:rPr>
        <w:t>Alergeny</w:t>
      </w:r>
      <w:proofErr w:type="spellEnd"/>
      <w:r w:rsidR="0008603B">
        <w:rPr>
          <w:bCs/>
        </w:rPr>
        <w:t>(</w:t>
      </w:r>
      <w:proofErr w:type="gramEnd"/>
      <w:r w:rsidR="000E06CE">
        <w:rPr>
          <w:bCs/>
        </w:rPr>
        <w:t>1,7,</w:t>
      </w:r>
      <w:r w:rsidR="0008603B">
        <w:rPr>
          <w:bCs/>
        </w:rPr>
        <w:t>9)</w:t>
      </w:r>
    </w:p>
    <w:p w14:paraId="0C77E3E8" w14:textId="2825375E" w:rsidR="004E3AA1" w:rsidRDefault="004E3AA1" w:rsidP="004E3AA1">
      <w:pPr>
        <w:spacing w:after="40"/>
        <w:ind w:left="240"/>
      </w:pPr>
      <w:proofErr w:type="spellStart"/>
      <w:r>
        <w:rPr>
          <w:b/>
        </w:rPr>
        <w:t>Hlavní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chod</w:t>
      </w:r>
      <w:proofErr w:type="spellEnd"/>
      <w:r>
        <w:rPr>
          <w:b/>
        </w:rPr>
        <w:t xml:space="preserve">: </w:t>
      </w:r>
      <w:proofErr w:type="spellStart"/>
      <w:r w:rsidR="00E648DE">
        <w:t>Pečené</w:t>
      </w:r>
      <w:proofErr w:type="spellEnd"/>
      <w:r w:rsidR="00E648DE">
        <w:t xml:space="preserve"> </w:t>
      </w:r>
      <w:proofErr w:type="spellStart"/>
      <w:r w:rsidR="00E648DE">
        <w:t>kuře</w:t>
      </w:r>
      <w:proofErr w:type="spellEnd"/>
      <w:r w:rsidR="00E648DE">
        <w:t xml:space="preserve"> s </w:t>
      </w:r>
      <w:proofErr w:type="spellStart"/>
      <w:proofErr w:type="gramStart"/>
      <w:r w:rsidR="00E648DE">
        <w:t>nádivkou</w:t>
      </w:r>
      <w:r w:rsidR="00523320">
        <w:t>,</w:t>
      </w:r>
      <w:r w:rsidR="00E648DE">
        <w:t>bram</w:t>
      </w:r>
      <w:proofErr w:type="gramEnd"/>
      <w:r w:rsidR="00E648DE">
        <w:t>.</w:t>
      </w:r>
      <w:proofErr w:type="gramStart"/>
      <w:r w:rsidR="00E648DE">
        <w:t>kaše,okurkový</w:t>
      </w:r>
      <w:proofErr w:type="spellEnd"/>
      <w:proofErr w:type="gramEnd"/>
      <w:r w:rsidR="00E648DE">
        <w:t xml:space="preserve"> </w:t>
      </w:r>
      <w:proofErr w:type="spellStart"/>
      <w:r w:rsidR="00E648DE">
        <w:t>salát</w:t>
      </w:r>
      <w:proofErr w:type="spellEnd"/>
      <w:r w:rsidR="00E648DE">
        <w:t>,</w:t>
      </w:r>
      <w:r w:rsidR="0008603B">
        <w:t xml:space="preserve"> </w:t>
      </w:r>
      <w:proofErr w:type="spellStart"/>
      <w:proofErr w:type="gramStart"/>
      <w:r w:rsidR="0008603B">
        <w:t>Alergeny</w:t>
      </w:r>
      <w:proofErr w:type="spellEnd"/>
      <w:r w:rsidR="0008603B">
        <w:t>(</w:t>
      </w:r>
      <w:proofErr w:type="gramEnd"/>
      <w:r w:rsidR="0008603B">
        <w:t>1,7)</w:t>
      </w:r>
    </w:p>
    <w:p w14:paraId="6E6EE9A9" w14:textId="37283018" w:rsidR="004E3AA1" w:rsidRDefault="004E3AA1" w:rsidP="004E3AA1">
      <w:pPr>
        <w:spacing w:after="40"/>
        <w:ind w:left="240"/>
      </w:pPr>
      <w:proofErr w:type="spellStart"/>
      <w:r>
        <w:rPr>
          <w:b/>
        </w:rPr>
        <w:t>Svačina</w:t>
      </w:r>
      <w:proofErr w:type="spellEnd"/>
      <w:r>
        <w:rPr>
          <w:b/>
        </w:rPr>
        <w:t xml:space="preserve">: </w:t>
      </w:r>
      <w:proofErr w:type="spellStart"/>
      <w:r w:rsidR="00B552CC">
        <w:t>Chléb</w:t>
      </w:r>
      <w:proofErr w:type="spellEnd"/>
      <w:r>
        <w:t xml:space="preserve"> s</w:t>
      </w:r>
      <w:r w:rsidR="00523320">
        <w:t xml:space="preserve"> </w:t>
      </w:r>
      <w:proofErr w:type="spellStart"/>
      <w:r w:rsidR="00E648DE">
        <w:t>hráškovou</w:t>
      </w:r>
      <w:proofErr w:type="spellEnd"/>
      <w:r w:rsidR="00E648DE">
        <w:t xml:space="preserve"> </w:t>
      </w:r>
      <w:proofErr w:type="spellStart"/>
      <w:r w:rsidR="00523320">
        <w:t>pomazánkou</w:t>
      </w:r>
      <w:proofErr w:type="spellEnd"/>
      <w:r>
        <w:t xml:space="preserve">, </w:t>
      </w:r>
      <w:proofErr w:type="spellStart"/>
      <w:r w:rsidR="00B43687">
        <w:t>jablko</w:t>
      </w:r>
      <w:proofErr w:type="spellEnd"/>
      <w:r w:rsidR="00B43687">
        <w:t xml:space="preserve">, </w:t>
      </w:r>
      <w:proofErr w:type="spellStart"/>
      <w:r w:rsidR="00B43687">
        <w:t>čaj</w:t>
      </w:r>
      <w:proofErr w:type="spellEnd"/>
      <w:r w:rsidR="00B43687">
        <w:t xml:space="preserve">, </w:t>
      </w:r>
      <w:proofErr w:type="spellStart"/>
      <w:r w:rsidR="00B43687">
        <w:t>mléko</w:t>
      </w:r>
      <w:proofErr w:type="spellEnd"/>
      <w:r w:rsidR="0008603B">
        <w:t xml:space="preserve">, </w:t>
      </w:r>
      <w:proofErr w:type="gramStart"/>
      <w:r w:rsidR="0008603B">
        <w:t>Alergeny(</w:t>
      </w:r>
      <w:proofErr w:type="gramEnd"/>
      <w:r w:rsidR="0008603B">
        <w:t>1,7)</w:t>
      </w:r>
    </w:p>
    <w:p w14:paraId="3006E2F2" w14:textId="77777777" w:rsidR="004E3AA1" w:rsidRDefault="004E3AA1" w:rsidP="004E3AA1">
      <w:proofErr w:type="spellStart"/>
      <w:r>
        <w:rPr>
          <w:b/>
        </w:rPr>
        <w:t>Středa</w:t>
      </w:r>
      <w:proofErr w:type="spellEnd"/>
    </w:p>
    <w:p w14:paraId="133D1CA2" w14:textId="5BCCFC5D" w:rsidR="004E3AA1" w:rsidRPr="00B43687" w:rsidRDefault="004E3AA1" w:rsidP="004E3AA1">
      <w:pPr>
        <w:spacing w:after="40"/>
        <w:ind w:left="240"/>
        <w:rPr>
          <w:bCs/>
        </w:rPr>
      </w:pPr>
      <w:proofErr w:type="spellStart"/>
      <w:r>
        <w:rPr>
          <w:b/>
        </w:rPr>
        <w:t>Přesnídávka</w:t>
      </w:r>
      <w:proofErr w:type="spellEnd"/>
      <w:r w:rsidR="00B43687">
        <w:rPr>
          <w:b/>
        </w:rPr>
        <w:t>:</w:t>
      </w:r>
      <w:r w:rsidR="000343BE">
        <w:rPr>
          <w:b/>
        </w:rPr>
        <w:t xml:space="preserve"> </w:t>
      </w:r>
      <w:proofErr w:type="spellStart"/>
      <w:r w:rsidR="00F00235">
        <w:rPr>
          <w:bCs/>
        </w:rPr>
        <w:t>Rohlík</w:t>
      </w:r>
      <w:proofErr w:type="spellEnd"/>
      <w:r w:rsidR="00F00235">
        <w:rPr>
          <w:bCs/>
        </w:rPr>
        <w:t xml:space="preserve"> s </w:t>
      </w:r>
      <w:proofErr w:type="spellStart"/>
      <w:r w:rsidR="00F00235">
        <w:rPr>
          <w:bCs/>
        </w:rPr>
        <w:t>bylinkovou</w:t>
      </w:r>
      <w:proofErr w:type="spellEnd"/>
      <w:r w:rsidR="00F00235">
        <w:rPr>
          <w:bCs/>
        </w:rPr>
        <w:t xml:space="preserve"> </w:t>
      </w:r>
      <w:proofErr w:type="spellStart"/>
      <w:r w:rsidR="00F00235">
        <w:rPr>
          <w:bCs/>
        </w:rPr>
        <w:t>pamazánkou</w:t>
      </w:r>
      <w:proofErr w:type="spellEnd"/>
      <w:r w:rsidR="00B43687" w:rsidRPr="000343BE">
        <w:rPr>
          <w:bCs/>
        </w:rPr>
        <w:t>,</w:t>
      </w:r>
      <w:r w:rsidR="00B43687">
        <w:rPr>
          <w:bCs/>
        </w:rPr>
        <w:t xml:space="preserve"> </w:t>
      </w:r>
      <w:proofErr w:type="spellStart"/>
      <w:r w:rsidR="00B43687">
        <w:rPr>
          <w:bCs/>
        </w:rPr>
        <w:t>čaj</w:t>
      </w:r>
      <w:proofErr w:type="spellEnd"/>
      <w:r w:rsidR="00B43687">
        <w:rPr>
          <w:bCs/>
        </w:rPr>
        <w:t xml:space="preserve">, </w:t>
      </w:r>
      <w:proofErr w:type="spellStart"/>
      <w:r w:rsidR="00F00235">
        <w:rPr>
          <w:bCs/>
        </w:rPr>
        <w:t>mléko</w:t>
      </w:r>
      <w:proofErr w:type="spellEnd"/>
      <w:r w:rsidR="0008603B">
        <w:rPr>
          <w:bCs/>
        </w:rPr>
        <w:t xml:space="preserve">, </w:t>
      </w:r>
      <w:proofErr w:type="gramStart"/>
      <w:r w:rsidR="0008603B">
        <w:rPr>
          <w:bCs/>
        </w:rPr>
        <w:t>Alergeny(</w:t>
      </w:r>
      <w:proofErr w:type="gramEnd"/>
      <w:r w:rsidR="0008603B">
        <w:rPr>
          <w:bCs/>
        </w:rPr>
        <w:t>1,7)</w:t>
      </w:r>
    </w:p>
    <w:p w14:paraId="2A80279A" w14:textId="0E9ED09A" w:rsidR="004E3AA1" w:rsidRDefault="004E3AA1" w:rsidP="004E3AA1">
      <w:pPr>
        <w:spacing w:after="40"/>
        <w:ind w:left="240"/>
      </w:pPr>
      <w:proofErr w:type="spellStart"/>
      <w:r>
        <w:rPr>
          <w:b/>
        </w:rPr>
        <w:t>Polévka</w:t>
      </w:r>
      <w:proofErr w:type="spellEnd"/>
      <w:r>
        <w:rPr>
          <w:b/>
        </w:rPr>
        <w:t xml:space="preserve">: </w:t>
      </w:r>
      <w:proofErr w:type="spellStart"/>
      <w:r w:rsidR="00E648DE">
        <w:t>Hovězí</w:t>
      </w:r>
      <w:proofErr w:type="spellEnd"/>
      <w:r w:rsidR="00E648DE">
        <w:t xml:space="preserve"> </w:t>
      </w:r>
      <w:proofErr w:type="spellStart"/>
      <w:r w:rsidR="00E648DE">
        <w:t>vývar</w:t>
      </w:r>
      <w:proofErr w:type="spellEnd"/>
      <w:r w:rsidR="00E648DE">
        <w:t xml:space="preserve"> s </w:t>
      </w:r>
      <w:proofErr w:type="spellStart"/>
      <w:r w:rsidR="00E648DE">
        <w:t>nudlemi</w:t>
      </w:r>
      <w:proofErr w:type="spellEnd"/>
      <w:r w:rsidR="0008603B">
        <w:t xml:space="preserve">, </w:t>
      </w:r>
      <w:proofErr w:type="spellStart"/>
      <w:r w:rsidR="0008603B">
        <w:t>Alergeny</w:t>
      </w:r>
      <w:proofErr w:type="spellEnd"/>
      <w:r w:rsidR="0008603B">
        <w:t>(</w:t>
      </w:r>
      <w:r w:rsidR="000E06CE">
        <w:t>3,</w:t>
      </w:r>
      <w:r w:rsidR="0008603B">
        <w:t>7</w:t>
      </w:r>
      <w:r w:rsidR="00D6398D">
        <w:t>,9</w:t>
      </w:r>
      <w:r w:rsidR="0008603B">
        <w:t>)</w:t>
      </w:r>
    </w:p>
    <w:p w14:paraId="117C13FE" w14:textId="0A5F9D32" w:rsidR="004E3AA1" w:rsidRDefault="004E3AA1" w:rsidP="004E3AA1">
      <w:pPr>
        <w:spacing w:after="40"/>
        <w:ind w:left="240"/>
      </w:pPr>
      <w:proofErr w:type="spellStart"/>
      <w:r>
        <w:rPr>
          <w:b/>
        </w:rPr>
        <w:t>Hlavní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chod</w:t>
      </w:r>
      <w:proofErr w:type="spellEnd"/>
      <w:r>
        <w:rPr>
          <w:b/>
        </w:rPr>
        <w:t xml:space="preserve">: </w:t>
      </w:r>
      <w:proofErr w:type="spellStart"/>
      <w:r w:rsidR="00E648DE">
        <w:t>Koprová</w:t>
      </w:r>
      <w:proofErr w:type="spellEnd"/>
      <w:r w:rsidR="00E648DE">
        <w:t xml:space="preserve"> </w:t>
      </w:r>
      <w:proofErr w:type="spellStart"/>
      <w:r w:rsidR="00E648DE">
        <w:t>omáčka</w:t>
      </w:r>
      <w:proofErr w:type="spellEnd"/>
      <w:r w:rsidR="00E648DE">
        <w:t xml:space="preserve"> s </w:t>
      </w:r>
      <w:proofErr w:type="spellStart"/>
      <w:proofErr w:type="gramStart"/>
      <w:r w:rsidR="00E648DE">
        <w:t>vejci,vařené</w:t>
      </w:r>
      <w:proofErr w:type="spellEnd"/>
      <w:proofErr w:type="gramEnd"/>
      <w:r w:rsidR="00E648DE">
        <w:t xml:space="preserve"> </w:t>
      </w:r>
      <w:proofErr w:type="spellStart"/>
      <w:r w:rsidR="00E648DE">
        <w:t>brambory</w:t>
      </w:r>
      <w:proofErr w:type="spellEnd"/>
      <w:r w:rsidR="00D6398D">
        <w:t>,</w:t>
      </w:r>
      <w:r w:rsidR="0008603B">
        <w:t xml:space="preserve"> </w:t>
      </w:r>
      <w:proofErr w:type="spellStart"/>
      <w:proofErr w:type="gramStart"/>
      <w:r w:rsidR="0008603B">
        <w:t>Alergeny</w:t>
      </w:r>
      <w:proofErr w:type="spellEnd"/>
      <w:r w:rsidR="0008603B">
        <w:t>(</w:t>
      </w:r>
      <w:proofErr w:type="gramEnd"/>
      <w:r w:rsidR="005B63B5">
        <w:t>1,3,</w:t>
      </w:r>
      <w:r w:rsidR="0008603B">
        <w:t>7)</w:t>
      </w:r>
    </w:p>
    <w:p w14:paraId="6017B0F7" w14:textId="7D367953" w:rsidR="004E3AA1" w:rsidRDefault="004E3AA1" w:rsidP="004E3AA1">
      <w:pPr>
        <w:spacing w:after="40"/>
        <w:ind w:left="240"/>
      </w:pPr>
      <w:proofErr w:type="spellStart"/>
      <w:r>
        <w:rPr>
          <w:b/>
        </w:rPr>
        <w:t>Svačina</w:t>
      </w:r>
      <w:proofErr w:type="spellEnd"/>
      <w:r>
        <w:rPr>
          <w:b/>
        </w:rPr>
        <w:t xml:space="preserve">: </w:t>
      </w:r>
      <w:r w:rsidR="00D6398D">
        <w:t xml:space="preserve"> </w:t>
      </w:r>
      <w:proofErr w:type="spellStart"/>
      <w:r w:rsidR="00F00235">
        <w:t>chlebík</w:t>
      </w:r>
      <w:proofErr w:type="spellEnd"/>
      <w:r w:rsidR="00F00235">
        <w:t xml:space="preserve"> s </w:t>
      </w:r>
      <w:proofErr w:type="spellStart"/>
      <w:r w:rsidR="00F00235">
        <w:t>ovocnou</w:t>
      </w:r>
      <w:proofErr w:type="spellEnd"/>
      <w:r w:rsidR="00D6398D">
        <w:t xml:space="preserve"> </w:t>
      </w:r>
      <w:proofErr w:type="spellStart"/>
      <w:r w:rsidR="00044DE2">
        <w:t>pomazánkou</w:t>
      </w:r>
      <w:proofErr w:type="spellEnd"/>
      <w:r>
        <w:t xml:space="preserve">, </w:t>
      </w:r>
      <w:proofErr w:type="spellStart"/>
      <w:r w:rsidR="00605DE8">
        <w:t>banán</w:t>
      </w:r>
      <w:proofErr w:type="spellEnd"/>
      <w:r w:rsidR="00F00235">
        <w:t>,</w:t>
      </w:r>
      <w:r>
        <w:t xml:space="preserve"> </w:t>
      </w:r>
      <w:proofErr w:type="spellStart"/>
      <w:r>
        <w:t>čaj</w:t>
      </w:r>
      <w:proofErr w:type="spellEnd"/>
      <w:r>
        <w:t xml:space="preserve">, </w:t>
      </w:r>
      <w:proofErr w:type="spellStart"/>
      <w:r>
        <w:t>mléko</w:t>
      </w:r>
      <w:proofErr w:type="spellEnd"/>
      <w:r w:rsidR="0008603B">
        <w:t xml:space="preserve">, </w:t>
      </w:r>
      <w:proofErr w:type="gramStart"/>
      <w:r w:rsidR="0008603B">
        <w:t>Alergeny(</w:t>
      </w:r>
      <w:proofErr w:type="gramEnd"/>
      <w:r w:rsidR="0008603B">
        <w:t>1,7)</w:t>
      </w:r>
    </w:p>
    <w:p w14:paraId="07ECEEB1" w14:textId="77777777" w:rsidR="004E3AA1" w:rsidRDefault="004E3AA1" w:rsidP="004E3AA1">
      <w:proofErr w:type="spellStart"/>
      <w:r>
        <w:rPr>
          <w:b/>
        </w:rPr>
        <w:t>Čtvrtek</w:t>
      </w:r>
      <w:proofErr w:type="spellEnd"/>
    </w:p>
    <w:p w14:paraId="278DB28D" w14:textId="02241B86" w:rsidR="004E3AA1" w:rsidRPr="006E7032" w:rsidRDefault="004E3AA1" w:rsidP="004E3AA1">
      <w:pPr>
        <w:spacing w:after="40"/>
        <w:ind w:left="240"/>
        <w:rPr>
          <w:bCs/>
        </w:rPr>
      </w:pPr>
      <w:proofErr w:type="spellStart"/>
      <w:r>
        <w:rPr>
          <w:b/>
        </w:rPr>
        <w:t>Přesnídávka</w:t>
      </w:r>
      <w:proofErr w:type="spellEnd"/>
      <w:r>
        <w:rPr>
          <w:b/>
        </w:rPr>
        <w:t>:</w:t>
      </w:r>
      <w:r w:rsidR="000343BE" w:rsidRPr="000343BE">
        <w:rPr>
          <w:bCs/>
        </w:rPr>
        <w:t xml:space="preserve"> </w:t>
      </w:r>
      <w:proofErr w:type="spellStart"/>
      <w:r w:rsidR="00605DE8">
        <w:rPr>
          <w:bCs/>
        </w:rPr>
        <w:t>C</w:t>
      </w:r>
      <w:r w:rsidR="000343BE">
        <w:rPr>
          <w:bCs/>
        </w:rPr>
        <w:t>hléb</w:t>
      </w:r>
      <w:r w:rsidR="00F00235">
        <w:rPr>
          <w:bCs/>
        </w:rPr>
        <w:t>ík</w:t>
      </w:r>
      <w:proofErr w:type="spellEnd"/>
      <w:r w:rsidR="000343BE">
        <w:rPr>
          <w:bCs/>
        </w:rPr>
        <w:t xml:space="preserve"> s </w:t>
      </w:r>
      <w:proofErr w:type="spellStart"/>
      <w:r w:rsidR="000343BE">
        <w:rPr>
          <w:bCs/>
        </w:rPr>
        <w:t>rybičkovou</w:t>
      </w:r>
      <w:proofErr w:type="spellEnd"/>
      <w:r w:rsidR="000343BE">
        <w:rPr>
          <w:bCs/>
        </w:rPr>
        <w:t xml:space="preserve"> </w:t>
      </w:r>
      <w:proofErr w:type="spellStart"/>
      <w:r w:rsidR="000343BE">
        <w:rPr>
          <w:bCs/>
        </w:rPr>
        <w:t>pomazánkou</w:t>
      </w:r>
      <w:proofErr w:type="spellEnd"/>
      <w:r w:rsidR="00B43687">
        <w:rPr>
          <w:bCs/>
        </w:rPr>
        <w:t>,</w:t>
      </w:r>
      <w:r>
        <w:rPr>
          <w:bCs/>
        </w:rPr>
        <w:t xml:space="preserve"> </w:t>
      </w:r>
      <w:proofErr w:type="spellStart"/>
      <w:r>
        <w:rPr>
          <w:bCs/>
        </w:rPr>
        <w:t>ovoce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mléko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čaj</w:t>
      </w:r>
      <w:proofErr w:type="spellEnd"/>
      <w:r w:rsidR="0008603B">
        <w:rPr>
          <w:bCs/>
        </w:rPr>
        <w:t xml:space="preserve">, </w:t>
      </w:r>
      <w:proofErr w:type="spellStart"/>
      <w:proofErr w:type="gramStart"/>
      <w:r w:rsidR="0008603B">
        <w:rPr>
          <w:bCs/>
        </w:rPr>
        <w:t>Alergeny</w:t>
      </w:r>
      <w:proofErr w:type="spellEnd"/>
      <w:r w:rsidR="0008603B">
        <w:rPr>
          <w:bCs/>
        </w:rPr>
        <w:t>(</w:t>
      </w:r>
      <w:proofErr w:type="gramEnd"/>
      <w:r w:rsidR="0008603B">
        <w:rPr>
          <w:bCs/>
        </w:rPr>
        <w:t>1,</w:t>
      </w:r>
      <w:r w:rsidR="00605DE8">
        <w:rPr>
          <w:bCs/>
        </w:rPr>
        <w:t>4,</w:t>
      </w:r>
      <w:r w:rsidR="0008603B">
        <w:rPr>
          <w:bCs/>
        </w:rPr>
        <w:t>7)</w:t>
      </w:r>
    </w:p>
    <w:p w14:paraId="0207922F" w14:textId="69EE0807" w:rsidR="004E3AA1" w:rsidRDefault="004E3AA1" w:rsidP="004E3AA1">
      <w:pPr>
        <w:spacing w:after="40"/>
        <w:ind w:left="240"/>
      </w:pPr>
      <w:proofErr w:type="spellStart"/>
      <w:r>
        <w:rPr>
          <w:b/>
        </w:rPr>
        <w:t>Polévka</w:t>
      </w:r>
      <w:proofErr w:type="spellEnd"/>
      <w:r>
        <w:rPr>
          <w:b/>
        </w:rPr>
        <w:t xml:space="preserve">: </w:t>
      </w:r>
      <w:proofErr w:type="spellStart"/>
      <w:r w:rsidR="00F00235">
        <w:t>Hrášková</w:t>
      </w:r>
      <w:proofErr w:type="spellEnd"/>
      <w:r w:rsidR="00F00235">
        <w:t xml:space="preserve"> s </w:t>
      </w:r>
      <w:proofErr w:type="spellStart"/>
      <w:r w:rsidR="00F00235">
        <w:t>mrkví</w:t>
      </w:r>
      <w:proofErr w:type="spellEnd"/>
      <w:r w:rsidR="0008603B">
        <w:t>, Alergeny(</w:t>
      </w:r>
      <w:r w:rsidR="005B63B5">
        <w:t>1,</w:t>
      </w:r>
      <w:r w:rsidR="00D6398D">
        <w:t>7,</w:t>
      </w:r>
      <w:r w:rsidR="0008603B">
        <w:t>9)</w:t>
      </w:r>
    </w:p>
    <w:p w14:paraId="777FC912" w14:textId="0236C025" w:rsidR="004E3AA1" w:rsidRDefault="004E3AA1" w:rsidP="004E3AA1">
      <w:pPr>
        <w:spacing w:after="40"/>
        <w:ind w:left="240"/>
      </w:pPr>
      <w:proofErr w:type="spellStart"/>
      <w:r>
        <w:rPr>
          <w:b/>
        </w:rPr>
        <w:t>Hlavní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chod</w:t>
      </w:r>
      <w:proofErr w:type="spellEnd"/>
      <w:r>
        <w:rPr>
          <w:b/>
        </w:rPr>
        <w:t xml:space="preserve">: </w:t>
      </w:r>
      <w:proofErr w:type="spellStart"/>
      <w:r w:rsidR="00F00235">
        <w:t>Hovězí</w:t>
      </w:r>
      <w:proofErr w:type="spellEnd"/>
      <w:r w:rsidR="00F00235">
        <w:t xml:space="preserve"> </w:t>
      </w:r>
      <w:proofErr w:type="spellStart"/>
      <w:r w:rsidR="00F00235">
        <w:t>na</w:t>
      </w:r>
      <w:proofErr w:type="spellEnd"/>
      <w:r w:rsidR="00F00235">
        <w:t xml:space="preserve"> </w:t>
      </w:r>
      <w:proofErr w:type="spellStart"/>
      <w:r w:rsidR="00F00235">
        <w:t>celeru,divoká</w:t>
      </w:r>
      <w:proofErr w:type="spellEnd"/>
      <w:r w:rsidR="00F00235">
        <w:t xml:space="preserve"> </w:t>
      </w:r>
      <w:proofErr w:type="spellStart"/>
      <w:r w:rsidR="00F00235">
        <w:t>rýže,zeleninový</w:t>
      </w:r>
      <w:proofErr w:type="spellEnd"/>
      <w:r w:rsidR="00F00235">
        <w:t xml:space="preserve"> </w:t>
      </w:r>
      <w:proofErr w:type="spellStart"/>
      <w:r w:rsidR="00F00235">
        <w:t>salátek</w:t>
      </w:r>
      <w:proofErr w:type="spellEnd"/>
      <w:r w:rsidR="0008603B">
        <w:t xml:space="preserve"> Alergeny(1,7</w:t>
      </w:r>
      <w:r w:rsidR="000E06CE">
        <w:t>,9</w:t>
      </w:r>
      <w:r w:rsidR="0008603B">
        <w:t>)</w:t>
      </w:r>
    </w:p>
    <w:p w14:paraId="50E0903A" w14:textId="37185304" w:rsidR="00044DE2" w:rsidRDefault="004E3AA1" w:rsidP="00D6398D">
      <w:pPr>
        <w:spacing w:after="40"/>
        <w:ind w:left="240"/>
        <w:rPr>
          <w:bCs/>
        </w:rPr>
      </w:pPr>
      <w:proofErr w:type="spellStart"/>
      <w:r>
        <w:rPr>
          <w:b/>
        </w:rPr>
        <w:t>Svačina</w:t>
      </w:r>
      <w:proofErr w:type="spellEnd"/>
      <w:r>
        <w:rPr>
          <w:b/>
        </w:rPr>
        <w:t xml:space="preserve">: </w:t>
      </w:r>
      <w:r w:rsidR="00D6398D">
        <w:rPr>
          <w:bCs/>
        </w:rPr>
        <w:t xml:space="preserve">Veka </w:t>
      </w:r>
      <w:r w:rsidR="00F00235">
        <w:rPr>
          <w:bCs/>
        </w:rPr>
        <w:t xml:space="preserve">s </w:t>
      </w:r>
      <w:proofErr w:type="spellStart"/>
      <w:r w:rsidR="00F00235">
        <w:rPr>
          <w:bCs/>
        </w:rPr>
        <w:t>pažitkovou</w:t>
      </w:r>
      <w:proofErr w:type="spellEnd"/>
      <w:r w:rsidR="00F00235">
        <w:rPr>
          <w:bCs/>
        </w:rPr>
        <w:t xml:space="preserve"> </w:t>
      </w:r>
      <w:proofErr w:type="spellStart"/>
      <w:r w:rsidR="00F00235">
        <w:rPr>
          <w:bCs/>
        </w:rPr>
        <w:t>pomazánkou</w:t>
      </w:r>
      <w:proofErr w:type="spellEnd"/>
      <w:r w:rsidR="00F00235">
        <w:rPr>
          <w:bCs/>
        </w:rPr>
        <w:t xml:space="preserve"> paprika</w:t>
      </w:r>
      <w:r w:rsidR="0008603B">
        <w:rPr>
          <w:bCs/>
        </w:rPr>
        <w:t>, Alergeny(1,7)</w:t>
      </w:r>
    </w:p>
    <w:p w14:paraId="0F03283C" w14:textId="45BEDA9D" w:rsidR="00F00235" w:rsidRDefault="00F00235" w:rsidP="00D6398D">
      <w:pPr>
        <w:spacing w:after="40"/>
        <w:ind w:left="240"/>
        <w:rPr>
          <w:b/>
        </w:rPr>
      </w:pPr>
      <w:proofErr w:type="spellStart"/>
      <w:r>
        <w:rPr>
          <w:b/>
        </w:rPr>
        <w:t>Pátek</w:t>
      </w:r>
      <w:proofErr w:type="spellEnd"/>
    </w:p>
    <w:p w14:paraId="2D07376E" w14:textId="77777777" w:rsidR="00F00235" w:rsidRDefault="00F00235" w:rsidP="00D6398D">
      <w:pPr>
        <w:spacing w:after="40"/>
        <w:ind w:left="240"/>
        <w:rPr>
          <w:b/>
        </w:rPr>
      </w:pPr>
    </w:p>
    <w:p w14:paraId="3FCCFA00" w14:textId="0C3966E9" w:rsidR="00F00235" w:rsidRPr="00F00235" w:rsidRDefault="00F00235" w:rsidP="00D6398D">
      <w:pPr>
        <w:spacing w:after="40"/>
        <w:ind w:left="240"/>
        <w:rPr>
          <w:bCs/>
        </w:rPr>
      </w:pPr>
      <w:proofErr w:type="spellStart"/>
      <w:r>
        <w:rPr>
          <w:b/>
        </w:rPr>
        <w:t>Přesnídávka</w:t>
      </w:r>
      <w:proofErr w:type="spellEnd"/>
      <w:r>
        <w:rPr>
          <w:b/>
        </w:rPr>
        <w:t xml:space="preserve">: </w:t>
      </w:r>
      <w:r w:rsidR="00605DE8">
        <w:rPr>
          <w:b/>
        </w:rPr>
        <w:t xml:space="preserve"> </w:t>
      </w:r>
      <w:proofErr w:type="spellStart"/>
      <w:r w:rsidR="00605DE8" w:rsidRPr="00605DE8">
        <w:rPr>
          <w:bCs/>
        </w:rPr>
        <w:t>Dýňová</w:t>
      </w:r>
      <w:proofErr w:type="spellEnd"/>
      <w:r w:rsidR="00605DE8" w:rsidRPr="00605DE8">
        <w:rPr>
          <w:bCs/>
        </w:rPr>
        <w:t xml:space="preserve"> Kostka s </w:t>
      </w:r>
      <w:proofErr w:type="spellStart"/>
      <w:r w:rsidR="00605DE8" w:rsidRPr="00605DE8">
        <w:rPr>
          <w:bCs/>
        </w:rPr>
        <w:t>vaječnou</w:t>
      </w:r>
      <w:proofErr w:type="spellEnd"/>
      <w:r w:rsidR="00605DE8" w:rsidRPr="00605DE8">
        <w:rPr>
          <w:bCs/>
        </w:rPr>
        <w:t xml:space="preserve"> </w:t>
      </w:r>
      <w:proofErr w:type="spellStart"/>
      <w:r w:rsidR="00605DE8" w:rsidRPr="00605DE8">
        <w:rPr>
          <w:bCs/>
        </w:rPr>
        <w:t>pomazánkou</w:t>
      </w:r>
      <w:r w:rsidR="00605DE8">
        <w:rPr>
          <w:bCs/>
        </w:rPr>
        <w:t>,ovoce,čaj,mléko</w:t>
      </w:r>
      <w:proofErr w:type="spellEnd"/>
      <w:r w:rsidR="00605DE8">
        <w:rPr>
          <w:bCs/>
        </w:rPr>
        <w:t xml:space="preserve">, </w:t>
      </w:r>
      <w:proofErr w:type="spellStart"/>
      <w:r w:rsidR="00605DE8">
        <w:rPr>
          <w:bCs/>
        </w:rPr>
        <w:t>Alergeny</w:t>
      </w:r>
      <w:proofErr w:type="spellEnd"/>
      <w:r w:rsidR="00605DE8">
        <w:rPr>
          <w:bCs/>
        </w:rPr>
        <w:t>(1,3,7)</w:t>
      </w:r>
    </w:p>
    <w:p w14:paraId="051E4515" w14:textId="078473CF" w:rsidR="00F00235" w:rsidRPr="00F00235" w:rsidRDefault="00F00235" w:rsidP="00D6398D">
      <w:pPr>
        <w:spacing w:after="40"/>
        <w:ind w:left="240"/>
        <w:rPr>
          <w:bCs/>
        </w:rPr>
      </w:pPr>
      <w:proofErr w:type="spellStart"/>
      <w:r>
        <w:rPr>
          <w:b/>
        </w:rPr>
        <w:t>Polévka</w:t>
      </w:r>
      <w:proofErr w:type="spellEnd"/>
      <w:r>
        <w:rPr>
          <w:b/>
        </w:rPr>
        <w:t xml:space="preserve">: </w:t>
      </w:r>
      <w:proofErr w:type="spellStart"/>
      <w:r>
        <w:rPr>
          <w:bCs/>
        </w:rPr>
        <w:t>Zeleninová</w:t>
      </w:r>
      <w:proofErr w:type="spellEnd"/>
      <w:r>
        <w:rPr>
          <w:bCs/>
        </w:rPr>
        <w:t xml:space="preserve"> s </w:t>
      </w:r>
      <w:proofErr w:type="spellStart"/>
      <w:r>
        <w:rPr>
          <w:bCs/>
        </w:rPr>
        <w:t>ovesnými</w:t>
      </w:r>
      <w:proofErr w:type="spellEnd"/>
      <w:r>
        <w:rPr>
          <w:bCs/>
        </w:rPr>
        <w:t xml:space="preserve"> vločkami</w:t>
      </w:r>
      <w:r w:rsidR="00CD6BE7">
        <w:rPr>
          <w:bCs/>
        </w:rPr>
        <w:t>,Alergeny(1,7,9)</w:t>
      </w:r>
    </w:p>
    <w:p w14:paraId="1077D622" w14:textId="4BBCA5F9" w:rsidR="00F00235" w:rsidRPr="00F00235" w:rsidRDefault="00F00235" w:rsidP="00D6398D">
      <w:pPr>
        <w:spacing w:after="40"/>
        <w:ind w:left="240"/>
        <w:rPr>
          <w:bCs/>
        </w:rPr>
      </w:pPr>
      <w:proofErr w:type="spellStart"/>
      <w:r>
        <w:rPr>
          <w:b/>
        </w:rPr>
        <w:t>Hlavní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chod</w:t>
      </w:r>
      <w:proofErr w:type="spellEnd"/>
      <w:r>
        <w:rPr>
          <w:b/>
        </w:rPr>
        <w:t xml:space="preserve">: </w:t>
      </w:r>
      <w:proofErr w:type="spellStart"/>
      <w:r>
        <w:rPr>
          <w:bCs/>
        </w:rPr>
        <w:t>Špagety</w:t>
      </w:r>
      <w:proofErr w:type="spellEnd"/>
      <w:r>
        <w:rPr>
          <w:bCs/>
        </w:rPr>
        <w:t xml:space="preserve"> s </w:t>
      </w:r>
      <w:proofErr w:type="spellStart"/>
      <w:r>
        <w:rPr>
          <w:bCs/>
        </w:rPr>
        <w:t>rajčátkovou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omáčkou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sypané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sýrem</w:t>
      </w:r>
      <w:r w:rsidR="00CD6BE7">
        <w:rPr>
          <w:bCs/>
        </w:rPr>
        <w:t>,Alergeny</w:t>
      </w:r>
      <w:proofErr w:type="spellEnd"/>
      <w:r w:rsidR="00CD6BE7">
        <w:rPr>
          <w:bCs/>
        </w:rPr>
        <w:t>(1,7)</w:t>
      </w:r>
    </w:p>
    <w:p w14:paraId="1A5BDC24" w14:textId="04B546ED" w:rsidR="00F00235" w:rsidRPr="00605DE8" w:rsidRDefault="00F00235" w:rsidP="00D6398D">
      <w:pPr>
        <w:spacing w:after="40"/>
        <w:ind w:left="240"/>
        <w:rPr>
          <w:bCs/>
        </w:rPr>
      </w:pPr>
      <w:proofErr w:type="spellStart"/>
      <w:r>
        <w:rPr>
          <w:b/>
        </w:rPr>
        <w:t>Svačina</w:t>
      </w:r>
      <w:proofErr w:type="spellEnd"/>
      <w:r>
        <w:rPr>
          <w:b/>
        </w:rPr>
        <w:t>:</w:t>
      </w:r>
      <w:r w:rsidR="00605DE8">
        <w:rPr>
          <w:b/>
        </w:rPr>
        <w:t xml:space="preserve"> </w:t>
      </w:r>
      <w:proofErr w:type="spellStart"/>
      <w:r w:rsidR="00605DE8">
        <w:rPr>
          <w:bCs/>
        </w:rPr>
        <w:t>Ovocný</w:t>
      </w:r>
      <w:proofErr w:type="spellEnd"/>
      <w:r w:rsidR="00605DE8">
        <w:rPr>
          <w:bCs/>
        </w:rPr>
        <w:t xml:space="preserve"> </w:t>
      </w:r>
      <w:proofErr w:type="spellStart"/>
      <w:r w:rsidR="00605DE8">
        <w:rPr>
          <w:bCs/>
        </w:rPr>
        <w:t>jogurt</w:t>
      </w:r>
      <w:proofErr w:type="spellEnd"/>
      <w:r w:rsidR="00605DE8">
        <w:rPr>
          <w:bCs/>
        </w:rPr>
        <w:t xml:space="preserve">, </w:t>
      </w:r>
      <w:proofErr w:type="spellStart"/>
      <w:r w:rsidR="00630E7B">
        <w:rPr>
          <w:bCs/>
        </w:rPr>
        <w:t>loupáček</w:t>
      </w:r>
      <w:r w:rsidR="00605DE8">
        <w:rPr>
          <w:bCs/>
        </w:rPr>
        <w:t>,pomeranč</w:t>
      </w:r>
      <w:proofErr w:type="spellEnd"/>
      <w:r w:rsidR="00605DE8">
        <w:rPr>
          <w:bCs/>
        </w:rPr>
        <w:t>, Alergeny(1,7)</w:t>
      </w:r>
    </w:p>
    <w:p w14:paraId="5EA733BF" w14:textId="77777777" w:rsidR="00044DE2" w:rsidRDefault="00044DE2" w:rsidP="00044DE2">
      <w:pPr>
        <w:spacing w:after="40"/>
        <w:ind w:left="240"/>
      </w:pPr>
    </w:p>
    <w:p w14:paraId="72EA61A2" w14:textId="77777777" w:rsidR="00044DE2" w:rsidRDefault="00044DE2" w:rsidP="00044DE2">
      <w:pPr>
        <w:spacing w:after="40"/>
        <w:ind w:left="240"/>
      </w:pPr>
    </w:p>
    <w:p w14:paraId="188813F7" w14:textId="77777777" w:rsidR="00F00235" w:rsidRDefault="00F00235" w:rsidP="00044DE2">
      <w:pPr>
        <w:spacing w:after="40"/>
        <w:ind w:left="240"/>
        <w:rPr>
          <w:i/>
        </w:rPr>
      </w:pPr>
    </w:p>
    <w:p w14:paraId="44C45690" w14:textId="77777777" w:rsidR="00F00235" w:rsidRDefault="00F00235" w:rsidP="00044DE2">
      <w:pPr>
        <w:spacing w:after="40"/>
        <w:ind w:left="240"/>
        <w:rPr>
          <w:i/>
        </w:rPr>
      </w:pPr>
    </w:p>
    <w:p w14:paraId="2AF7CB47" w14:textId="3772A8D9" w:rsidR="009837D8" w:rsidRDefault="004E3AA1" w:rsidP="00044DE2">
      <w:pPr>
        <w:spacing w:after="40"/>
        <w:ind w:left="240"/>
        <w:rPr>
          <w:i/>
        </w:rPr>
      </w:pPr>
      <w:proofErr w:type="spellStart"/>
      <w:r>
        <w:rPr>
          <w:i/>
        </w:rPr>
        <w:t>Poznámka</w:t>
      </w:r>
      <w:proofErr w:type="spellEnd"/>
      <w:r>
        <w:rPr>
          <w:i/>
        </w:rPr>
        <w:t xml:space="preserve">: Po </w:t>
      </w:r>
      <w:proofErr w:type="spellStart"/>
      <w:r>
        <w:rPr>
          <w:i/>
        </w:rPr>
        <w:t>celý</w:t>
      </w:r>
      <w:proofErr w:type="spellEnd"/>
      <w:r>
        <w:rPr>
          <w:i/>
        </w:rPr>
        <w:t xml:space="preserve"> den je </w:t>
      </w:r>
      <w:proofErr w:type="spellStart"/>
      <w:r>
        <w:rPr>
          <w:i/>
        </w:rPr>
        <w:t>dětem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zajištěn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pitný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režim</w:t>
      </w:r>
      <w:proofErr w:type="spellEnd"/>
      <w:r>
        <w:rPr>
          <w:i/>
        </w:rPr>
        <w:t xml:space="preserve"> – </w:t>
      </w:r>
      <w:proofErr w:type="spellStart"/>
      <w:r>
        <w:rPr>
          <w:i/>
        </w:rPr>
        <w:t>voda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čaj</w:t>
      </w:r>
      <w:proofErr w:type="spellEnd"/>
      <w:r>
        <w:rPr>
          <w:i/>
        </w:rPr>
        <w:t xml:space="preserve"> a </w:t>
      </w:r>
      <w:proofErr w:type="spellStart"/>
      <w:r>
        <w:rPr>
          <w:i/>
        </w:rPr>
        <w:t>mléko</w:t>
      </w:r>
      <w:proofErr w:type="spellEnd"/>
      <w:r>
        <w:rPr>
          <w:i/>
        </w:rPr>
        <w:t xml:space="preserve"> a </w:t>
      </w:r>
      <w:proofErr w:type="spellStart"/>
      <w:r>
        <w:rPr>
          <w:i/>
        </w:rPr>
        <w:t>také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čerstvé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ovoce</w:t>
      </w:r>
      <w:proofErr w:type="spellEnd"/>
      <w:r>
        <w:rPr>
          <w:i/>
        </w:rPr>
        <w:t xml:space="preserve">. </w:t>
      </w:r>
      <w:proofErr w:type="spellStart"/>
      <w:r>
        <w:rPr>
          <w:i/>
        </w:rPr>
        <w:t>Změna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jídelníčku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vyhrazena</w:t>
      </w:r>
      <w:proofErr w:type="spellEnd"/>
      <w:r>
        <w:rPr>
          <w:i/>
        </w:rPr>
        <w:t xml:space="preserve">. </w:t>
      </w:r>
      <w:proofErr w:type="spellStart"/>
      <w:r>
        <w:rPr>
          <w:i/>
        </w:rPr>
        <w:t>Jídlo</w:t>
      </w:r>
      <w:proofErr w:type="spellEnd"/>
      <w:r>
        <w:rPr>
          <w:i/>
        </w:rPr>
        <w:t xml:space="preserve"> je </w:t>
      </w:r>
      <w:proofErr w:type="spellStart"/>
      <w:r>
        <w:rPr>
          <w:i/>
        </w:rPr>
        <w:t>určeno</w:t>
      </w:r>
      <w:proofErr w:type="spellEnd"/>
      <w:r>
        <w:rPr>
          <w:i/>
        </w:rPr>
        <w:t xml:space="preserve"> k </w:t>
      </w:r>
      <w:proofErr w:type="spellStart"/>
      <w:r>
        <w:rPr>
          <w:i/>
        </w:rPr>
        <w:t>okamžité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spotřebě</w:t>
      </w:r>
      <w:proofErr w:type="spellEnd"/>
      <w:r>
        <w:rPr>
          <w:i/>
        </w:rPr>
        <w:t>.</w:t>
      </w:r>
    </w:p>
    <w:p w14:paraId="7E972095" w14:textId="77777777" w:rsidR="00F00235" w:rsidRDefault="00F00235" w:rsidP="00044DE2">
      <w:pPr>
        <w:spacing w:after="40"/>
        <w:ind w:left="240"/>
        <w:rPr>
          <w:i/>
        </w:rPr>
      </w:pPr>
    </w:p>
    <w:p w14:paraId="0CBAB21D" w14:textId="77777777" w:rsidR="00F00235" w:rsidRPr="004E3AA1" w:rsidRDefault="00F00235" w:rsidP="00044DE2">
      <w:pPr>
        <w:spacing w:after="40"/>
        <w:ind w:left="240"/>
        <w:rPr>
          <w:i/>
        </w:rPr>
      </w:pPr>
    </w:p>
    <w:p w14:paraId="5B5E6F74" w14:textId="0A159F9C" w:rsidR="009837D8" w:rsidRPr="00C879D3" w:rsidRDefault="009837D8">
      <w:pPr>
        <w:jc w:val="center"/>
        <w:rPr>
          <w:sz w:val="20"/>
          <w:szCs w:val="20"/>
        </w:rPr>
      </w:pPr>
    </w:p>
    <w:sectPr w:rsidR="009837D8" w:rsidRPr="00C879D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7EF47" w14:textId="77777777" w:rsidR="007F4C17" w:rsidRDefault="007F4C17" w:rsidP="009B5EC0">
      <w:pPr>
        <w:spacing w:after="0" w:line="240" w:lineRule="auto"/>
      </w:pPr>
      <w:r>
        <w:separator/>
      </w:r>
    </w:p>
  </w:endnote>
  <w:endnote w:type="continuationSeparator" w:id="0">
    <w:p w14:paraId="5699AF4E" w14:textId="77777777" w:rsidR="007F4C17" w:rsidRDefault="007F4C17" w:rsidP="009B5E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2D0696" w14:textId="77777777" w:rsidR="007F4C17" w:rsidRDefault="007F4C17" w:rsidP="009B5EC0">
      <w:pPr>
        <w:spacing w:after="0" w:line="240" w:lineRule="auto"/>
      </w:pPr>
      <w:r>
        <w:separator/>
      </w:r>
    </w:p>
  </w:footnote>
  <w:footnote w:type="continuationSeparator" w:id="0">
    <w:p w14:paraId="6311DE55" w14:textId="77777777" w:rsidR="007F4C17" w:rsidRDefault="007F4C17" w:rsidP="009B5E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61419726">
    <w:abstractNumId w:val="8"/>
  </w:num>
  <w:num w:numId="2" w16cid:durableId="38436050">
    <w:abstractNumId w:val="6"/>
  </w:num>
  <w:num w:numId="3" w16cid:durableId="1941571598">
    <w:abstractNumId w:val="5"/>
  </w:num>
  <w:num w:numId="4" w16cid:durableId="673149475">
    <w:abstractNumId w:val="4"/>
  </w:num>
  <w:num w:numId="5" w16cid:durableId="387918702">
    <w:abstractNumId w:val="7"/>
  </w:num>
  <w:num w:numId="6" w16cid:durableId="1665933724">
    <w:abstractNumId w:val="3"/>
  </w:num>
  <w:num w:numId="7" w16cid:durableId="538469215">
    <w:abstractNumId w:val="2"/>
  </w:num>
  <w:num w:numId="8" w16cid:durableId="2117172454">
    <w:abstractNumId w:val="1"/>
  </w:num>
  <w:num w:numId="9" w16cid:durableId="97943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3BE"/>
    <w:rsid w:val="00034616"/>
    <w:rsid w:val="00044DE2"/>
    <w:rsid w:val="000523E5"/>
    <w:rsid w:val="0006063C"/>
    <w:rsid w:val="00061337"/>
    <w:rsid w:val="00071DC6"/>
    <w:rsid w:val="0008603B"/>
    <w:rsid w:val="000E06CE"/>
    <w:rsid w:val="0015074B"/>
    <w:rsid w:val="001A03D0"/>
    <w:rsid w:val="001B437E"/>
    <w:rsid w:val="001E2F46"/>
    <w:rsid w:val="00231481"/>
    <w:rsid w:val="00253249"/>
    <w:rsid w:val="0029639D"/>
    <w:rsid w:val="002B6BE9"/>
    <w:rsid w:val="002E7D7C"/>
    <w:rsid w:val="00323C07"/>
    <w:rsid w:val="00326F90"/>
    <w:rsid w:val="003649C9"/>
    <w:rsid w:val="003A1F50"/>
    <w:rsid w:val="003B4ACB"/>
    <w:rsid w:val="00416842"/>
    <w:rsid w:val="00465AD3"/>
    <w:rsid w:val="00484DA2"/>
    <w:rsid w:val="004E3AA1"/>
    <w:rsid w:val="004F4120"/>
    <w:rsid w:val="0051346D"/>
    <w:rsid w:val="00517DCF"/>
    <w:rsid w:val="00523320"/>
    <w:rsid w:val="005545E4"/>
    <w:rsid w:val="00577161"/>
    <w:rsid w:val="005A1237"/>
    <w:rsid w:val="005A5623"/>
    <w:rsid w:val="005A7839"/>
    <w:rsid w:val="005B63B5"/>
    <w:rsid w:val="005C68E8"/>
    <w:rsid w:val="005E0707"/>
    <w:rsid w:val="00605DE8"/>
    <w:rsid w:val="00625A8F"/>
    <w:rsid w:val="00630E7B"/>
    <w:rsid w:val="00637F74"/>
    <w:rsid w:val="006775D4"/>
    <w:rsid w:val="006C5FA5"/>
    <w:rsid w:val="006F5D62"/>
    <w:rsid w:val="00791028"/>
    <w:rsid w:val="007A2305"/>
    <w:rsid w:val="007A462C"/>
    <w:rsid w:val="007F4C17"/>
    <w:rsid w:val="008132B3"/>
    <w:rsid w:val="00862330"/>
    <w:rsid w:val="0086234C"/>
    <w:rsid w:val="008648D3"/>
    <w:rsid w:val="00874EF7"/>
    <w:rsid w:val="008F6BF5"/>
    <w:rsid w:val="00903770"/>
    <w:rsid w:val="00907295"/>
    <w:rsid w:val="00915F96"/>
    <w:rsid w:val="00951F3C"/>
    <w:rsid w:val="00980234"/>
    <w:rsid w:val="009837D8"/>
    <w:rsid w:val="009A387C"/>
    <w:rsid w:val="009B5EC0"/>
    <w:rsid w:val="009D1880"/>
    <w:rsid w:val="009D197A"/>
    <w:rsid w:val="009D419E"/>
    <w:rsid w:val="009F1BC9"/>
    <w:rsid w:val="00A217FA"/>
    <w:rsid w:val="00A52408"/>
    <w:rsid w:val="00A9357F"/>
    <w:rsid w:val="00A95FAD"/>
    <w:rsid w:val="00AA1D8D"/>
    <w:rsid w:val="00AF285E"/>
    <w:rsid w:val="00B43687"/>
    <w:rsid w:val="00B47730"/>
    <w:rsid w:val="00B552CC"/>
    <w:rsid w:val="00B561A8"/>
    <w:rsid w:val="00B632DC"/>
    <w:rsid w:val="00BB526D"/>
    <w:rsid w:val="00BC4AB2"/>
    <w:rsid w:val="00BD6915"/>
    <w:rsid w:val="00BE77F5"/>
    <w:rsid w:val="00C326CF"/>
    <w:rsid w:val="00C776F2"/>
    <w:rsid w:val="00C879D3"/>
    <w:rsid w:val="00C97ECC"/>
    <w:rsid w:val="00CB0664"/>
    <w:rsid w:val="00CD6BE7"/>
    <w:rsid w:val="00D249FA"/>
    <w:rsid w:val="00D24CBE"/>
    <w:rsid w:val="00D32F32"/>
    <w:rsid w:val="00D61358"/>
    <w:rsid w:val="00D6398D"/>
    <w:rsid w:val="00D908C9"/>
    <w:rsid w:val="00DA53CF"/>
    <w:rsid w:val="00DA7A31"/>
    <w:rsid w:val="00DD1915"/>
    <w:rsid w:val="00DF299E"/>
    <w:rsid w:val="00E648DE"/>
    <w:rsid w:val="00E932B0"/>
    <w:rsid w:val="00EC5C63"/>
    <w:rsid w:val="00F00235"/>
    <w:rsid w:val="00F323D0"/>
    <w:rsid w:val="00FB7B49"/>
    <w:rsid w:val="00FC693F"/>
    <w:rsid w:val="00FC7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2047F0"/>
  <w14:defaultImageDpi w14:val="300"/>
  <w15:docId w15:val="{D46C5B5E-3EEB-5648-B119-60C219922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1F597CF-7E4F-42F0-B36F-771BED3A5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2</Pages>
  <Words>184</Words>
  <Characters>1385</Characters>
  <Application>Microsoft Office Word</Application>
  <DocSecurity>0</DocSecurity>
  <Lines>38</Lines>
  <Paragraphs>27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Antonín Podhradský</cp:lastModifiedBy>
  <cp:revision>16</cp:revision>
  <cp:lastPrinted>2026-04-09T11:24:00Z</cp:lastPrinted>
  <dcterms:created xsi:type="dcterms:W3CDTF">2026-03-03T16:02:00Z</dcterms:created>
  <dcterms:modified xsi:type="dcterms:W3CDTF">2026-04-09T11:24:00Z</dcterms:modified>
  <cp:category/>
</cp:coreProperties>
</file>