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CB47" w14:textId="0A7C0AC9" w:rsidR="009837D8" w:rsidRDefault="00CA5103" w:rsidP="003649C9">
      <w:pPr>
        <w:pStyle w:val="Nadpis1"/>
        <w:jc w:val="center"/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 wp14:anchorId="210C3AE2" wp14:editId="74AED070">
            <wp:simplePos x="0" y="0"/>
            <wp:positionH relativeFrom="page">
              <wp:posOffset>-50165</wp:posOffset>
            </wp:positionH>
            <wp:positionV relativeFrom="paragraph">
              <wp:posOffset>-1301331</wp:posOffset>
            </wp:positionV>
            <wp:extent cx="7827666" cy="11710029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666" cy="11710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484DA2">
        <w:t>Jídelníček</w:t>
      </w:r>
      <w:proofErr w:type="spellEnd"/>
      <w:r w:rsidR="00484DA2">
        <w:t xml:space="preserve"> </w:t>
      </w:r>
      <w:r w:rsidR="0051346D">
        <w:t xml:space="preserve"> </w:t>
      </w:r>
      <w:r w:rsidR="00BE337F">
        <w:t>22</w:t>
      </w:r>
      <w:proofErr w:type="gramEnd"/>
      <w:r w:rsidR="00484DA2">
        <w:t xml:space="preserve">. </w:t>
      </w:r>
      <w:r>
        <w:t>6</w:t>
      </w:r>
      <w:r w:rsidR="00484DA2">
        <w:t xml:space="preserve">. – </w:t>
      </w:r>
      <w:r w:rsidR="00BE337F">
        <w:t>26</w:t>
      </w:r>
      <w:r w:rsidR="00484DA2">
        <w:t xml:space="preserve">. </w:t>
      </w:r>
      <w:r>
        <w:t>6</w:t>
      </w:r>
      <w:r w:rsidR="00484DA2">
        <w:t>. 2026</w:t>
      </w:r>
    </w:p>
    <w:p w14:paraId="7F3E3F67" w14:textId="1D816A4D" w:rsidR="009837D8" w:rsidRDefault="00484DA2">
      <w:proofErr w:type="spellStart"/>
      <w:r>
        <w:rPr>
          <w:b/>
        </w:rPr>
        <w:t>Pondělí</w:t>
      </w:r>
      <w:proofErr w:type="spellEnd"/>
    </w:p>
    <w:p w14:paraId="12133FBE" w14:textId="4480AD0B" w:rsidR="009837D8" w:rsidRDefault="00484DA2">
      <w:pPr>
        <w:spacing w:after="40"/>
        <w:ind w:left="240"/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proofErr w:type="spellStart"/>
      <w:r w:rsidR="00BE337F">
        <w:rPr>
          <w:rStyle w:val="Siln"/>
          <w:b w:val="0"/>
          <w:bCs w:val="0"/>
          <w:color w:val="000000"/>
        </w:rPr>
        <w:t>Rohlík</w:t>
      </w:r>
      <w:proofErr w:type="spellEnd"/>
      <w:r w:rsidR="00BE337F">
        <w:rPr>
          <w:rStyle w:val="Siln"/>
          <w:b w:val="0"/>
          <w:bCs w:val="0"/>
          <w:color w:val="000000"/>
        </w:rPr>
        <w:t xml:space="preserve"> s </w:t>
      </w:r>
      <w:proofErr w:type="spellStart"/>
      <w:r w:rsidR="00BE337F">
        <w:rPr>
          <w:rStyle w:val="Siln"/>
          <w:b w:val="0"/>
          <w:bCs w:val="0"/>
          <w:color w:val="000000"/>
        </w:rPr>
        <w:t>cizrnovou</w:t>
      </w:r>
      <w:proofErr w:type="spellEnd"/>
      <w:r w:rsidR="00BE337F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BE337F">
        <w:rPr>
          <w:rStyle w:val="Siln"/>
          <w:b w:val="0"/>
          <w:bCs w:val="0"/>
          <w:color w:val="000000"/>
        </w:rPr>
        <w:t>pomazánkou</w:t>
      </w:r>
      <w:proofErr w:type="spellEnd"/>
      <w:r w:rsidR="00BE337F">
        <w:rPr>
          <w:rStyle w:val="Siln"/>
          <w:b w:val="0"/>
          <w:bCs w:val="0"/>
          <w:color w:val="000000"/>
        </w:rPr>
        <w:t>,</w:t>
      </w:r>
      <w:r w:rsidR="00B74AFB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B74AFB">
        <w:rPr>
          <w:rStyle w:val="Siln"/>
          <w:b w:val="0"/>
          <w:bCs w:val="0"/>
          <w:color w:val="000000"/>
        </w:rPr>
        <w:t>ovoce</w:t>
      </w:r>
      <w:proofErr w:type="spellEnd"/>
      <w:r w:rsidR="00B74AFB">
        <w:rPr>
          <w:rStyle w:val="Siln"/>
          <w:b w:val="0"/>
          <w:bCs w:val="0"/>
          <w:color w:val="000000"/>
        </w:rPr>
        <w:t>,</w:t>
      </w:r>
      <w:r w:rsidR="00BE337F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BE337F">
        <w:rPr>
          <w:rStyle w:val="Siln"/>
          <w:b w:val="0"/>
          <w:bCs w:val="0"/>
          <w:color w:val="000000"/>
        </w:rPr>
        <w:t>zelenina</w:t>
      </w:r>
      <w:proofErr w:type="spellEnd"/>
      <w:r w:rsidR="00BE337F">
        <w:rPr>
          <w:rStyle w:val="Siln"/>
          <w:b w:val="0"/>
          <w:bCs w:val="0"/>
          <w:color w:val="000000"/>
        </w:rPr>
        <w:t xml:space="preserve">, </w:t>
      </w:r>
      <w:proofErr w:type="spellStart"/>
      <w:r w:rsidR="00BE337F">
        <w:rPr>
          <w:rStyle w:val="Siln"/>
          <w:b w:val="0"/>
          <w:bCs w:val="0"/>
          <w:color w:val="000000"/>
        </w:rPr>
        <w:t>mléko</w:t>
      </w:r>
      <w:proofErr w:type="spellEnd"/>
      <w:r w:rsidR="00BE337F">
        <w:rPr>
          <w:rStyle w:val="Siln"/>
          <w:b w:val="0"/>
          <w:bCs w:val="0"/>
          <w:color w:val="000000"/>
        </w:rPr>
        <w:t>,</w:t>
      </w:r>
      <w:r w:rsidR="00577161" w:rsidRPr="00577161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>
        <w:t>čaj</w:t>
      </w:r>
      <w:proofErr w:type="spellEnd"/>
      <w:r w:rsidR="00BE77F5">
        <w:t>,</w:t>
      </w:r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1,7)</w:t>
      </w:r>
    </w:p>
    <w:p w14:paraId="0781101A" w14:textId="4310677E" w:rsidR="009837D8" w:rsidRDefault="00484DA2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BE337F">
        <w:t>Brokolicová</w:t>
      </w:r>
      <w:proofErr w:type="spellEnd"/>
      <w:r w:rsidR="00BE337F">
        <w:t>,</w:t>
      </w:r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1,</w:t>
      </w:r>
      <w:r w:rsidR="00577161">
        <w:rPr>
          <w:i/>
        </w:rPr>
        <w:t>7</w:t>
      </w:r>
      <w:r w:rsidR="00B74AFB">
        <w:rPr>
          <w:i/>
        </w:rPr>
        <w:t>,9</w:t>
      </w:r>
      <w:r>
        <w:rPr>
          <w:i/>
        </w:rPr>
        <w:t>)</w:t>
      </w:r>
    </w:p>
    <w:p w14:paraId="7D537222" w14:textId="66C243A4" w:rsidR="009837D8" w:rsidRDefault="00484DA2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BE337F">
        <w:t>Těstovinový</w:t>
      </w:r>
      <w:proofErr w:type="spellEnd"/>
      <w:r w:rsidR="00BE337F">
        <w:t xml:space="preserve"> salat s </w:t>
      </w:r>
      <w:proofErr w:type="spellStart"/>
      <w:r w:rsidR="00BE337F">
        <w:t>tuňákem</w:t>
      </w:r>
      <w:proofErr w:type="spellEnd"/>
      <w:r w:rsidR="00B74AFB">
        <w:t>,</w:t>
      </w:r>
      <w:r w:rsidR="00BE337F">
        <w:t xml:space="preserve"> </w:t>
      </w:r>
      <w:proofErr w:type="spellStart"/>
      <w:r w:rsidR="00BE337F">
        <w:t>kukuřicí</w:t>
      </w:r>
      <w:proofErr w:type="spellEnd"/>
      <w:r w:rsidR="00BE337F">
        <w:t xml:space="preserve"> a </w:t>
      </w:r>
      <w:proofErr w:type="spellStart"/>
      <w:r w:rsidR="00BE337F">
        <w:t>zeleninou</w:t>
      </w:r>
      <w:proofErr w:type="spellEnd"/>
      <w:r w:rsidR="00BE337F">
        <w:t>,</w:t>
      </w:r>
      <w:r w:rsidR="00B561A8"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BE337F">
        <w:rPr>
          <w:i/>
        </w:rPr>
        <w:t>1,3,4,</w:t>
      </w:r>
      <w:r w:rsidR="00CA5103">
        <w:rPr>
          <w:i/>
        </w:rPr>
        <w:t>7</w:t>
      </w:r>
      <w:r>
        <w:rPr>
          <w:i/>
        </w:rPr>
        <w:t>)</w:t>
      </w:r>
    </w:p>
    <w:p w14:paraId="054E8781" w14:textId="60B8BEE0" w:rsidR="009837D8" w:rsidRDefault="00484DA2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proofErr w:type="spellStart"/>
      <w:r w:rsidR="00B74AFB">
        <w:t>Chl</w:t>
      </w:r>
      <w:r w:rsidR="00BE337F">
        <w:t>éb</w:t>
      </w:r>
      <w:proofErr w:type="spellEnd"/>
      <w:r w:rsidR="00BE337F">
        <w:t xml:space="preserve"> s </w:t>
      </w:r>
      <w:proofErr w:type="spellStart"/>
      <w:r w:rsidR="00BE337F">
        <w:t>máslem</w:t>
      </w:r>
      <w:proofErr w:type="spellEnd"/>
      <w:r w:rsidR="00BE337F">
        <w:t xml:space="preserve"> a </w:t>
      </w:r>
      <w:proofErr w:type="spellStart"/>
      <w:proofErr w:type="gramStart"/>
      <w:r w:rsidR="00BE337F">
        <w:t>rajčetem</w:t>
      </w:r>
      <w:proofErr w:type="spellEnd"/>
      <w:r w:rsidR="00CA5103">
        <w:t xml:space="preserve"> </w:t>
      </w:r>
      <w:r w:rsidR="005E0707">
        <w:t>,</w:t>
      </w:r>
      <w:proofErr w:type="spellStart"/>
      <w:r>
        <w:t>čaj</w:t>
      </w:r>
      <w:proofErr w:type="spellEnd"/>
      <w:proofErr w:type="gramEnd"/>
      <w:r w:rsidR="00BE77F5">
        <w:t>,</w:t>
      </w:r>
      <w:r w:rsidR="00CA5103"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</w:t>
      </w:r>
      <w:r w:rsidR="00EC5C63">
        <w:rPr>
          <w:i/>
        </w:rPr>
        <w:t xml:space="preserve"> </w:t>
      </w:r>
      <w:r w:rsidR="00B74AFB">
        <w:rPr>
          <w:i/>
        </w:rPr>
        <w:t>1,</w:t>
      </w:r>
      <w:r>
        <w:rPr>
          <w:i/>
        </w:rPr>
        <w:t>7)</w:t>
      </w:r>
    </w:p>
    <w:p w14:paraId="30B10ACC" w14:textId="1DFEFCA2" w:rsidR="009837D8" w:rsidRDefault="00484DA2">
      <w:proofErr w:type="spellStart"/>
      <w:r>
        <w:rPr>
          <w:b/>
        </w:rPr>
        <w:t>Úterý</w:t>
      </w:r>
      <w:proofErr w:type="spellEnd"/>
    </w:p>
    <w:p w14:paraId="12F81106" w14:textId="6FEABB56" w:rsidR="009837D8" w:rsidRDefault="00484DA2">
      <w:pPr>
        <w:spacing w:after="40"/>
        <w:ind w:left="240"/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proofErr w:type="spellStart"/>
      <w:r w:rsidR="00BE337F">
        <w:t>Dýňová</w:t>
      </w:r>
      <w:proofErr w:type="spellEnd"/>
      <w:r w:rsidR="00CA5103">
        <w:t xml:space="preserve"> </w:t>
      </w:r>
      <w:proofErr w:type="spellStart"/>
      <w:r w:rsidR="00CA5103">
        <w:t>pomazánka</w:t>
      </w:r>
      <w:proofErr w:type="spellEnd"/>
      <w:r w:rsidR="00CA5103">
        <w:t xml:space="preserve"> s </w:t>
      </w:r>
      <w:proofErr w:type="spellStart"/>
      <w:r w:rsidR="00BE337F">
        <w:t>vekou</w:t>
      </w:r>
      <w:proofErr w:type="spellEnd"/>
      <w:r w:rsidR="00CA5103">
        <w:t xml:space="preserve"> </w:t>
      </w:r>
      <w:r w:rsidR="00D24CBE">
        <w:t xml:space="preserve">a </w:t>
      </w:r>
      <w:proofErr w:type="spellStart"/>
      <w:r w:rsidR="00D24CBE">
        <w:t>če</w:t>
      </w:r>
      <w:r w:rsidR="00CA5103">
        <w:t>rstvou</w:t>
      </w:r>
      <w:proofErr w:type="spellEnd"/>
      <w:r w:rsidR="00D24CBE">
        <w:t xml:space="preserve"> </w:t>
      </w:r>
      <w:proofErr w:type="spellStart"/>
      <w:r w:rsidR="00D24CBE">
        <w:t>zeleninou</w:t>
      </w:r>
      <w:proofErr w:type="spellEnd"/>
      <w:r w:rsidR="00CA5103">
        <w:t xml:space="preserve">, </w:t>
      </w:r>
      <w:proofErr w:type="spellStart"/>
      <w:proofErr w:type="gramStart"/>
      <w:r w:rsidR="005545E4">
        <w:t>čaj,mléko</w:t>
      </w:r>
      <w:proofErr w:type="spellEnd"/>
      <w:proofErr w:type="gramEnd"/>
      <w:r w:rsidR="005545E4">
        <w:t>,</w:t>
      </w:r>
      <w:r w:rsidR="00CA5103"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1,7)</w:t>
      </w:r>
    </w:p>
    <w:p w14:paraId="51B1CFA5" w14:textId="4407B682" w:rsidR="009837D8" w:rsidRDefault="00484DA2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B74AFB">
        <w:t>Zeleninová</w:t>
      </w:r>
      <w:proofErr w:type="spellEnd"/>
      <w:r w:rsidR="00B74AFB">
        <w:t xml:space="preserve"> s </w:t>
      </w:r>
      <w:proofErr w:type="spellStart"/>
      <w:r w:rsidR="00BE337F">
        <w:t>ovesnými</w:t>
      </w:r>
      <w:proofErr w:type="spellEnd"/>
      <w:r w:rsidR="00BE337F">
        <w:t xml:space="preserve"> </w:t>
      </w:r>
      <w:proofErr w:type="spellStart"/>
      <w:r w:rsidR="00BE337F">
        <w:t>vločkami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907295">
        <w:rPr>
          <w:i/>
        </w:rPr>
        <w:t>9</w:t>
      </w:r>
      <w:r>
        <w:rPr>
          <w:i/>
        </w:rPr>
        <w:t>)</w:t>
      </w:r>
    </w:p>
    <w:p w14:paraId="2D77DD2F" w14:textId="07FE298B" w:rsidR="009837D8" w:rsidRDefault="00484DA2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>:</w:t>
      </w:r>
      <w:r w:rsidR="005545E4">
        <w:rPr>
          <w:b/>
        </w:rPr>
        <w:t xml:space="preserve"> </w:t>
      </w:r>
      <w:proofErr w:type="spellStart"/>
      <w:r w:rsidR="00BE337F">
        <w:t>Znojemská</w:t>
      </w:r>
      <w:proofErr w:type="spellEnd"/>
      <w:r w:rsidR="00BE337F">
        <w:t xml:space="preserve"> s </w:t>
      </w:r>
      <w:proofErr w:type="spellStart"/>
      <w:r w:rsidR="00BE337F">
        <w:t>rýži</w:t>
      </w:r>
      <w:proofErr w:type="spellEnd"/>
      <w:r w:rsidR="00B74AFB">
        <w:t>,</w:t>
      </w:r>
      <w:r w:rsidR="00CA5103">
        <w:t xml:space="preserve"> </w:t>
      </w:r>
      <w:proofErr w:type="spellStart"/>
      <w:r w:rsidR="00CA5103">
        <w:t>zeleninový</w:t>
      </w:r>
      <w:proofErr w:type="spellEnd"/>
      <w:r w:rsidR="00CA5103">
        <w:t xml:space="preserve"> </w:t>
      </w:r>
      <w:proofErr w:type="spellStart"/>
      <w:r w:rsidR="00CA5103">
        <w:t>salát</w:t>
      </w:r>
      <w:proofErr w:type="spellEnd"/>
      <w:r w:rsidR="00CA5103">
        <w:t xml:space="preserve">,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</w:t>
      </w:r>
      <w:r w:rsidR="00CA5103">
        <w:rPr>
          <w:i/>
        </w:rPr>
        <w:t>,</w:t>
      </w:r>
      <w:r w:rsidR="001E2F46">
        <w:rPr>
          <w:i/>
        </w:rPr>
        <w:t>7</w:t>
      </w:r>
      <w:r>
        <w:rPr>
          <w:i/>
        </w:rPr>
        <w:t>)</w:t>
      </w:r>
    </w:p>
    <w:p w14:paraId="6A6D31A8" w14:textId="2E7B35E9" w:rsidR="009837D8" w:rsidRDefault="00484DA2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proofErr w:type="spellStart"/>
      <w:r w:rsidR="00BE337F">
        <w:rPr>
          <w:b/>
        </w:rPr>
        <w:t>C</w:t>
      </w:r>
      <w:r w:rsidR="00B74AFB">
        <w:t>hléb</w:t>
      </w:r>
      <w:proofErr w:type="spellEnd"/>
      <w:r w:rsidR="00CA5103">
        <w:t xml:space="preserve"> s </w:t>
      </w:r>
      <w:proofErr w:type="spellStart"/>
      <w:r w:rsidR="00CA5103">
        <w:t>pomazánk</w:t>
      </w:r>
      <w:r w:rsidR="00B74AFB">
        <w:t>ou</w:t>
      </w:r>
      <w:proofErr w:type="spellEnd"/>
      <w:r w:rsidR="00B74AFB">
        <w:t xml:space="preserve"> z</w:t>
      </w:r>
      <w:r w:rsidR="00CA5103">
        <w:t xml:space="preserve"> </w:t>
      </w:r>
      <w:proofErr w:type="spellStart"/>
      <w:r w:rsidR="00BE337F">
        <w:t>červené</w:t>
      </w:r>
      <w:proofErr w:type="spellEnd"/>
      <w:r w:rsidR="00BE337F">
        <w:t xml:space="preserve"> </w:t>
      </w:r>
      <w:proofErr w:type="spellStart"/>
      <w:r w:rsidR="00BE337F">
        <w:t>řepy</w:t>
      </w:r>
      <w:proofErr w:type="spellEnd"/>
      <w:r w:rsidR="00CA5103">
        <w:t>,</w:t>
      </w:r>
      <w:r w:rsidR="00B74AFB">
        <w:t xml:space="preserve"> </w:t>
      </w:r>
      <w:proofErr w:type="spellStart"/>
      <w:r w:rsidR="00B74AFB">
        <w:t>zelenina</w:t>
      </w:r>
      <w:proofErr w:type="spellEnd"/>
      <w:r w:rsidR="00B74AFB">
        <w:t>,</w:t>
      </w:r>
      <w:r w:rsidR="003B4ACB">
        <w:t xml:space="preserve"> </w:t>
      </w:r>
      <w:proofErr w:type="spellStart"/>
      <w:r>
        <w:t>čaj</w:t>
      </w:r>
      <w:proofErr w:type="spellEnd"/>
      <w:r w:rsidR="00BE77F5">
        <w:t xml:space="preserve">, </w:t>
      </w:r>
      <w:proofErr w:type="spellStart"/>
      <w:r w:rsidR="00BE77F5">
        <w:t>mléko</w:t>
      </w:r>
      <w:proofErr w:type="spellEnd"/>
      <w:r>
        <w:t xml:space="preserve"> </w:t>
      </w:r>
      <w:r>
        <w:rPr>
          <w:i/>
        </w:rPr>
        <w:t>(Alergeny:</w:t>
      </w:r>
      <w:r w:rsidR="00B056C4">
        <w:rPr>
          <w:i/>
        </w:rPr>
        <w:t>1,</w:t>
      </w:r>
      <w:r>
        <w:rPr>
          <w:i/>
        </w:rPr>
        <w:t>7)</w:t>
      </w:r>
    </w:p>
    <w:p w14:paraId="7A16F536" w14:textId="77777777" w:rsidR="009837D8" w:rsidRDefault="00484DA2">
      <w:proofErr w:type="spellStart"/>
      <w:r>
        <w:rPr>
          <w:b/>
        </w:rPr>
        <w:t>Středa</w:t>
      </w:r>
      <w:proofErr w:type="spellEnd"/>
    </w:p>
    <w:p w14:paraId="5DCA0A22" w14:textId="28171BA3" w:rsidR="009837D8" w:rsidRDefault="00484DA2">
      <w:pPr>
        <w:spacing w:after="40"/>
        <w:ind w:left="240"/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proofErr w:type="spellStart"/>
      <w:r w:rsidR="008A39DE">
        <w:rPr>
          <w:bCs/>
        </w:rPr>
        <w:t>Grahamový</w:t>
      </w:r>
      <w:proofErr w:type="spellEnd"/>
      <w:r w:rsidR="008A39DE">
        <w:rPr>
          <w:bCs/>
        </w:rPr>
        <w:t xml:space="preserve"> </w:t>
      </w:r>
      <w:proofErr w:type="spellStart"/>
      <w:r w:rsidR="008A39DE">
        <w:rPr>
          <w:bCs/>
        </w:rPr>
        <w:t>rohlík</w:t>
      </w:r>
      <w:proofErr w:type="spellEnd"/>
      <w:r w:rsidR="008A39DE">
        <w:rPr>
          <w:bCs/>
        </w:rPr>
        <w:t xml:space="preserve"> </w:t>
      </w:r>
      <w:r w:rsidR="00B74AFB">
        <w:rPr>
          <w:bCs/>
        </w:rPr>
        <w:t>s</w:t>
      </w:r>
      <w:r w:rsidR="00BE337F">
        <w:rPr>
          <w:bCs/>
        </w:rPr>
        <w:t xml:space="preserve">e </w:t>
      </w:r>
      <w:proofErr w:type="spellStart"/>
      <w:r w:rsidR="00BE337F">
        <w:rPr>
          <w:bCs/>
        </w:rPr>
        <w:t>zeleninovou</w:t>
      </w:r>
      <w:proofErr w:type="spellEnd"/>
      <w:r w:rsidR="00BE337F">
        <w:rPr>
          <w:bCs/>
        </w:rPr>
        <w:t xml:space="preserve"> </w:t>
      </w:r>
      <w:proofErr w:type="spellStart"/>
      <w:r w:rsidR="00B74AFB">
        <w:rPr>
          <w:bCs/>
        </w:rPr>
        <w:t>pomazánkou</w:t>
      </w:r>
      <w:proofErr w:type="spellEnd"/>
      <w:r w:rsidR="00B74AFB">
        <w:rPr>
          <w:bCs/>
        </w:rPr>
        <w:t xml:space="preserve">, </w:t>
      </w:r>
      <w:proofErr w:type="spellStart"/>
      <w:r w:rsidR="00CA5103">
        <w:t>zelenina</w:t>
      </w:r>
      <w:proofErr w:type="spellEnd"/>
      <w:r w:rsidR="00CA5103">
        <w:t>,</w:t>
      </w:r>
      <w:r>
        <w:t xml:space="preserve"> </w:t>
      </w:r>
      <w:proofErr w:type="spellStart"/>
      <w:r>
        <w:t>čaj</w:t>
      </w:r>
      <w:proofErr w:type="spellEnd"/>
      <w:r w:rsidR="00BE77F5">
        <w:t xml:space="preserve">, </w:t>
      </w:r>
      <w:proofErr w:type="spellStart"/>
      <w:r w:rsidR="00BE77F5">
        <w:t>mléko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1,7)</w:t>
      </w:r>
    </w:p>
    <w:p w14:paraId="2AF39B63" w14:textId="272B24D6" w:rsidR="009837D8" w:rsidRDefault="00484DA2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BE337F">
        <w:rPr>
          <w:rFonts w:ascii="-webkit-standard" w:hAnsi="-webkit-standard"/>
          <w:color w:val="000000"/>
        </w:rPr>
        <w:t>Celerová</w:t>
      </w:r>
      <w:proofErr w:type="spellEnd"/>
      <w:r w:rsidR="00BE337F">
        <w:rPr>
          <w:rFonts w:ascii="-webkit-standard" w:hAnsi="-webkit-standard"/>
          <w:color w:val="000000"/>
        </w:rPr>
        <w:t xml:space="preserve"> s </w:t>
      </w:r>
      <w:proofErr w:type="spellStart"/>
      <w:r w:rsidR="00BE337F">
        <w:rPr>
          <w:rFonts w:ascii="-webkit-standard" w:hAnsi="-webkit-standard"/>
          <w:color w:val="000000"/>
        </w:rPr>
        <w:t>bramborem</w:t>
      </w:r>
      <w:proofErr w:type="spellEnd"/>
      <w:r w:rsidRPr="003B4ACB">
        <w:rPr>
          <w:sz w:val="24"/>
          <w:szCs w:val="24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1E2F46">
        <w:rPr>
          <w:i/>
        </w:rPr>
        <w:t>1,</w:t>
      </w:r>
      <w:r w:rsidR="00BB526D">
        <w:rPr>
          <w:i/>
        </w:rPr>
        <w:t>7</w:t>
      </w:r>
      <w:r w:rsidR="00BE337F">
        <w:rPr>
          <w:i/>
        </w:rPr>
        <w:t>,9</w:t>
      </w:r>
      <w:r>
        <w:rPr>
          <w:i/>
        </w:rPr>
        <w:t>)</w:t>
      </w:r>
    </w:p>
    <w:p w14:paraId="5E9CE10E" w14:textId="7EAA4E77" w:rsidR="009837D8" w:rsidRDefault="00484DA2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BE337F">
        <w:rPr>
          <w:bCs/>
        </w:rPr>
        <w:t>Zapečené</w:t>
      </w:r>
      <w:proofErr w:type="spellEnd"/>
      <w:r w:rsidR="00BE337F">
        <w:rPr>
          <w:bCs/>
        </w:rPr>
        <w:t xml:space="preserve"> </w:t>
      </w:r>
      <w:proofErr w:type="spellStart"/>
      <w:r w:rsidR="00BE337F">
        <w:rPr>
          <w:bCs/>
        </w:rPr>
        <w:t>brambory</w:t>
      </w:r>
      <w:proofErr w:type="spellEnd"/>
      <w:r w:rsidR="00BE337F">
        <w:rPr>
          <w:bCs/>
        </w:rPr>
        <w:t xml:space="preserve"> s </w:t>
      </w:r>
      <w:proofErr w:type="spellStart"/>
      <w:r w:rsidR="00BE337F">
        <w:rPr>
          <w:bCs/>
        </w:rPr>
        <w:t>krutím</w:t>
      </w:r>
      <w:proofErr w:type="spellEnd"/>
      <w:r w:rsidR="00BE337F">
        <w:rPr>
          <w:bCs/>
        </w:rPr>
        <w:t xml:space="preserve"> </w:t>
      </w:r>
      <w:proofErr w:type="spellStart"/>
      <w:proofErr w:type="gramStart"/>
      <w:r w:rsidR="00BE337F">
        <w:rPr>
          <w:bCs/>
        </w:rPr>
        <w:t>masem</w:t>
      </w:r>
      <w:proofErr w:type="spellEnd"/>
      <w:r w:rsidR="00BE337F">
        <w:rPr>
          <w:bCs/>
        </w:rPr>
        <w:t xml:space="preserve"> </w:t>
      </w:r>
      <w:r w:rsidR="00B74AFB">
        <w:t>,</w:t>
      </w:r>
      <w:proofErr w:type="spellStart"/>
      <w:r w:rsidR="00B74AFB">
        <w:t>zeleninová</w:t>
      </w:r>
      <w:proofErr w:type="spellEnd"/>
      <w:proofErr w:type="gramEnd"/>
      <w:r w:rsidR="00B74AFB">
        <w:t xml:space="preserve"> </w:t>
      </w:r>
      <w:proofErr w:type="spellStart"/>
      <w:r w:rsidR="00B74AFB">
        <w:t>obloha</w:t>
      </w:r>
      <w:proofErr w:type="spellEnd"/>
      <w:r w:rsidR="00B74AFB">
        <w:t>,</w:t>
      </w:r>
      <w:r w:rsidR="00BB526D"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CA5103">
        <w:rPr>
          <w:i/>
        </w:rPr>
        <w:t>1,3,</w:t>
      </w:r>
      <w:r>
        <w:rPr>
          <w:i/>
        </w:rPr>
        <w:t>7)</w:t>
      </w:r>
    </w:p>
    <w:p w14:paraId="4372C9DA" w14:textId="7DEF9B0A" w:rsidR="009837D8" w:rsidRDefault="00484DA2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proofErr w:type="spellStart"/>
      <w:r w:rsidR="00BE337F">
        <w:rPr>
          <w:rStyle w:val="Siln"/>
          <w:b w:val="0"/>
          <w:bCs w:val="0"/>
          <w:color w:val="000000"/>
        </w:rPr>
        <w:t>Podmáslový</w:t>
      </w:r>
      <w:proofErr w:type="spellEnd"/>
      <w:r w:rsidR="00CA5103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CA5103">
        <w:rPr>
          <w:rStyle w:val="Siln"/>
          <w:b w:val="0"/>
          <w:bCs w:val="0"/>
          <w:color w:val="000000"/>
        </w:rPr>
        <w:t>chléb</w:t>
      </w:r>
      <w:proofErr w:type="spellEnd"/>
      <w:r w:rsidR="00CA5103">
        <w:rPr>
          <w:rStyle w:val="Siln"/>
          <w:b w:val="0"/>
          <w:bCs w:val="0"/>
          <w:color w:val="000000"/>
        </w:rPr>
        <w:t xml:space="preserve"> s </w:t>
      </w:r>
      <w:proofErr w:type="spellStart"/>
      <w:r w:rsidR="00B056C4">
        <w:rPr>
          <w:rStyle w:val="Siln"/>
          <w:b w:val="0"/>
          <w:bCs w:val="0"/>
          <w:color w:val="000000"/>
        </w:rPr>
        <w:t>tvarohovo</w:t>
      </w:r>
      <w:r w:rsidR="00BE337F">
        <w:rPr>
          <w:rStyle w:val="Siln"/>
          <w:b w:val="0"/>
          <w:bCs w:val="0"/>
          <w:color w:val="000000"/>
        </w:rPr>
        <w:t>u</w:t>
      </w:r>
      <w:proofErr w:type="spellEnd"/>
      <w:r w:rsidR="00B056C4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CA5103">
        <w:rPr>
          <w:rStyle w:val="Siln"/>
          <w:b w:val="0"/>
          <w:bCs w:val="0"/>
          <w:color w:val="000000"/>
        </w:rPr>
        <w:t>pom</w:t>
      </w:r>
      <w:r w:rsidR="00BE337F">
        <w:rPr>
          <w:rStyle w:val="Siln"/>
          <w:b w:val="0"/>
          <w:bCs w:val="0"/>
          <w:color w:val="000000"/>
        </w:rPr>
        <w:t>azánkou</w:t>
      </w:r>
      <w:proofErr w:type="spellEnd"/>
      <w:r w:rsidR="00CA5103">
        <w:rPr>
          <w:rStyle w:val="Siln"/>
          <w:b w:val="0"/>
          <w:bCs w:val="0"/>
          <w:color w:val="000000"/>
        </w:rPr>
        <w:t xml:space="preserve">, </w:t>
      </w:r>
      <w:proofErr w:type="spellStart"/>
      <w:r w:rsidR="00CA5103">
        <w:rPr>
          <w:rStyle w:val="Siln"/>
          <w:b w:val="0"/>
          <w:bCs w:val="0"/>
          <w:color w:val="000000"/>
        </w:rPr>
        <w:t>ovoce</w:t>
      </w:r>
      <w:proofErr w:type="spellEnd"/>
      <w:r w:rsidR="00CA5103">
        <w:rPr>
          <w:rStyle w:val="Siln"/>
          <w:b w:val="0"/>
          <w:bCs w:val="0"/>
          <w:color w:val="000000"/>
        </w:rPr>
        <w:t>,</w:t>
      </w:r>
      <w:r>
        <w:t xml:space="preserve"> </w:t>
      </w:r>
      <w:proofErr w:type="spellStart"/>
      <w:r>
        <w:t>čaj</w:t>
      </w:r>
      <w:proofErr w:type="spellEnd"/>
      <w:r w:rsidR="00BE77F5">
        <w:t>,</w:t>
      </w:r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1,7)</w:t>
      </w:r>
    </w:p>
    <w:p w14:paraId="25B67C06" w14:textId="77777777" w:rsidR="009837D8" w:rsidRDefault="00484DA2">
      <w:proofErr w:type="spellStart"/>
      <w:r>
        <w:rPr>
          <w:b/>
        </w:rPr>
        <w:t>Čtvrtek</w:t>
      </w:r>
      <w:proofErr w:type="spellEnd"/>
    </w:p>
    <w:p w14:paraId="64C0C520" w14:textId="662201C4" w:rsidR="009837D8" w:rsidRDefault="00484DA2">
      <w:pPr>
        <w:spacing w:after="40"/>
        <w:ind w:left="240"/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proofErr w:type="spellStart"/>
      <w:r w:rsidR="00B74AFB">
        <w:rPr>
          <w:bCs/>
        </w:rPr>
        <w:t>Ovocná</w:t>
      </w:r>
      <w:proofErr w:type="spellEnd"/>
      <w:r w:rsidR="00517DCF" w:rsidRPr="00517DCF">
        <w:rPr>
          <w:bCs/>
        </w:rPr>
        <w:t xml:space="preserve"> </w:t>
      </w:r>
      <w:proofErr w:type="spellStart"/>
      <w:r w:rsidR="00BE337F">
        <w:rPr>
          <w:bCs/>
        </w:rPr>
        <w:t>přesnídávka</w:t>
      </w:r>
      <w:proofErr w:type="spellEnd"/>
      <w:r w:rsidR="00CA5103">
        <w:rPr>
          <w:bCs/>
        </w:rPr>
        <w:t xml:space="preserve">, </w:t>
      </w:r>
      <w:proofErr w:type="spellStart"/>
      <w:r w:rsidR="00BE337F">
        <w:rPr>
          <w:rStyle w:val="Siln"/>
          <w:b w:val="0"/>
          <w:bCs w:val="0"/>
          <w:color w:val="000000"/>
        </w:rPr>
        <w:t>piškoty</w:t>
      </w:r>
      <w:proofErr w:type="spellEnd"/>
      <w:r w:rsidR="000657D0">
        <w:rPr>
          <w:rStyle w:val="Siln"/>
          <w:b w:val="0"/>
          <w:bCs w:val="0"/>
          <w:color w:val="000000"/>
        </w:rPr>
        <w:t xml:space="preserve">, </w:t>
      </w:r>
      <w:proofErr w:type="spellStart"/>
      <w:r w:rsidR="00D24CBE">
        <w:rPr>
          <w:rStyle w:val="Siln"/>
          <w:b w:val="0"/>
          <w:bCs w:val="0"/>
          <w:color w:val="000000"/>
        </w:rPr>
        <w:t>čerstv</w:t>
      </w:r>
      <w:r w:rsidR="00B74AFB">
        <w:rPr>
          <w:rStyle w:val="Siln"/>
          <w:b w:val="0"/>
          <w:bCs w:val="0"/>
          <w:color w:val="000000"/>
        </w:rPr>
        <w:t>é</w:t>
      </w:r>
      <w:proofErr w:type="spellEnd"/>
      <w:r w:rsidR="00B74AFB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B74AFB">
        <w:rPr>
          <w:rStyle w:val="Siln"/>
          <w:b w:val="0"/>
          <w:bCs w:val="0"/>
          <w:color w:val="000000"/>
        </w:rPr>
        <w:t>ovoce</w:t>
      </w:r>
      <w:proofErr w:type="spellEnd"/>
      <w:r w:rsidR="00D24CBE">
        <w:rPr>
          <w:rStyle w:val="Siln"/>
          <w:b w:val="0"/>
          <w:bCs w:val="0"/>
          <w:color w:val="000000"/>
        </w:rPr>
        <w:t>,</w:t>
      </w:r>
      <w:r w:rsidR="00BB526D">
        <w:t xml:space="preserve"> </w:t>
      </w:r>
      <w:proofErr w:type="spellStart"/>
      <w:r>
        <w:t>čaj</w:t>
      </w:r>
      <w:proofErr w:type="spellEnd"/>
      <w:r w:rsidR="00BE77F5">
        <w:t xml:space="preserve">, </w:t>
      </w:r>
      <w:proofErr w:type="spellStart"/>
      <w:r w:rsidR="00BE77F5">
        <w:t>mléko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1,7)</w:t>
      </w:r>
    </w:p>
    <w:p w14:paraId="52573963" w14:textId="5265F5B1" w:rsidR="009837D8" w:rsidRDefault="00484DA2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BE337F">
        <w:t>Hrstková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</w:t>
      </w:r>
      <w:r w:rsidR="005A7839">
        <w:rPr>
          <w:i/>
        </w:rPr>
        <w:t>,</w:t>
      </w:r>
      <w:r w:rsidR="001E2F46">
        <w:rPr>
          <w:i/>
        </w:rPr>
        <w:t>7</w:t>
      </w:r>
      <w:r>
        <w:rPr>
          <w:i/>
        </w:rPr>
        <w:t>)</w:t>
      </w:r>
    </w:p>
    <w:p w14:paraId="77415FDB" w14:textId="7AD61B70" w:rsidR="009837D8" w:rsidRDefault="00484DA2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 xml:space="preserve">: </w:t>
      </w:r>
      <w:proofErr w:type="spellStart"/>
      <w:r w:rsidR="009D419E">
        <w:t>Vepřové</w:t>
      </w:r>
      <w:proofErr w:type="spellEnd"/>
      <w:r w:rsidR="009D419E">
        <w:t xml:space="preserve"> </w:t>
      </w:r>
      <w:proofErr w:type="spellStart"/>
      <w:r w:rsidR="00CA5103">
        <w:t>nudličky</w:t>
      </w:r>
      <w:proofErr w:type="spellEnd"/>
      <w:r w:rsidR="009D419E">
        <w:t xml:space="preserve"> </w:t>
      </w:r>
      <w:proofErr w:type="spellStart"/>
      <w:r w:rsidR="009D419E">
        <w:t>na</w:t>
      </w:r>
      <w:proofErr w:type="spellEnd"/>
      <w:r w:rsidR="009D419E">
        <w:t xml:space="preserve"> </w:t>
      </w:r>
      <w:proofErr w:type="spellStart"/>
      <w:r w:rsidR="00AD354A">
        <w:t>zelenině</w:t>
      </w:r>
      <w:proofErr w:type="spellEnd"/>
      <w:r w:rsidR="00AD354A">
        <w:t xml:space="preserve"> Ratatouille</w:t>
      </w:r>
      <w:r w:rsidR="00CA5103">
        <w:t xml:space="preserve">, </w:t>
      </w:r>
      <w:proofErr w:type="spellStart"/>
      <w:r w:rsidR="00AD354A">
        <w:t>špecle</w:t>
      </w:r>
      <w:proofErr w:type="spellEnd"/>
      <w:r w:rsidR="00CA5103">
        <w:t>,</w:t>
      </w:r>
      <w:r>
        <w:t xml:space="preserve"> </w:t>
      </w:r>
      <w:proofErr w:type="spellStart"/>
      <w:r>
        <w:t>zeleninov</w:t>
      </w:r>
      <w:r w:rsidR="006F5D62">
        <w:t>á</w:t>
      </w:r>
      <w:proofErr w:type="spellEnd"/>
      <w:r w:rsidR="006F5D62">
        <w:t xml:space="preserve"> </w:t>
      </w:r>
      <w:proofErr w:type="spellStart"/>
      <w:r w:rsidR="006F5D62">
        <w:t>obloha</w:t>
      </w:r>
      <w:proofErr w:type="spellEnd"/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5A7839">
        <w:rPr>
          <w:i/>
        </w:rPr>
        <w:t>1</w:t>
      </w:r>
      <w:r w:rsidR="001E2F46">
        <w:rPr>
          <w:i/>
        </w:rPr>
        <w:t>,7</w:t>
      </w:r>
      <w:r>
        <w:rPr>
          <w:i/>
        </w:rPr>
        <w:t>)</w:t>
      </w:r>
    </w:p>
    <w:p w14:paraId="22074D0C" w14:textId="5C34CCD3" w:rsidR="009837D8" w:rsidRDefault="00484DA2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r w:rsidR="008A39DE">
        <w:rPr>
          <w:bCs/>
        </w:rPr>
        <w:t xml:space="preserve">Chia </w:t>
      </w:r>
      <w:proofErr w:type="spellStart"/>
      <w:r w:rsidR="008A39DE">
        <w:rPr>
          <w:bCs/>
        </w:rPr>
        <w:t>chléb</w:t>
      </w:r>
      <w:proofErr w:type="spellEnd"/>
      <w:r w:rsidR="00C97ECC">
        <w:t xml:space="preserve"> </w:t>
      </w:r>
      <w:r w:rsidR="00BE337F">
        <w:t xml:space="preserve">se </w:t>
      </w:r>
      <w:proofErr w:type="spellStart"/>
      <w:r w:rsidR="00BE337F">
        <w:t>smetanovo-sýrovou</w:t>
      </w:r>
      <w:proofErr w:type="spellEnd"/>
      <w:r w:rsidR="00BE337F">
        <w:t xml:space="preserve"> </w:t>
      </w:r>
      <w:proofErr w:type="spellStart"/>
      <w:r w:rsidR="00BE337F">
        <w:t>pomazánkou</w:t>
      </w:r>
      <w:proofErr w:type="spellEnd"/>
      <w:r w:rsidR="00D24CBE">
        <w:t>,</w:t>
      </w:r>
      <w:r w:rsidR="000657D0">
        <w:t xml:space="preserve"> </w:t>
      </w:r>
      <w:proofErr w:type="spellStart"/>
      <w:r w:rsidR="00D24CBE">
        <w:t>čerstvá</w:t>
      </w:r>
      <w:proofErr w:type="spellEnd"/>
      <w:r w:rsidR="00D24CBE">
        <w:t xml:space="preserve"> </w:t>
      </w:r>
      <w:proofErr w:type="spellStart"/>
      <w:r w:rsidR="00D24CBE">
        <w:t>zelenina</w:t>
      </w:r>
      <w:proofErr w:type="spellEnd"/>
      <w:r w:rsidR="00BE77F5"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B74AFB">
        <w:rPr>
          <w:i/>
        </w:rPr>
        <w:t>1,</w:t>
      </w:r>
      <w:r>
        <w:rPr>
          <w:i/>
        </w:rPr>
        <w:t>7)</w:t>
      </w:r>
    </w:p>
    <w:p w14:paraId="0D237BD6" w14:textId="77777777" w:rsidR="009837D8" w:rsidRDefault="00484DA2">
      <w:proofErr w:type="spellStart"/>
      <w:r>
        <w:rPr>
          <w:b/>
        </w:rPr>
        <w:t>Pátek</w:t>
      </w:r>
      <w:proofErr w:type="spellEnd"/>
    </w:p>
    <w:p w14:paraId="2552763E" w14:textId="3AB2C3A7" w:rsidR="009837D8" w:rsidRDefault="00484DA2">
      <w:pPr>
        <w:spacing w:after="40"/>
        <w:ind w:left="240"/>
      </w:pPr>
      <w:proofErr w:type="spellStart"/>
      <w:r>
        <w:rPr>
          <w:b/>
        </w:rPr>
        <w:t>Přesnídávka</w:t>
      </w:r>
      <w:proofErr w:type="spellEnd"/>
      <w:r>
        <w:rPr>
          <w:b/>
        </w:rPr>
        <w:t xml:space="preserve">: </w:t>
      </w:r>
      <w:proofErr w:type="spellStart"/>
      <w:r w:rsidR="00BE337F">
        <w:t>Slunečnicová</w:t>
      </w:r>
      <w:proofErr w:type="spellEnd"/>
      <w:r w:rsidR="00CA5103">
        <w:t xml:space="preserve"> </w:t>
      </w:r>
      <w:proofErr w:type="spellStart"/>
      <w:r w:rsidR="00BE337F">
        <w:t>k</w:t>
      </w:r>
      <w:r w:rsidR="00CA5103">
        <w:t>ostka</w:t>
      </w:r>
      <w:proofErr w:type="spellEnd"/>
      <w:r w:rsidR="00CA5103">
        <w:t xml:space="preserve"> s</w:t>
      </w:r>
      <w:r w:rsidR="00B74AFB">
        <w:t xml:space="preserve"> </w:t>
      </w:r>
      <w:proofErr w:type="spellStart"/>
      <w:r w:rsidR="00BE337F">
        <w:t>česnekovou</w:t>
      </w:r>
      <w:proofErr w:type="spellEnd"/>
      <w:r w:rsidR="00BE337F">
        <w:t xml:space="preserve"> </w:t>
      </w:r>
      <w:proofErr w:type="spellStart"/>
      <w:r w:rsidR="00BE337F">
        <w:t>pomazánkou</w:t>
      </w:r>
      <w:proofErr w:type="spellEnd"/>
      <w:r w:rsidR="00CA5103">
        <w:t xml:space="preserve">, </w:t>
      </w:r>
      <w:proofErr w:type="spellStart"/>
      <w:r w:rsidR="00B74AFB">
        <w:t>ovoce</w:t>
      </w:r>
      <w:proofErr w:type="spellEnd"/>
      <w:r>
        <w:t>,</w:t>
      </w:r>
      <w:r w:rsidR="00B74AFB">
        <w:t xml:space="preserve"> </w:t>
      </w:r>
      <w:proofErr w:type="spellStart"/>
      <w:r w:rsidR="00B74AFB">
        <w:t>zelenina</w:t>
      </w:r>
      <w:proofErr w:type="spellEnd"/>
      <w:r w:rsidR="00B74AFB">
        <w:t>,</w:t>
      </w:r>
      <w:r w:rsidR="00B056C4">
        <w:t xml:space="preserve"> </w:t>
      </w:r>
      <w:proofErr w:type="spellStart"/>
      <w:r>
        <w:t>čaj</w:t>
      </w:r>
      <w:proofErr w:type="spellEnd"/>
      <w:r w:rsidR="00BE77F5">
        <w:t xml:space="preserve">, </w:t>
      </w:r>
      <w:proofErr w:type="spellStart"/>
      <w:r w:rsidR="00BE77F5">
        <w:t>mléko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>: 1</w:t>
      </w:r>
      <w:r w:rsidR="00C879D3">
        <w:rPr>
          <w:i/>
        </w:rPr>
        <w:t>,</w:t>
      </w:r>
      <w:r w:rsidR="005A7839">
        <w:rPr>
          <w:i/>
        </w:rPr>
        <w:t>7</w:t>
      </w:r>
      <w:r>
        <w:rPr>
          <w:i/>
        </w:rPr>
        <w:t>)</w:t>
      </w:r>
    </w:p>
    <w:p w14:paraId="678EF686" w14:textId="6D374912" w:rsidR="009837D8" w:rsidRDefault="00484DA2">
      <w:pPr>
        <w:spacing w:after="40"/>
        <w:ind w:left="240"/>
      </w:pPr>
      <w:proofErr w:type="spellStart"/>
      <w:r>
        <w:rPr>
          <w:b/>
        </w:rPr>
        <w:t>Polévka</w:t>
      </w:r>
      <w:proofErr w:type="spellEnd"/>
      <w:r>
        <w:rPr>
          <w:b/>
        </w:rPr>
        <w:t xml:space="preserve">: </w:t>
      </w:r>
      <w:proofErr w:type="spellStart"/>
      <w:r w:rsidR="00BE337F">
        <w:t>Mrkvová</w:t>
      </w:r>
      <w:proofErr w:type="spellEnd"/>
      <w:r w:rsidR="00BE337F">
        <w:t xml:space="preserve"> s </w:t>
      </w:r>
      <w:proofErr w:type="spellStart"/>
      <w:r w:rsidR="00BE337F">
        <w:t>kuskusem</w:t>
      </w:r>
      <w:proofErr w:type="spellEnd"/>
      <w:r w:rsidR="00CA5103"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CA5103">
        <w:rPr>
          <w:i/>
        </w:rPr>
        <w:t>1,7</w:t>
      </w:r>
      <w:r w:rsidR="005A7839">
        <w:rPr>
          <w:i/>
        </w:rPr>
        <w:t>,9</w:t>
      </w:r>
      <w:r>
        <w:rPr>
          <w:i/>
        </w:rPr>
        <w:t>)</w:t>
      </w:r>
    </w:p>
    <w:p w14:paraId="72944FE3" w14:textId="532A40F8" w:rsidR="009837D8" w:rsidRDefault="00484DA2">
      <w:pPr>
        <w:spacing w:after="40"/>
        <w:ind w:left="240"/>
      </w:pPr>
      <w:proofErr w:type="spellStart"/>
      <w:r>
        <w:rPr>
          <w:b/>
        </w:rPr>
        <w:t>Hlavní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chod</w:t>
      </w:r>
      <w:proofErr w:type="spellEnd"/>
      <w:r>
        <w:rPr>
          <w:b/>
        </w:rPr>
        <w:t>:</w:t>
      </w:r>
      <w:r w:rsidR="006F5D62">
        <w:rPr>
          <w:b/>
        </w:rPr>
        <w:t xml:space="preserve"> </w:t>
      </w:r>
      <w:proofErr w:type="spellStart"/>
      <w:r w:rsidR="00BE337F">
        <w:rPr>
          <w:rStyle w:val="Siln"/>
          <w:b w:val="0"/>
          <w:bCs w:val="0"/>
          <w:color w:val="000000"/>
        </w:rPr>
        <w:t>Boloňské</w:t>
      </w:r>
      <w:proofErr w:type="spellEnd"/>
      <w:r w:rsidR="00BE337F">
        <w:rPr>
          <w:rStyle w:val="Siln"/>
          <w:b w:val="0"/>
          <w:bCs w:val="0"/>
          <w:color w:val="000000"/>
        </w:rPr>
        <w:t xml:space="preserve"> </w:t>
      </w:r>
      <w:proofErr w:type="spellStart"/>
      <w:r w:rsidR="00BE337F">
        <w:rPr>
          <w:rStyle w:val="Siln"/>
          <w:b w:val="0"/>
          <w:bCs w:val="0"/>
          <w:color w:val="000000"/>
        </w:rPr>
        <w:t>špagety</w:t>
      </w:r>
      <w:proofErr w:type="spellEnd"/>
      <w:r w:rsidR="00CA5103">
        <w:rPr>
          <w:rStyle w:val="Siln"/>
          <w:b w:val="0"/>
          <w:bCs w:val="0"/>
          <w:color w:val="000000"/>
        </w:rPr>
        <w:t>,</w:t>
      </w:r>
      <w:r w:rsidR="00B74AFB">
        <w:rPr>
          <w:rStyle w:val="Siln"/>
          <w:b w:val="0"/>
          <w:bCs w:val="0"/>
          <w:color w:val="000000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C879D3">
        <w:rPr>
          <w:i/>
        </w:rPr>
        <w:t>1,7</w:t>
      </w:r>
      <w:r>
        <w:rPr>
          <w:i/>
        </w:rPr>
        <w:t>)</w:t>
      </w:r>
    </w:p>
    <w:p w14:paraId="3EC9B62B" w14:textId="24F27841" w:rsidR="009837D8" w:rsidRDefault="00484DA2">
      <w:pPr>
        <w:spacing w:after="40"/>
        <w:ind w:left="240"/>
      </w:pPr>
      <w:proofErr w:type="spellStart"/>
      <w:r>
        <w:rPr>
          <w:b/>
        </w:rPr>
        <w:t>Svačina</w:t>
      </w:r>
      <w:proofErr w:type="spellEnd"/>
      <w:r>
        <w:rPr>
          <w:b/>
        </w:rPr>
        <w:t xml:space="preserve">: </w:t>
      </w:r>
      <w:r w:rsidR="008A39DE">
        <w:t>Kváskový</w:t>
      </w:r>
      <w:r w:rsidR="00BE337F">
        <w:t xml:space="preserve"> </w:t>
      </w:r>
      <w:proofErr w:type="spellStart"/>
      <w:r w:rsidR="00BE337F">
        <w:t>chléb</w:t>
      </w:r>
      <w:proofErr w:type="spellEnd"/>
      <w:r w:rsidR="00CA5103">
        <w:t xml:space="preserve"> s </w:t>
      </w:r>
      <w:proofErr w:type="spellStart"/>
      <w:r w:rsidR="00BE337F">
        <w:t>vaječnou</w:t>
      </w:r>
      <w:proofErr w:type="spellEnd"/>
      <w:r w:rsidR="00BE337F">
        <w:t xml:space="preserve"> </w:t>
      </w:r>
      <w:proofErr w:type="spellStart"/>
      <w:r w:rsidR="00BE337F">
        <w:t>pomazánkou</w:t>
      </w:r>
      <w:proofErr w:type="spellEnd"/>
      <w:r w:rsidR="00BE77F5">
        <w:t>,</w:t>
      </w:r>
      <w:r w:rsidR="000657D0">
        <w:t xml:space="preserve"> </w:t>
      </w:r>
      <w:proofErr w:type="spellStart"/>
      <w:r w:rsidR="000657D0">
        <w:t>ovoce</w:t>
      </w:r>
      <w:proofErr w:type="spellEnd"/>
      <w:r w:rsidR="00D24CBE">
        <w:t>,</w:t>
      </w:r>
      <w:r w:rsidR="00BE77F5">
        <w:t xml:space="preserve"> </w:t>
      </w:r>
      <w:proofErr w:type="spellStart"/>
      <w:r>
        <w:t>čaj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Alergeny</w:t>
      </w:r>
      <w:proofErr w:type="spellEnd"/>
      <w:r>
        <w:rPr>
          <w:i/>
        </w:rPr>
        <w:t xml:space="preserve">: </w:t>
      </w:r>
      <w:r w:rsidR="001E2F46">
        <w:rPr>
          <w:i/>
        </w:rPr>
        <w:t>1,</w:t>
      </w:r>
      <w:r w:rsidR="00BE337F">
        <w:rPr>
          <w:i/>
        </w:rPr>
        <w:t>3,</w:t>
      </w:r>
      <w:r w:rsidR="001E2F46">
        <w:rPr>
          <w:i/>
        </w:rPr>
        <w:t>7</w:t>
      </w:r>
      <w:r>
        <w:rPr>
          <w:i/>
        </w:rPr>
        <w:t>)</w:t>
      </w:r>
    </w:p>
    <w:p w14:paraId="179640F5" w14:textId="77777777" w:rsidR="003649C9" w:rsidRDefault="003649C9">
      <w:pPr>
        <w:jc w:val="center"/>
        <w:rPr>
          <w:i/>
          <w:sz w:val="20"/>
          <w:szCs w:val="20"/>
        </w:rPr>
      </w:pPr>
    </w:p>
    <w:p w14:paraId="5B5E6F74" w14:textId="69D3F7ED" w:rsidR="009837D8" w:rsidRPr="000657D0" w:rsidRDefault="00484DA2" w:rsidP="000657D0">
      <w:pPr>
        <w:jc w:val="center"/>
        <w:rPr>
          <w:i/>
          <w:sz w:val="20"/>
          <w:szCs w:val="20"/>
        </w:rPr>
      </w:pPr>
      <w:proofErr w:type="spellStart"/>
      <w:r w:rsidRPr="00C879D3">
        <w:rPr>
          <w:i/>
          <w:sz w:val="20"/>
          <w:szCs w:val="20"/>
        </w:rPr>
        <w:t>Poznámka</w:t>
      </w:r>
      <w:proofErr w:type="spellEnd"/>
      <w:r w:rsidRPr="00C879D3">
        <w:rPr>
          <w:i/>
          <w:sz w:val="20"/>
          <w:szCs w:val="20"/>
        </w:rPr>
        <w:t xml:space="preserve">: Po </w:t>
      </w:r>
      <w:proofErr w:type="spellStart"/>
      <w:r w:rsidRPr="00C879D3">
        <w:rPr>
          <w:i/>
          <w:sz w:val="20"/>
          <w:szCs w:val="20"/>
        </w:rPr>
        <w:t>celý</w:t>
      </w:r>
      <w:proofErr w:type="spellEnd"/>
      <w:r w:rsidRPr="00C879D3">
        <w:rPr>
          <w:i/>
          <w:sz w:val="20"/>
          <w:szCs w:val="20"/>
        </w:rPr>
        <w:t xml:space="preserve"> den je </w:t>
      </w:r>
      <w:proofErr w:type="spellStart"/>
      <w:r w:rsidRPr="00C879D3">
        <w:rPr>
          <w:i/>
          <w:sz w:val="20"/>
          <w:szCs w:val="20"/>
        </w:rPr>
        <w:t>dětem</w:t>
      </w:r>
      <w:proofErr w:type="spellEnd"/>
      <w:r w:rsidRPr="00C879D3">
        <w:rPr>
          <w:i/>
          <w:sz w:val="20"/>
          <w:szCs w:val="20"/>
        </w:rPr>
        <w:t xml:space="preserve"> </w:t>
      </w:r>
      <w:proofErr w:type="spellStart"/>
      <w:r w:rsidRPr="00C879D3">
        <w:rPr>
          <w:i/>
          <w:sz w:val="20"/>
          <w:szCs w:val="20"/>
        </w:rPr>
        <w:t>zajištěn</w:t>
      </w:r>
      <w:proofErr w:type="spellEnd"/>
      <w:r w:rsidRPr="00C879D3">
        <w:rPr>
          <w:i/>
          <w:sz w:val="20"/>
          <w:szCs w:val="20"/>
        </w:rPr>
        <w:t xml:space="preserve"> </w:t>
      </w:r>
      <w:proofErr w:type="spellStart"/>
      <w:r w:rsidRPr="00C879D3">
        <w:rPr>
          <w:i/>
          <w:sz w:val="20"/>
          <w:szCs w:val="20"/>
        </w:rPr>
        <w:t>pitný</w:t>
      </w:r>
      <w:proofErr w:type="spellEnd"/>
      <w:r w:rsidRPr="00C879D3">
        <w:rPr>
          <w:i/>
          <w:sz w:val="20"/>
          <w:szCs w:val="20"/>
        </w:rPr>
        <w:t xml:space="preserve"> </w:t>
      </w:r>
      <w:proofErr w:type="spellStart"/>
      <w:r w:rsidRPr="00C879D3">
        <w:rPr>
          <w:i/>
          <w:sz w:val="20"/>
          <w:szCs w:val="20"/>
        </w:rPr>
        <w:t>režim</w:t>
      </w:r>
      <w:proofErr w:type="spellEnd"/>
      <w:r w:rsidRPr="00C879D3">
        <w:rPr>
          <w:i/>
          <w:sz w:val="20"/>
          <w:szCs w:val="20"/>
        </w:rPr>
        <w:t xml:space="preserve"> – </w:t>
      </w:r>
      <w:proofErr w:type="spellStart"/>
      <w:r w:rsidRPr="00C879D3">
        <w:rPr>
          <w:i/>
          <w:sz w:val="20"/>
          <w:szCs w:val="20"/>
        </w:rPr>
        <w:t>voda</w:t>
      </w:r>
      <w:proofErr w:type="spellEnd"/>
      <w:r w:rsidRPr="00C879D3">
        <w:rPr>
          <w:i/>
          <w:sz w:val="20"/>
          <w:szCs w:val="20"/>
        </w:rPr>
        <w:t xml:space="preserve">, </w:t>
      </w:r>
      <w:proofErr w:type="spellStart"/>
      <w:r w:rsidRPr="00C879D3">
        <w:rPr>
          <w:i/>
          <w:sz w:val="20"/>
          <w:szCs w:val="20"/>
        </w:rPr>
        <w:t>čaj</w:t>
      </w:r>
      <w:proofErr w:type="spellEnd"/>
      <w:r w:rsidR="00BE77F5" w:rsidRPr="00C879D3">
        <w:rPr>
          <w:i/>
          <w:sz w:val="20"/>
          <w:szCs w:val="20"/>
        </w:rPr>
        <w:t xml:space="preserve"> </w:t>
      </w:r>
      <w:r w:rsidRPr="00C879D3">
        <w:rPr>
          <w:i/>
          <w:sz w:val="20"/>
          <w:szCs w:val="20"/>
        </w:rPr>
        <w:t xml:space="preserve">a </w:t>
      </w:r>
      <w:proofErr w:type="spellStart"/>
      <w:r w:rsidRPr="00C879D3">
        <w:rPr>
          <w:i/>
          <w:sz w:val="20"/>
          <w:szCs w:val="20"/>
        </w:rPr>
        <w:t>mléko</w:t>
      </w:r>
      <w:proofErr w:type="spellEnd"/>
      <w:r w:rsidR="000657D0">
        <w:rPr>
          <w:i/>
          <w:sz w:val="20"/>
          <w:szCs w:val="20"/>
        </w:rPr>
        <w:t xml:space="preserve"> a </w:t>
      </w:r>
      <w:proofErr w:type="spellStart"/>
      <w:r w:rsidR="000657D0">
        <w:rPr>
          <w:i/>
          <w:sz w:val="20"/>
          <w:szCs w:val="20"/>
        </w:rPr>
        <w:t>čerstvé</w:t>
      </w:r>
      <w:proofErr w:type="spellEnd"/>
      <w:r w:rsidR="000657D0">
        <w:rPr>
          <w:i/>
          <w:sz w:val="20"/>
          <w:szCs w:val="20"/>
        </w:rPr>
        <w:t xml:space="preserve"> </w:t>
      </w:r>
      <w:proofErr w:type="spellStart"/>
      <w:r w:rsidR="000657D0">
        <w:rPr>
          <w:i/>
          <w:sz w:val="20"/>
          <w:szCs w:val="20"/>
        </w:rPr>
        <w:t>ovoce</w:t>
      </w:r>
      <w:proofErr w:type="spellEnd"/>
      <w:r w:rsidR="000657D0">
        <w:rPr>
          <w:i/>
          <w:sz w:val="20"/>
          <w:szCs w:val="20"/>
        </w:rPr>
        <w:t>.</w:t>
      </w:r>
      <w:r w:rsidR="00BE77F5" w:rsidRPr="00C879D3">
        <w:rPr>
          <w:i/>
          <w:sz w:val="20"/>
          <w:szCs w:val="20"/>
        </w:rPr>
        <w:t xml:space="preserve"> </w:t>
      </w:r>
      <w:proofErr w:type="spellStart"/>
      <w:r w:rsidR="00BE77F5" w:rsidRPr="00C879D3">
        <w:rPr>
          <w:i/>
          <w:sz w:val="20"/>
          <w:szCs w:val="20"/>
        </w:rPr>
        <w:t>Změna</w:t>
      </w:r>
      <w:proofErr w:type="spellEnd"/>
      <w:r w:rsidR="00BE77F5" w:rsidRPr="00C879D3">
        <w:rPr>
          <w:i/>
          <w:sz w:val="20"/>
          <w:szCs w:val="20"/>
        </w:rPr>
        <w:t xml:space="preserve"> </w:t>
      </w:r>
      <w:proofErr w:type="spellStart"/>
      <w:r w:rsidR="00BE77F5" w:rsidRPr="00C879D3">
        <w:rPr>
          <w:i/>
          <w:sz w:val="20"/>
          <w:szCs w:val="20"/>
        </w:rPr>
        <w:t>jídelníčku</w:t>
      </w:r>
      <w:proofErr w:type="spellEnd"/>
      <w:r w:rsidR="00BE77F5" w:rsidRPr="00C879D3">
        <w:rPr>
          <w:i/>
          <w:sz w:val="20"/>
          <w:szCs w:val="20"/>
        </w:rPr>
        <w:t xml:space="preserve"> </w:t>
      </w:r>
      <w:proofErr w:type="spellStart"/>
      <w:r w:rsidR="00BE77F5" w:rsidRPr="00C879D3">
        <w:rPr>
          <w:i/>
          <w:sz w:val="20"/>
          <w:szCs w:val="20"/>
        </w:rPr>
        <w:t>vyhrazena</w:t>
      </w:r>
      <w:proofErr w:type="spellEnd"/>
      <w:r w:rsidR="00BE77F5" w:rsidRPr="00C879D3">
        <w:rPr>
          <w:i/>
          <w:sz w:val="20"/>
          <w:szCs w:val="20"/>
        </w:rPr>
        <w:t xml:space="preserve">. </w:t>
      </w:r>
      <w:proofErr w:type="spellStart"/>
      <w:r w:rsidR="00BE77F5" w:rsidRPr="00C879D3">
        <w:rPr>
          <w:i/>
          <w:sz w:val="20"/>
          <w:szCs w:val="20"/>
        </w:rPr>
        <w:t>Jídlo</w:t>
      </w:r>
      <w:proofErr w:type="spellEnd"/>
      <w:r w:rsidR="00BE77F5" w:rsidRPr="00C879D3">
        <w:rPr>
          <w:i/>
          <w:sz w:val="20"/>
          <w:szCs w:val="20"/>
        </w:rPr>
        <w:t xml:space="preserve"> je </w:t>
      </w:r>
      <w:proofErr w:type="spellStart"/>
      <w:r w:rsidR="00BE77F5" w:rsidRPr="00C879D3">
        <w:rPr>
          <w:i/>
          <w:sz w:val="20"/>
          <w:szCs w:val="20"/>
        </w:rPr>
        <w:t>určeno</w:t>
      </w:r>
      <w:proofErr w:type="spellEnd"/>
      <w:r w:rsidR="00BE77F5" w:rsidRPr="00C879D3">
        <w:rPr>
          <w:i/>
          <w:sz w:val="20"/>
          <w:szCs w:val="20"/>
        </w:rPr>
        <w:t xml:space="preserve"> k </w:t>
      </w:r>
      <w:proofErr w:type="spellStart"/>
      <w:r w:rsidR="00BE77F5" w:rsidRPr="00C879D3">
        <w:rPr>
          <w:i/>
          <w:sz w:val="20"/>
          <w:szCs w:val="20"/>
        </w:rPr>
        <w:t>okamžité</w:t>
      </w:r>
      <w:proofErr w:type="spellEnd"/>
      <w:r w:rsidR="00BE77F5" w:rsidRPr="00C879D3">
        <w:rPr>
          <w:i/>
          <w:sz w:val="20"/>
          <w:szCs w:val="20"/>
        </w:rPr>
        <w:t xml:space="preserve"> </w:t>
      </w:r>
      <w:proofErr w:type="spellStart"/>
      <w:r w:rsidR="00BE77F5" w:rsidRPr="00C879D3">
        <w:rPr>
          <w:i/>
          <w:sz w:val="20"/>
          <w:szCs w:val="20"/>
        </w:rPr>
        <w:t>spotřebě</w:t>
      </w:r>
      <w:proofErr w:type="spellEnd"/>
      <w:r w:rsidR="00BE77F5" w:rsidRPr="00C879D3">
        <w:rPr>
          <w:i/>
          <w:sz w:val="20"/>
          <w:szCs w:val="20"/>
        </w:rPr>
        <w:t>.</w:t>
      </w:r>
    </w:p>
    <w:sectPr w:rsidR="009837D8" w:rsidRPr="000657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1AAF" w14:textId="77777777" w:rsidR="00F52A2E" w:rsidRDefault="00F52A2E" w:rsidP="009B5EC0">
      <w:pPr>
        <w:spacing w:after="0" w:line="240" w:lineRule="auto"/>
      </w:pPr>
      <w:r>
        <w:separator/>
      </w:r>
    </w:p>
  </w:endnote>
  <w:endnote w:type="continuationSeparator" w:id="0">
    <w:p w14:paraId="35F80F95" w14:textId="77777777" w:rsidR="00F52A2E" w:rsidRDefault="00F52A2E" w:rsidP="009B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C0F0D" w14:textId="77777777" w:rsidR="00F52A2E" w:rsidRDefault="00F52A2E" w:rsidP="009B5EC0">
      <w:pPr>
        <w:spacing w:after="0" w:line="240" w:lineRule="auto"/>
      </w:pPr>
      <w:r>
        <w:separator/>
      </w:r>
    </w:p>
  </w:footnote>
  <w:footnote w:type="continuationSeparator" w:id="0">
    <w:p w14:paraId="1A6FC990" w14:textId="77777777" w:rsidR="00F52A2E" w:rsidRDefault="00F52A2E" w:rsidP="009B5E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642767">
    <w:abstractNumId w:val="8"/>
  </w:num>
  <w:num w:numId="2" w16cid:durableId="135605161">
    <w:abstractNumId w:val="6"/>
  </w:num>
  <w:num w:numId="3" w16cid:durableId="708803093">
    <w:abstractNumId w:val="5"/>
  </w:num>
  <w:num w:numId="4" w16cid:durableId="345404937">
    <w:abstractNumId w:val="4"/>
  </w:num>
  <w:num w:numId="5" w16cid:durableId="1450078553">
    <w:abstractNumId w:val="7"/>
  </w:num>
  <w:num w:numId="6" w16cid:durableId="125393183">
    <w:abstractNumId w:val="3"/>
  </w:num>
  <w:num w:numId="7" w16cid:durableId="2059434014">
    <w:abstractNumId w:val="2"/>
  </w:num>
  <w:num w:numId="8" w16cid:durableId="1051222966">
    <w:abstractNumId w:val="1"/>
  </w:num>
  <w:num w:numId="9" w16cid:durableId="2127967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337"/>
    <w:rsid w:val="00061DDC"/>
    <w:rsid w:val="000657D0"/>
    <w:rsid w:val="0015074B"/>
    <w:rsid w:val="001B437E"/>
    <w:rsid w:val="001E2F46"/>
    <w:rsid w:val="00231481"/>
    <w:rsid w:val="00253249"/>
    <w:rsid w:val="0029639D"/>
    <w:rsid w:val="00326F90"/>
    <w:rsid w:val="003649C9"/>
    <w:rsid w:val="003A1F50"/>
    <w:rsid w:val="003B4ACB"/>
    <w:rsid w:val="00416842"/>
    <w:rsid w:val="00465AD3"/>
    <w:rsid w:val="0048342E"/>
    <w:rsid w:val="00484DA2"/>
    <w:rsid w:val="0051346D"/>
    <w:rsid w:val="00517DCF"/>
    <w:rsid w:val="005545E4"/>
    <w:rsid w:val="00577161"/>
    <w:rsid w:val="005A1237"/>
    <w:rsid w:val="005A7839"/>
    <w:rsid w:val="005C68E8"/>
    <w:rsid w:val="005E0707"/>
    <w:rsid w:val="00625A8F"/>
    <w:rsid w:val="006302E2"/>
    <w:rsid w:val="006775D4"/>
    <w:rsid w:val="006F5D62"/>
    <w:rsid w:val="007A2305"/>
    <w:rsid w:val="007A462C"/>
    <w:rsid w:val="0086234C"/>
    <w:rsid w:val="008648D3"/>
    <w:rsid w:val="00874EF7"/>
    <w:rsid w:val="008A39DE"/>
    <w:rsid w:val="008F6BF5"/>
    <w:rsid w:val="00903770"/>
    <w:rsid w:val="00907295"/>
    <w:rsid w:val="00915F96"/>
    <w:rsid w:val="009837D8"/>
    <w:rsid w:val="009A387C"/>
    <w:rsid w:val="009B5EC0"/>
    <w:rsid w:val="009D1880"/>
    <w:rsid w:val="009D197A"/>
    <w:rsid w:val="009D419E"/>
    <w:rsid w:val="00A52408"/>
    <w:rsid w:val="00A9357F"/>
    <w:rsid w:val="00AA1D8D"/>
    <w:rsid w:val="00AD354A"/>
    <w:rsid w:val="00B056C4"/>
    <w:rsid w:val="00B47730"/>
    <w:rsid w:val="00B561A8"/>
    <w:rsid w:val="00B74AFB"/>
    <w:rsid w:val="00B96A48"/>
    <w:rsid w:val="00BB526D"/>
    <w:rsid w:val="00BD6915"/>
    <w:rsid w:val="00BE337F"/>
    <w:rsid w:val="00BE77F5"/>
    <w:rsid w:val="00C776F2"/>
    <w:rsid w:val="00C879D3"/>
    <w:rsid w:val="00C97ECC"/>
    <w:rsid w:val="00CA5103"/>
    <w:rsid w:val="00CA5389"/>
    <w:rsid w:val="00CB0664"/>
    <w:rsid w:val="00D24CBE"/>
    <w:rsid w:val="00D61358"/>
    <w:rsid w:val="00D908C9"/>
    <w:rsid w:val="00DA53CF"/>
    <w:rsid w:val="00DD1915"/>
    <w:rsid w:val="00E640C4"/>
    <w:rsid w:val="00E932B0"/>
    <w:rsid w:val="00EC5C63"/>
    <w:rsid w:val="00EE006E"/>
    <w:rsid w:val="00F52A2E"/>
    <w:rsid w:val="00F54F7F"/>
    <w:rsid w:val="00FC693F"/>
    <w:rsid w:val="00FC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047F0"/>
  <w14:defaultImageDpi w14:val="300"/>
  <w15:docId w15:val="{D46C5B5E-3EEB-5648-B119-60C21992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F597CF-7E4F-42F0-B36F-771BED3A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217</Words>
  <Characters>1439</Characters>
  <Application>Microsoft Office Word</Application>
  <DocSecurity>0</DocSecurity>
  <Lines>35</Lines>
  <Paragraphs>31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Antonín Podhradský</cp:lastModifiedBy>
  <cp:revision>9</cp:revision>
  <cp:lastPrinted>2026-06-18T08:35:00Z</cp:lastPrinted>
  <dcterms:created xsi:type="dcterms:W3CDTF">2026-01-21T16:59:00Z</dcterms:created>
  <dcterms:modified xsi:type="dcterms:W3CDTF">2026-06-18T08:56:00Z</dcterms:modified>
  <cp:category/>
</cp:coreProperties>
</file>